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פותחים שבוע · נפרדים משבוע – חט״ב (ז׳–ט׳) · ממלכתי־דתי · חלק א: מ־30.8 עד 29.1.2027</w:t>
      </w:r>
    </w:p>
    <w:p>
      <w:pPr>
        <w:bidi/>
        <w:jc w:val="center"/>
      </w:pPr>
      <w:r>
        <w:rPr>
          <w:rFonts w:ascii="Arial" w:hAnsi="Arial" w:cs="Arial"/>
          <w:color w:val="555577"/>
          <w:sz w:val="28"/>
          <w:rtl/>
          <w:szCs w:val="28"/>
        </w:rPr>
        <w:t>חוברת שנתית למורה: לכל שבוע ערך, סיפור, שאלות, חידה, מטרות ומעגל סיכום – עם רגע של פרשה ומילים מהפרשה לחיים</w:t>
      </w:r>
    </w:p>
    <w:p>
      <w:pPr>
        <w:bidi/>
        <w:jc w:val="right"/>
      </w:pPr>
      <w:r>
        <w:rPr>
          <w:rFonts w:ascii="Arial" w:hAnsi="Arial" w:cs="Arial"/>
          <w:sz w:val="24"/>
          <w:rtl/>
          <w:szCs w:val="24"/>
        </w:rPr>
        <w:t>איך משתמשים: ביום ראשון פותחים את מצגת "פותחים שבוע", וביום שישי את "נפרדים משבוע". החוברת מרכזת את כל התוכן כדי שאפשר יהיה להתכונן מראש או לעבוד בלי מסך.</w:t>
      </w:r>
    </w:p>
    <w:p>
      <w:pPr>
        <w:bidi/>
        <w:jc w:val="right"/>
      </w:pPr>
      <w:r>
        <w:rPr>
          <w:rFonts w:ascii="Arial" w:hAnsi="Arial" w:cs="Arial"/>
          <w:sz w:val="24"/>
          <w:rtl/>
          <w:szCs w:val="24"/>
        </w:rPr>
        <w:t>התאריכים העבריים והפרשות חושבו אוטומטית – לוודא מול לוח השנה של בית הספר.</w:t>
      </w:r>
    </w:p>
    <w:p>
      <w:pPr>
        <w:bidi/>
        <w:pStyle w:val="Heading2"/>
        <w:jc w:val="right"/>
      </w:pPr>
      <w:r>
        <w:rPr>
          <w:rFonts w:ascii="Arial" w:hAnsi="Arial" w:cs="Arial"/>
          <w:b/>
          <w:color w:val="2B8A3E"/>
          <w:sz w:val="32"/>
          <w:rtl/>
          <w:szCs w:val="32"/>
          <w:bCs/>
        </w:rPr>
        <w:t>🧩 היכרות ושייכות – שבוע 30.8 עד 4.9.2026 · י״ז אלול תשפ״ו</w:t>
      </w:r>
    </w:p>
    <w:p>
      <w:pPr>
        <w:bidi/>
        <w:jc w:val="right"/>
      </w:pPr>
      <w:r>
        <w:rPr>
          <w:rFonts w:ascii="Arial" w:hAnsi="Arial" w:cs="Arial"/>
          <w:color w:val="555577"/>
          <w:sz w:val="24"/>
          <w:rtl/>
          <w:szCs w:val="24"/>
        </w:rPr>
        <w:t>להכיר זה את זה באמת ולהרגיש שיש לכל אחד ואחת מקום בכיתה · המשפט של השבוע: "בכיתה שלנו יש מקום לכל חלק בפאזל"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בקבוצת ההודעות של השכבה יש בדיחות פנימיות שרק חלק מבינים. ליה מרגישה שהיא קוראת את השיחה מבחוץ, כאילו מסתכלת על מסיבה דרך חלון. היא שוקלת לשאול מה הבדיחה, אבל מפחדת להיראות מוזרה. מה הופך קבוצה למקום שאפשר להיכנס אליו?</w:t>
      </w:r>
    </w:p>
    <w:p>
      <w:pPr>
        <w:bidi/>
        <w:jc w:val="right"/>
      </w:pPr>
      <w:r>
        <w:rPr>
          <w:rFonts w:ascii="Arial" w:hAnsi="Arial" w:cs="Arial"/>
          <w:sz w:val="24"/>
          <w:rtl/>
          <w:szCs w:val="24"/>
        </w:rPr>
        <w:t>• מה ההבדל בין להיות בקבוצה לבין להרגיש שייכים אליה?</w:t>
      </w:r>
    </w:p>
    <w:p>
      <w:pPr>
        <w:bidi/>
        <w:jc w:val="right"/>
      </w:pPr>
      <w:r>
        <w:rPr>
          <w:rFonts w:ascii="Arial" w:hAnsi="Arial" w:cs="Arial"/>
          <w:sz w:val="24"/>
          <w:rtl/>
          <w:szCs w:val="24"/>
        </w:rPr>
        <w:t>• איזה מעשה קטן יכול לפתוח דלת למישהו שמרגיש בחוץ?</w:t>
      </w:r>
    </w:p>
    <w:p>
      <w:pPr>
        <w:bidi/>
        <w:jc w:val="right"/>
      </w:pPr>
      <w:r>
        <w:rPr>
          <w:rFonts w:ascii="Arial" w:hAnsi="Arial" w:cs="Arial"/>
          <w:b/>
          <w:color w:val="2B8A3E"/>
          <w:sz w:val="26"/>
          <w:rtl/>
          <w:szCs w:val="26"/>
          <w:bCs/>
        </w:rPr>
        <w:t>▌ 📜 פרשת נצבים, וילך</w:t>
      </w:r>
    </w:p>
    <w:p>
      <w:pPr>
        <w:bidi/>
        <w:jc w:val="right"/>
      </w:pPr>
      <w:r>
        <w:rPr>
          <w:rFonts w:ascii="Arial" w:hAnsi="Arial" w:cs="Arial"/>
          <w:sz w:val="24"/>
          <w:rtl/>
          <w:szCs w:val="24"/>
        </w:rPr>
        <w:t>"כי קרוב אליך הדבר מאד בפיך ובלבבך לעשתו" (דברים ל, יד) – לוודא</w:t>
      </w:r>
    </w:p>
    <w:p>
      <w:pPr>
        <w:bidi/>
        <w:jc w:val="right"/>
      </w:pPr>
      <w:r>
        <w:rPr>
          <w:rFonts w:ascii="Arial" w:hAnsi="Arial" w:cs="Arial"/>
          <w:sz w:val="24"/>
          <w:rtl/>
          <w:szCs w:val="24"/>
        </w:rPr>
        <w:t>הפסוק מזכיר שהטוב אינו משימה בלתי אפשרית שנמצאת מעבר להישג יד. הוא מתחיל במילים שאנחנו אומרים ובמה שאנחנו מרגישים, ומשם עובר למעשים. אולי הצעד הבא שלנו קרוב יותר ממה שנדמה.</w:t>
      </w:r>
    </w:p>
    <w:p>
      <w:pPr>
        <w:bidi/>
        <w:jc w:val="right"/>
      </w:pPr>
      <w:r>
        <w:rPr>
          <w:rFonts w:ascii="Arial" w:hAnsi="Arial" w:cs="Arial"/>
          <w:sz w:val="24"/>
          <w:rtl/>
          <w:szCs w:val="24"/>
        </w:rPr>
        <w:t>שאלה: מה דבר טוב אחד שקרוב אליכם, שאפשר לעשות כבר השבוע?</w:t>
      </w:r>
    </w:p>
    <w:p>
      <w:pPr>
        <w:bidi/>
        <w:jc w:val="right"/>
      </w:pPr>
      <w:r>
        <w:rPr>
          <w:rFonts w:ascii="Arial" w:hAnsi="Arial" w:cs="Arial"/>
          <w:b/>
          <w:color w:val="2B8A3E"/>
          <w:sz w:val="26"/>
          <w:rtl/>
          <w:szCs w:val="26"/>
          <w:bCs/>
        </w:rPr>
        <w:t>▌ ✨ מילים מהפרשה לחיים: "לא בשמים הוא" (דברים ל, יב)</w:t>
      </w:r>
    </w:p>
    <w:p>
      <w:pPr>
        <w:bidi/>
        <w:jc w:val="right"/>
      </w:pPr>
      <w:r>
        <w:rPr>
          <w:rFonts w:ascii="Arial" w:hAnsi="Arial" w:cs="Arial"/>
          <w:sz w:val="24"/>
          <w:rtl/>
          <w:szCs w:val="24"/>
        </w:rPr>
        <w:t>הדבר הטוב שאנחנו רוצים לעשות לא נמצא רחוק מאיתנו, אלא קרוב ללב ולפה. השבוע ננסה לגלות שגם מצווה קטנה, מילה טובה או עזרה לחבר או לחברה, נמצאות ממש בהישג יד.</w:t>
      </w:r>
    </w:p>
    <w:p>
      <w:pPr>
        <w:bidi/>
        <w:jc w:val="right"/>
      </w:pPr>
      <w:r>
        <w:rPr>
          <w:rFonts w:ascii="Arial" w:hAnsi="Arial" w:cs="Arial"/>
          <w:sz w:val="24"/>
          <w:rtl/>
          <w:szCs w:val="24"/>
        </w:rPr>
        <w:t>שאלה: איזה דבר טוב, שנראה לכם קשה, בעצם קרוב יותר ממה שחשבתם?</w:t>
      </w:r>
    </w:p>
    <w:p>
      <w:pPr>
        <w:bidi/>
        <w:jc w:val="right"/>
      </w:pPr>
      <w:r>
        <w:rPr>
          <w:rFonts w:ascii="Arial" w:hAnsi="Arial" w:cs="Arial"/>
          <w:sz w:val="24"/>
          <w:rtl/>
          <w:szCs w:val="24"/>
        </w:rPr>
        <w:t>🧩 חידה: איתי, נועה ויוסף אוהבים כל אחד פרי אחר: תפוח, בננה או ענבים. איתי לא אוהב בננה ולא ענבים. נועה לא אוהבת ענבים. איזה פרי אוהב יוסף?  (תשובה: ענבים (איתי – תפוח, נועה – בננה))</w:t>
      </w:r>
    </w:p>
    <w:p>
      <w:pPr>
        <w:bidi/>
        <w:jc w:val="right"/>
      </w:pPr>
      <w:r>
        <w:rPr>
          <w:rFonts w:ascii="Arial" w:hAnsi="Arial" w:cs="Arial"/>
          <w:sz w:val="24"/>
          <w:rtl/>
          <w:szCs w:val="24"/>
        </w:rPr>
        <w:t>🎯 מטרות: לשבת ליד מישהו אחר לפחות בשיעור אחד · לגלות דבר מפתיע אחד על בן או בת כיתה · לשים לב למי שעומד לבד ולהציע להצטרף</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רגע השבוע שבו הרגשתם שאתם חלק מהכיתה?</w:t>
      </w:r>
    </w:p>
    <w:p>
      <w:pPr>
        <w:bidi/>
        <w:jc w:val="right"/>
      </w:pPr>
      <w:r>
        <w:rPr>
          <w:rFonts w:ascii="Arial" w:hAnsi="Arial" w:cs="Arial"/>
          <w:sz w:val="24"/>
          <w:rtl/>
          <w:szCs w:val="24"/>
        </w:rPr>
        <w:t>• 🙏 מי שרוצה, מודה למישהו שגרם לו או לה להרגיש בבית השבוע</w:t>
      </w:r>
    </w:p>
    <w:p>
      <w:pPr>
        <w:bidi/>
        <w:jc w:val="right"/>
      </w:pPr>
      <w:r>
        <w:rPr>
          <w:rFonts w:ascii="Arial" w:hAnsi="Arial" w:cs="Arial"/>
          <w:sz w:val="24"/>
          <w:rtl/>
          <w:szCs w:val="24"/>
        </w:rPr>
        <w:t>• 💛 מחמאה על משהו שגיליתם על חבר או חברה השבוע</w:t>
      </w:r>
    </w:p>
    <w:p>
      <w:pPr>
        <w:bidi/>
        <w:jc w:val="right"/>
      </w:pPr>
      <w:r>
        <w:rPr>
          <w:rFonts w:ascii="Arial" w:hAnsi="Arial" w:cs="Arial"/>
          <w:sz w:val="24"/>
          <w:rtl/>
          <w:szCs w:val="24"/>
        </w:rPr>
        <w:t>• 💡 מה למדתם השבוע על מישהו שלא הכרתם קודם?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נשימה עמוקה אחת ביחד: אנחנו כיתה אחת, וכל אחד ואחת חשובים בה.</w:t>
      </w:r>
    </w:p>
    <w:p>
      <w:pPr>
        <w:bidi/>
        <w:pStyle w:val="Heading2"/>
        <w:jc w:val="right"/>
      </w:pPr>
      <w:r>
        <w:rPr>
          <w:rFonts w:ascii="Arial" w:hAnsi="Arial" w:cs="Arial"/>
          <w:b/>
          <w:color w:val="2B8A3E"/>
          <w:sz w:val="32"/>
          <w:rtl/>
          <w:szCs w:val="32"/>
          <w:bCs/>
        </w:rPr>
        <w:t>🌱 התחלות חדשות – שבוע 6.9 עד 11.9.2026 · כ״ד אלול תשפ״ו</w:t>
      </w:r>
    </w:p>
    <w:p>
      <w:pPr>
        <w:bidi/>
        <w:jc w:val="right"/>
      </w:pPr>
      <w:r>
        <w:rPr>
          <w:rFonts w:ascii="Arial" w:hAnsi="Arial" w:cs="Arial"/>
          <w:color w:val="555577"/>
          <w:sz w:val="24"/>
          <w:rtl/>
          <w:szCs w:val="24"/>
        </w:rPr>
        <w:t>היכולת לפתוח דף חדש, לנסות שוב ולהתחיל משהו בלי לדעת איך ייגמר · המשפט של השבוע: "כל צעד ראשון קטן מתחיל דרך גדולה"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טל החליטה להצטרף לחוג חדש שאף אחד מהחברים שלה לא הולך אליו. בדרך לשם היא חשבה לחזור הביתה כמעט בכל רמזור. כשנכנסה, אף אחד לא הסתכל עליה מוזר, ואחת הבנות אפילו פינתה לה מקום. למה הפחד לפני ההתחלה גדול לפעמים מההתחלה עצמה?</w:t>
      </w:r>
    </w:p>
    <w:p>
      <w:pPr>
        <w:bidi/>
        <w:jc w:val="right"/>
      </w:pPr>
      <w:r>
        <w:rPr>
          <w:rFonts w:ascii="Arial" w:hAnsi="Arial" w:cs="Arial"/>
          <w:sz w:val="24"/>
          <w:rtl/>
          <w:szCs w:val="24"/>
        </w:rPr>
        <w:t>• מה מפחיד יותר: להתחיל ולא להצליח או לא להתחיל בכלל?</w:t>
      </w:r>
    </w:p>
    <w:p>
      <w:pPr>
        <w:bidi/>
        <w:jc w:val="right"/>
      </w:pPr>
      <w:r>
        <w:rPr>
          <w:rFonts w:ascii="Arial" w:hAnsi="Arial" w:cs="Arial"/>
          <w:sz w:val="24"/>
          <w:rtl/>
          <w:szCs w:val="24"/>
        </w:rPr>
        <w:t>• איזה הרגל קטן הייתם רוצים להתחיל השבוע?</w:t>
      </w:r>
    </w:p>
    <w:p>
      <w:pPr>
        <w:bidi/>
        <w:jc w:val="right"/>
      </w:pPr>
      <w:r>
        <w:rPr>
          <w:rFonts w:ascii="Arial" w:hAnsi="Arial" w:cs="Arial"/>
          <w:sz w:val="24"/>
          <w:rtl/>
          <w:szCs w:val="24"/>
        </w:rPr>
        <w:t>🧩 חידה: מה המספר הבא בסדרה: 2, 6, 12, 20, 30, ?  (תשובה: 42 (ההפרשים גדלים ב-2: 4, 6, 8, 10, 12))</w:t>
      </w:r>
    </w:p>
    <w:p>
      <w:pPr>
        <w:bidi/>
        <w:jc w:val="right"/>
      </w:pPr>
      <w:r>
        <w:rPr>
          <w:rFonts w:ascii="Arial" w:hAnsi="Arial" w:cs="Arial"/>
          <w:sz w:val="24"/>
          <w:rtl/>
          <w:szCs w:val="24"/>
        </w:rPr>
        <w:t>🎯 מטרות: להתחיל הרגל קטן אחד ולסמן כל יום שעשיתי · לנסות פעילות שלא ניסיתי אף פעם · לפתוח דף חדש עם מישהו שהסתבכתי איתו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התחלתם השבוע, אפילו משהו קטן?</w:t>
      </w:r>
    </w:p>
    <w:p>
      <w:pPr>
        <w:bidi/>
        <w:jc w:val="right"/>
      </w:pPr>
      <w:r>
        <w:rPr>
          <w:rFonts w:ascii="Arial" w:hAnsi="Arial" w:cs="Arial"/>
          <w:sz w:val="24"/>
          <w:rtl/>
          <w:szCs w:val="24"/>
        </w:rPr>
        <w:t>• 🙏 תודה למי שעזר לכם להתחיל משהו או עודד אתכם</w:t>
      </w:r>
    </w:p>
    <w:p>
      <w:pPr>
        <w:bidi/>
        <w:jc w:val="right"/>
      </w:pPr>
      <w:r>
        <w:rPr>
          <w:rFonts w:ascii="Arial" w:hAnsi="Arial" w:cs="Arial"/>
          <w:sz w:val="24"/>
          <w:rtl/>
          <w:szCs w:val="24"/>
        </w:rPr>
        <w:t>• 💛 מחמאה למישהו שהעז לנסות משהו חדש השבוע</w:t>
      </w:r>
    </w:p>
    <w:p>
      <w:pPr>
        <w:bidi/>
        <w:jc w:val="right"/>
      </w:pPr>
      <w:r>
        <w:rPr>
          <w:rFonts w:ascii="Arial" w:hAnsi="Arial" w:cs="Arial"/>
          <w:sz w:val="24"/>
          <w:rtl/>
          <w:szCs w:val="24"/>
        </w:rPr>
        <w:t>• 💡 מה למדתם על עצמכם כשהתחלתם משהו חדש?</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עוצמים עיניים לרגע ומדמיינים את הצעד הקטן הבא שלכם.</w:t>
      </w:r>
    </w:p>
    <w:p>
      <w:pPr>
        <w:bidi/>
        <w:pStyle w:val="Heading2"/>
        <w:jc w:val="right"/>
      </w:pPr>
      <w:r>
        <w:rPr>
          <w:rFonts w:ascii="Arial" w:hAnsi="Arial" w:cs="Arial"/>
          <w:b/>
          <w:color w:val="2B8A3E"/>
          <w:sz w:val="32"/>
          <w:rtl/>
          <w:szCs w:val="32"/>
          <w:bCs/>
        </w:rPr>
        <w:t>🕊️ סליחה ופיוס – שבוע 13.9 עד 18.9.2026 · ב׳ תשרי תשפ״ז</w:t>
      </w:r>
    </w:p>
    <w:p>
      <w:pPr>
        <w:bidi/>
        <w:jc w:val="right"/>
      </w:pPr>
      <w:r>
        <w:rPr>
          <w:rFonts w:ascii="Arial" w:hAnsi="Arial" w:cs="Arial"/>
          <w:color w:val="555577"/>
          <w:sz w:val="24"/>
          <w:rtl/>
          <w:szCs w:val="24"/>
        </w:rPr>
        <w:t>היכולת להודות בטעות, לבקש סליחה, לסלוח ולחזור לקשר טוב · המשפט של השבוע: "סליחה אמיתית היא גשר, לא רק מילה"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מיכאל כתב בקבוצה משהו מעליב על חבר, "רק בצחוק". החבר ענה באימוג׳י צוחק, אבל למחרת לא הסתכל עליו. מיכאל מבין שצריך להתנצל, אבל לא יודע אם בהודעה או פנים אל פנים. מה ההבדל בין שתי הדרכים?</w:t>
      </w:r>
    </w:p>
    <w:p>
      <w:pPr>
        <w:bidi/>
        <w:jc w:val="right"/>
      </w:pPr>
      <w:r>
        <w:rPr>
          <w:rFonts w:ascii="Arial" w:hAnsi="Arial" w:cs="Arial"/>
          <w:sz w:val="24"/>
          <w:rtl/>
          <w:szCs w:val="24"/>
        </w:rPr>
        <w:t>• מה הופך התנצלות לאמיתית?</w:t>
      </w:r>
    </w:p>
    <w:p>
      <w:pPr>
        <w:bidi/>
        <w:jc w:val="right"/>
      </w:pPr>
      <w:r>
        <w:rPr>
          <w:rFonts w:ascii="Arial" w:hAnsi="Arial" w:cs="Arial"/>
          <w:sz w:val="24"/>
          <w:rtl/>
          <w:szCs w:val="24"/>
        </w:rPr>
        <w:t>• האם מותר לא לסלוח מיד? למה?</w:t>
      </w:r>
    </w:p>
    <w:p>
      <w:pPr>
        <w:bidi/>
        <w:jc w:val="right"/>
      </w:pPr>
      <w:r>
        <w:rPr>
          <w:rFonts w:ascii="Arial" w:hAnsi="Arial" w:cs="Arial"/>
          <w:b/>
          <w:color w:val="2B8A3E"/>
          <w:sz w:val="26"/>
          <w:rtl/>
          <w:szCs w:val="26"/>
          <w:bCs/>
        </w:rPr>
        <w:t>▌ 📜 פרשת האזינו</w:t>
      </w:r>
    </w:p>
    <w:p>
      <w:pPr>
        <w:bidi/>
        <w:jc w:val="right"/>
      </w:pPr>
      <w:r>
        <w:rPr>
          <w:rFonts w:ascii="Arial" w:hAnsi="Arial" w:cs="Arial"/>
          <w:sz w:val="24"/>
          <w:rtl/>
          <w:szCs w:val="24"/>
        </w:rPr>
        <w:t>"שאל אביך ויגדך זקניך ויאמרו לך" (דברים לב, ז) – לוודא</w:t>
      </w:r>
    </w:p>
    <w:p>
      <w:pPr>
        <w:bidi/>
        <w:jc w:val="right"/>
      </w:pPr>
      <w:r>
        <w:rPr>
          <w:rFonts w:ascii="Arial" w:hAnsi="Arial" w:cs="Arial"/>
          <w:sz w:val="24"/>
          <w:rtl/>
          <w:szCs w:val="24"/>
        </w:rPr>
        <w:t>הפסוק מזמין שיחה בין דורות: לשאול, ולא רק לדעת. כל משפחה, בכל צורה שהיא, מחזיקה זיכרונות שלא כתובים בשום ספר. השאלה עצמה היא כבר מתנה למי שנשאל.</w:t>
      </w:r>
    </w:p>
    <w:p>
      <w:pPr>
        <w:bidi/>
        <w:jc w:val="right"/>
      </w:pPr>
      <w:r>
        <w:rPr>
          <w:rFonts w:ascii="Arial" w:hAnsi="Arial" w:cs="Arial"/>
          <w:sz w:val="24"/>
          <w:rtl/>
          <w:szCs w:val="24"/>
        </w:rPr>
        <w:t>שאלה: איזו שאלה הייתם רוצים לשאול מבוגר מהמשפחה או מהשכונה?</w:t>
      </w:r>
    </w:p>
    <w:p>
      <w:pPr>
        <w:bidi/>
        <w:jc w:val="right"/>
      </w:pPr>
      <w:r>
        <w:rPr>
          <w:rFonts w:ascii="Arial" w:hAnsi="Arial" w:cs="Arial"/>
          <w:b/>
          <w:color w:val="2B8A3E"/>
          <w:sz w:val="26"/>
          <w:rtl/>
          <w:szCs w:val="26"/>
          <w:bCs/>
        </w:rPr>
        <w:t>▌ ✨ מילים מהפרשה לחיים: "הצור תמים פעלו" (דברים לב, ד)</w:t>
      </w:r>
    </w:p>
    <w:p>
      <w:pPr>
        <w:bidi/>
        <w:jc w:val="right"/>
      </w:pPr>
      <w:r>
        <w:rPr>
          <w:rFonts w:ascii="Arial" w:hAnsi="Arial" w:cs="Arial"/>
          <w:sz w:val="24"/>
          <w:rtl/>
          <w:szCs w:val="24"/>
        </w:rPr>
        <w:t>לפעמים אנחנו לא מבינים למה דברים קורים כמו שהם קורים. המילים האלה מזמינות אותנו לסמוך על כך שיש בעולם סדר וטוב, גם כשאנחנו רואים רק חלק קטן מהתמונה.</w:t>
      </w:r>
    </w:p>
    <w:p>
      <w:pPr>
        <w:bidi/>
        <w:jc w:val="right"/>
      </w:pPr>
      <w:r>
        <w:rPr>
          <w:rFonts w:ascii="Arial" w:hAnsi="Arial" w:cs="Arial"/>
          <w:sz w:val="24"/>
          <w:rtl/>
          <w:szCs w:val="24"/>
        </w:rPr>
        <w:t>שאלה: מתי הבנתם רק אחרי זמן מה משהו שקודם נראה לכם לא מובן?</w:t>
      </w:r>
    </w:p>
    <w:p>
      <w:pPr>
        <w:bidi/>
        <w:jc w:val="right"/>
      </w:pPr>
      <w:r>
        <w:rPr>
          <w:rFonts w:ascii="Arial" w:hAnsi="Arial" w:cs="Arial"/>
          <w:sz w:val="24"/>
          <w:rtl/>
          <w:szCs w:val="24"/>
        </w:rPr>
        <w:t>🧩 חידה: יש מילה בעברית שאם מוסיפים לה אות אחת בסוף – היא נעשית "קצרה". מהי?  (תשובה: קצר (קצר + ה = קצרה))</w:t>
      </w:r>
    </w:p>
    <w:p>
      <w:pPr>
        <w:bidi/>
        <w:jc w:val="right"/>
      </w:pPr>
      <w:r>
        <w:rPr>
          <w:rFonts w:ascii="Arial" w:hAnsi="Arial" w:cs="Arial"/>
          <w:sz w:val="24"/>
          <w:rtl/>
          <w:szCs w:val="24"/>
        </w:rPr>
        <w:t>🎯 מטרות: להתנצל פנים אל פנים ולא רק בהודעה · לחשוב לפני שאני כותב או כותבת בצחוק על מישהו · לתת הזדמנות שנייה למישהו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ראיתם מישהו עושה פיוס יפה?</w:t>
      </w:r>
    </w:p>
    <w:p>
      <w:pPr>
        <w:bidi/>
        <w:jc w:val="right"/>
      </w:pPr>
      <w:r>
        <w:rPr>
          <w:rFonts w:ascii="Arial" w:hAnsi="Arial" w:cs="Arial"/>
          <w:sz w:val="24"/>
          <w:rtl/>
          <w:szCs w:val="24"/>
        </w:rPr>
        <w:t>• 🙏 תודה למי שסלח לכם או נתן לכם הזדמנות נוספת</w:t>
      </w:r>
    </w:p>
    <w:p>
      <w:pPr>
        <w:bidi/>
        <w:jc w:val="right"/>
      </w:pPr>
      <w:r>
        <w:rPr>
          <w:rFonts w:ascii="Arial" w:hAnsi="Arial" w:cs="Arial"/>
          <w:sz w:val="24"/>
          <w:rtl/>
          <w:szCs w:val="24"/>
        </w:rPr>
        <w:t>• 💛 מחמאה למישהו על הדרך שבה פתר ויכוח או ריב</w:t>
      </w:r>
    </w:p>
    <w:p>
      <w:pPr>
        <w:bidi/>
        <w:jc w:val="right"/>
      </w:pPr>
      <w:r>
        <w:rPr>
          <w:rFonts w:ascii="Arial" w:hAnsi="Arial" w:cs="Arial"/>
          <w:sz w:val="24"/>
          <w:rtl/>
          <w:szCs w:val="24"/>
        </w:rPr>
        <w:t>• 💡 מה למדתם השבוע על סליחה?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מניחים יד על הלב, נושמים, ומשחררים כעס אחד קטן.</w:t>
      </w:r>
    </w:p>
    <w:p>
      <w:pPr>
        <w:bidi/>
        <w:pStyle w:val="Heading2"/>
        <w:jc w:val="right"/>
      </w:pPr>
      <w:r>
        <w:rPr>
          <w:rFonts w:ascii="Arial" w:hAnsi="Arial" w:cs="Arial"/>
          <w:b/>
          <w:color w:val="2B8A3E"/>
          <w:sz w:val="32"/>
          <w:rtl/>
          <w:szCs w:val="32"/>
          <w:bCs/>
        </w:rPr>
        <w:t>🙏 תודה והכרת הטוב – שבוע 20.9 עד 25.9.2026 · ט׳ תשרי תשפ״ז</w:t>
      </w:r>
    </w:p>
    <w:p>
      <w:pPr>
        <w:bidi/>
        <w:jc w:val="right"/>
      </w:pPr>
      <w:r>
        <w:rPr>
          <w:rFonts w:ascii="Arial" w:hAnsi="Arial" w:cs="Arial"/>
          <w:color w:val="555577"/>
          <w:sz w:val="24"/>
          <w:rtl/>
          <w:szCs w:val="24"/>
        </w:rPr>
        <w:t>לשים לב לטוב שקיבלנו, להודות עליו בקול ולהחזיר טוב · המשפט של השבוע: "מי שמחפש טוב – מוצא אותו בכל פינה"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ליה כתבה פתק תודה קטן למורה שעזרה לה לפני מבחן. היא היססה, כי חששה שיגידו שהיא מתחנפת. בסוף השאירה אותו על השולחן בלי חתימה. מה ההבדל בין תודה כנה לבין חנופה?</w:t>
      </w:r>
    </w:p>
    <w:p>
      <w:pPr>
        <w:bidi/>
        <w:jc w:val="right"/>
      </w:pPr>
      <w:r>
        <w:rPr>
          <w:rFonts w:ascii="Arial" w:hAnsi="Arial" w:cs="Arial"/>
          <w:sz w:val="24"/>
          <w:rtl/>
          <w:szCs w:val="24"/>
        </w:rPr>
        <w:t>• האם אפשר להודות גם על דבר קשה שלימד אותנו משהו?</w:t>
      </w:r>
    </w:p>
    <w:p>
      <w:pPr>
        <w:bidi/>
        <w:jc w:val="right"/>
      </w:pPr>
      <w:r>
        <w:rPr>
          <w:rFonts w:ascii="Arial" w:hAnsi="Arial" w:cs="Arial"/>
          <w:sz w:val="24"/>
          <w:rtl/>
          <w:szCs w:val="24"/>
        </w:rPr>
        <w:t>• איך מודים בלי שזה ייראה מוזר?</w:t>
      </w:r>
    </w:p>
    <w:p>
      <w:pPr>
        <w:bidi/>
        <w:jc w:val="right"/>
      </w:pPr>
      <w:r>
        <w:rPr>
          <w:rFonts w:ascii="Arial" w:hAnsi="Arial" w:cs="Arial"/>
          <w:sz w:val="24"/>
          <w:rtl/>
          <w:szCs w:val="24"/>
        </w:rPr>
        <w:t>🧩 חידה: חשבו על מספר. כפלו אותו ב-2, הוסיפו 10, חלקו ב-2 והחסירו את המספר שחשבתם. מה יצא?  (תשובה: 5 (תמיד, לא משנה איזה מספר בחרתם))</w:t>
      </w:r>
    </w:p>
    <w:p>
      <w:pPr>
        <w:bidi/>
        <w:jc w:val="right"/>
      </w:pPr>
      <w:r>
        <w:rPr>
          <w:rFonts w:ascii="Arial" w:hAnsi="Arial" w:cs="Arial"/>
          <w:sz w:val="24"/>
          <w:rtl/>
          <w:szCs w:val="24"/>
        </w:rPr>
        <w:t>🎯 מטרות: לכתוב פתק תודה למישהו שעזר לי · לרשום כל ערב דבר טוב אחד שקרה · להודות למישהו שבדרך כלל לא שמים לב אליו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הדבר הטוב ביותר שקרה לכם השבוע?</w:t>
      </w:r>
    </w:p>
    <w:p>
      <w:pPr>
        <w:bidi/>
        <w:jc w:val="right"/>
      </w:pPr>
      <w:r>
        <w:rPr>
          <w:rFonts w:ascii="Arial" w:hAnsi="Arial" w:cs="Arial"/>
          <w:sz w:val="24"/>
          <w:rtl/>
          <w:szCs w:val="24"/>
        </w:rPr>
        <w:t>• 🙏 סבב תודה: כל מי שרוצה, מודה לאדם אחד על דבר אחד</w:t>
      </w:r>
    </w:p>
    <w:p>
      <w:pPr>
        <w:bidi/>
        <w:jc w:val="right"/>
      </w:pPr>
      <w:r>
        <w:rPr>
          <w:rFonts w:ascii="Arial" w:hAnsi="Arial" w:cs="Arial"/>
          <w:sz w:val="24"/>
          <w:rtl/>
          <w:szCs w:val="24"/>
        </w:rPr>
        <w:t>• 💛 מחמאה על עזרה קטנה שאף אחד לא ביקש</w:t>
      </w:r>
    </w:p>
    <w:p>
      <w:pPr>
        <w:bidi/>
        <w:jc w:val="right"/>
      </w:pPr>
      <w:r>
        <w:rPr>
          <w:rFonts w:ascii="Arial" w:hAnsi="Arial" w:cs="Arial"/>
          <w:sz w:val="24"/>
          <w:rtl/>
          <w:szCs w:val="24"/>
        </w:rPr>
        <w:t>• 💡 מה למדתם השבוע על הכרת הטוב?</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חושבים בשקט על דבר אחד שאתם מודים עליו, ומחייכים אליו.</w:t>
      </w:r>
    </w:p>
    <w:p>
      <w:pPr>
        <w:bidi/>
        <w:pStyle w:val="Heading2"/>
        <w:jc w:val="right"/>
      </w:pPr>
      <w:r>
        <w:rPr>
          <w:rFonts w:ascii="Arial" w:hAnsi="Arial" w:cs="Arial"/>
          <w:b/>
          <w:color w:val="2B8A3E"/>
          <w:sz w:val="32"/>
          <w:rtl/>
          <w:szCs w:val="32"/>
          <w:bCs/>
        </w:rPr>
        <w:t>🤝 חברות – שבוע 4.10 עד 9.10.2026 · כ״ג תשרי תשפ״ז</w:t>
      </w:r>
    </w:p>
    <w:p>
      <w:pPr>
        <w:bidi/>
        <w:jc w:val="right"/>
      </w:pPr>
      <w:r>
        <w:rPr>
          <w:rFonts w:ascii="Arial" w:hAnsi="Arial" w:cs="Arial"/>
          <w:color w:val="555577"/>
          <w:sz w:val="24"/>
          <w:rtl/>
          <w:szCs w:val="24"/>
        </w:rPr>
        <w:t>קשר של אמון, הנאה ודאגה הדדית בין אנשים שבוחרים זה בזה · המשפט של השבוע: "חבר אמיתי נשאר גם כשהמשחק נגמר"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דניאל גילה שחבר טוב שלו מעתיק במבחנים. הוא לא רוצה להלשין, אבל גם לא רוצה להעמיד פנים שזה בסדר. החבר בטוח שדניאל "איתו בכל מצב". מה חבר אמיתי עושה במצב כזה?</w:t>
      </w:r>
    </w:p>
    <w:p>
      <w:pPr>
        <w:bidi/>
        <w:jc w:val="right"/>
      </w:pPr>
      <w:r>
        <w:rPr>
          <w:rFonts w:ascii="Arial" w:hAnsi="Arial" w:cs="Arial"/>
          <w:sz w:val="24"/>
          <w:rtl/>
          <w:szCs w:val="24"/>
        </w:rPr>
        <w:t>• האם חבר אמיתי תמיד מסכים איתך?</w:t>
      </w:r>
    </w:p>
    <w:p>
      <w:pPr>
        <w:bidi/>
        <w:jc w:val="right"/>
      </w:pPr>
      <w:r>
        <w:rPr>
          <w:rFonts w:ascii="Arial" w:hAnsi="Arial" w:cs="Arial"/>
          <w:sz w:val="24"/>
          <w:rtl/>
          <w:szCs w:val="24"/>
        </w:rPr>
        <w:t>• איך אומרים לחבר משהו לא נעים בעדינות?</w:t>
      </w:r>
    </w:p>
    <w:p>
      <w:pPr>
        <w:bidi/>
        <w:jc w:val="right"/>
      </w:pPr>
      <w:r>
        <w:rPr>
          <w:rFonts w:ascii="Arial" w:hAnsi="Arial" w:cs="Arial"/>
          <w:b/>
          <w:color w:val="2B8A3E"/>
          <w:sz w:val="26"/>
          <w:rtl/>
          <w:szCs w:val="26"/>
          <w:bCs/>
        </w:rPr>
        <w:t>▌ 📜 פרשת בראשית</w:t>
      </w:r>
    </w:p>
    <w:p>
      <w:pPr>
        <w:bidi/>
        <w:jc w:val="right"/>
      </w:pPr>
      <w:r>
        <w:rPr>
          <w:rFonts w:ascii="Arial" w:hAnsi="Arial" w:cs="Arial"/>
          <w:sz w:val="24"/>
          <w:rtl/>
          <w:szCs w:val="24"/>
        </w:rPr>
        <w:t>"וירא אלהים את כל אשר עשה והנה טוב מאד" (בראשית א, לא) – לוודא</w:t>
      </w:r>
    </w:p>
    <w:p>
      <w:pPr>
        <w:bidi/>
        <w:jc w:val="right"/>
      </w:pPr>
      <w:r>
        <w:rPr>
          <w:rFonts w:ascii="Arial" w:hAnsi="Arial" w:cs="Arial"/>
          <w:sz w:val="24"/>
          <w:rtl/>
          <w:szCs w:val="24"/>
        </w:rPr>
        <w:t>בסוף כמעט כל יום של בריאה נאמר "כי טוב", ורק בסוף, כשהכול ביחד, נאמר "טוב מאד". אולי השלם, כשכל החלקים השונים מתחברים, גדול מכל חלק לבדו. בדיוק כמו כיתה.</w:t>
      </w:r>
    </w:p>
    <w:p>
      <w:pPr>
        <w:bidi/>
        <w:jc w:val="right"/>
      </w:pPr>
      <w:r>
        <w:rPr>
          <w:rFonts w:ascii="Arial" w:hAnsi="Arial" w:cs="Arial"/>
          <w:sz w:val="24"/>
          <w:rtl/>
          <w:szCs w:val="24"/>
        </w:rPr>
        <w:t>שאלה: מה הופך את הכיתה שלנו ל"טוב מאד" כשכולנו ביחד?</w:t>
      </w:r>
    </w:p>
    <w:p>
      <w:pPr>
        <w:bidi/>
        <w:jc w:val="right"/>
      </w:pPr>
      <w:r>
        <w:rPr>
          <w:rFonts w:ascii="Arial" w:hAnsi="Arial" w:cs="Arial"/>
          <w:b/>
          <w:color w:val="2B8A3E"/>
          <w:sz w:val="26"/>
          <w:rtl/>
          <w:szCs w:val="26"/>
          <w:bCs/>
        </w:rPr>
        <w:t>▌ ✨ מילים מהפרשה לחיים: "בצלם אלהים" (בראשית א, כז)</w:t>
      </w:r>
    </w:p>
    <w:p>
      <w:pPr>
        <w:bidi/>
        <w:jc w:val="right"/>
      </w:pPr>
      <w:r>
        <w:rPr>
          <w:rFonts w:ascii="Arial" w:hAnsi="Arial" w:cs="Arial"/>
          <w:sz w:val="24"/>
          <w:rtl/>
          <w:szCs w:val="24"/>
        </w:rPr>
        <w:t>כל אדם נברא בצלם, ולכן בכל אחד ואחת מאיתנו יש משהו יקר ומיוחד. כשאנחנו מכבדים את מי שעומד מולנו, גם אם הוא שונה מאיתנו, אנחנו מכבדים את הצלם שבו.</w:t>
      </w:r>
    </w:p>
    <w:p>
      <w:pPr>
        <w:bidi/>
        <w:jc w:val="right"/>
      </w:pPr>
      <w:r>
        <w:rPr>
          <w:rFonts w:ascii="Arial" w:hAnsi="Arial" w:cs="Arial"/>
          <w:sz w:val="24"/>
          <w:rtl/>
          <w:szCs w:val="24"/>
        </w:rPr>
        <w:t>שאלה: איך אפשר להראות השבוע כבוד למישהו שקשה לנו להסתדר איתו?</w:t>
      </w:r>
    </w:p>
    <w:p>
      <w:pPr>
        <w:bidi/>
        <w:jc w:val="right"/>
      </w:pPr>
      <w:r>
        <w:rPr>
          <w:rFonts w:ascii="Arial" w:hAnsi="Arial" w:cs="Arial"/>
          <w:sz w:val="24"/>
          <w:rtl/>
          <w:szCs w:val="24"/>
        </w:rPr>
        <w:t>🧩 חידה: בסל יש שישה תפוחים ויש שישה ילדים. כל ילד מקבל תפוח, ובכל זאת תפוח אחד נשאר בסל. איך?  (תשובה: הילד האחרון קיבל את התפוח יחד עם הסל)</w:t>
      </w:r>
    </w:p>
    <w:p>
      <w:pPr>
        <w:bidi/>
        <w:jc w:val="right"/>
      </w:pPr>
      <w:r>
        <w:rPr>
          <w:rFonts w:ascii="Arial" w:hAnsi="Arial" w:cs="Arial"/>
          <w:sz w:val="24"/>
          <w:rtl/>
          <w:szCs w:val="24"/>
        </w:rPr>
        <w:t>🎯 מטרות: לעשות משהו נחמד לחבר בלי שיבקש · להכיר חבר או חברה חדשים · לשמור סוד של חבר (אם הוא לא מסוכן)</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רגע חברות יפה השבוע?</w:t>
      </w:r>
    </w:p>
    <w:p>
      <w:pPr>
        <w:bidi/>
        <w:jc w:val="right"/>
      </w:pPr>
      <w:r>
        <w:rPr>
          <w:rFonts w:ascii="Arial" w:hAnsi="Arial" w:cs="Arial"/>
          <w:sz w:val="24"/>
          <w:rtl/>
          <w:szCs w:val="24"/>
        </w:rPr>
        <w:t>• 🙏 מי שרוצה, מודה לחבר או לחברה על משהו מהשבוע</w:t>
      </w:r>
    </w:p>
    <w:p>
      <w:pPr>
        <w:bidi/>
        <w:jc w:val="right"/>
      </w:pPr>
      <w:r>
        <w:rPr>
          <w:rFonts w:ascii="Arial" w:hAnsi="Arial" w:cs="Arial"/>
          <w:sz w:val="24"/>
          <w:rtl/>
          <w:szCs w:val="24"/>
        </w:rPr>
        <w:t>• 💛 מחמאה לחבר: מה הכי כיף לעשות איתו או איתה?</w:t>
      </w:r>
    </w:p>
    <w:p>
      <w:pPr>
        <w:bidi/>
        <w:jc w:val="right"/>
      </w:pPr>
      <w:r>
        <w:rPr>
          <w:rFonts w:ascii="Arial" w:hAnsi="Arial" w:cs="Arial"/>
          <w:sz w:val="24"/>
          <w:rtl/>
          <w:szCs w:val="24"/>
        </w:rPr>
        <w:t>• 💡 מה למדתם השבוע על חברות?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שולחים בלב מחשבה טובה לחבר אחד, ונושמים לאט.</w:t>
      </w:r>
    </w:p>
    <w:p>
      <w:pPr>
        <w:bidi/>
        <w:pStyle w:val="Heading2"/>
        <w:jc w:val="right"/>
      </w:pPr>
      <w:r>
        <w:rPr>
          <w:rFonts w:ascii="Arial" w:hAnsi="Arial" w:cs="Arial"/>
          <w:b/>
          <w:color w:val="2B8A3E"/>
          <w:sz w:val="32"/>
          <w:rtl/>
          <w:szCs w:val="32"/>
          <w:bCs/>
        </w:rPr>
        <w:t>⏳ סבלנות – שבוע 11.10 עד 16.10.2026 · ל׳ תשרי תשפ״ז</w:t>
      </w:r>
    </w:p>
    <w:p>
      <w:pPr>
        <w:bidi/>
        <w:jc w:val="right"/>
      </w:pPr>
      <w:r>
        <w:rPr>
          <w:rFonts w:ascii="Arial" w:hAnsi="Arial" w:cs="Arial"/>
          <w:color w:val="555577"/>
          <w:sz w:val="24"/>
          <w:rtl/>
          <w:szCs w:val="24"/>
        </w:rPr>
        <w:t>היכולת לחכות, להתמיד ולהישאר רגועים גם כשמשהו לוקח זמן · המשפט של השבוע: "עץ גדול צומח לאט, טבעת אחרי טבעת"</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נועה רוצה ללמוד לצייר כמו האמנים שהיא רואה ברשת, אבל הציורים שלה נראים לה ילדותיים. היא קורעת דף אחרי דף. המורה לאמנות מציעה לה לשמור את כל הציורים בתיקייה ולהסתכל בהם אחרי חודש. למה לפעמים קשה לראות התקדמות מבפנים?</w:t>
      </w:r>
    </w:p>
    <w:p>
      <w:pPr>
        <w:bidi/>
        <w:jc w:val="right"/>
      </w:pPr>
      <w:r>
        <w:rPr>
          <w:rFonts w:ascii="Arial" w:hAnsi="Arial" w:cs="Arial"/>
          <w:sz w:val="24"/>
          <w:rtl/>
          <w:szCs w:val="24"/>
        </w:rPr>
        <w:t>• איך שומרים על מוטיבציה כשלא רואים תוצאות?</w:t>
      </w:r>
    </w:p>
    <w:p>
      <w:pPr>
        <w:bidi/>
        <w:jc w:val="right"/>
      </w:pPr>
      <w:r>
        <w:rPr>
          <w:rFonts w:ascii="Arial" w:hAnsi="Arial" w:cs="Arial"/>
          <w:sz w:val="24"/>
          <w:rtl/>
          <w:szCs w:val="24"/>
        </w:rPr>
        <w:t>• האם סבלנות לאחרים שונה מסבלנות לעצמנו?</w:t>
      </w:r>
    </w:p>
    <w:p>
      <w:pPr>
        <w:bidi/>
        <w:jc w:val="right"/>
      </w:pPr>
      <w:r>
        <w:rPr>
          <w:rFonts w:ascii="Arial" w:hAnsi="Arial" w:cs="Arial"/>
          <w:b/>
          <w:color w:val="2B8A3E"/>
          <w:sz w:val="26"/>
          <w:rtl/>
          <w:szCs w:val="26"/>
          <w:bCs/>
        </w:rPr>
        <w:t>▌ 📜 פרשת נח</w:t>
      </w:r>
    </w:p>
    <w:p>
      <w:pPr>
        <w:bidi/>
        <w:jc w:val="right"/>
      </w:pPr>
      <w:r>
        <w:rPr>
          <w:rFonts w:ascii="Arial" w:hAnsi="Arial" w:cs="Arial"/>
          <w:sz w:val="24"/>
          <w:rtl/>
          <w:szCs w:val="24"/>
        </w:rPr>
        <w:t>"את קשתי נתתי בענן והיתה לאות ברית" (בראשית ט, יג) – לוודא</w:t>
      </w:r>
    </w:p>
    <w:p>
      <w:pPr>
        <w:bidi/>
        <w:jc w:val="right"/>
      </w:pPr>
      <w:r>
        <w:rPr>
          <w:rFonts w:ascii="Arial" w:hAnsi="Arial" w:cs="Arial"/>
          <w:sz w:val="24"/>
          <w:rtl/>
          <w:szCs w:val="24"/>
        </w:rPr>
        <w:t>הקשת מופיעה דווקא אחרי הגשם, כשהאור פוגש את הטיפות. היא סימן של הבטחה ושל התחלה חדשה אחרי תקופה קשה. גם אצלנו, לפעמים הצבעים מופיעים רק אחרי הסערה.</w:t>
      </w:r>
    </w:p>
    <w:p>
      <w:pPr>
        <w:bidi/>
        <w:jc w:val="right"/>
      </w:pPr>
      <w:r>
        <w:rPr>
          <w:rFonts w:ascii="Arial" w:hAnsi="Arial" w:cs="Arial"/>
          <w:sz w:val="24"/>
          <w:rtl/>
          <w:szCs w:val="24"/>
        </w:rPr>
        <w:t>שאלה: מה עוזר לכם לראות "קשת" אחרי יום קשה?</w:t>
      </w:r>
    </w:p>
    <w:p>
      <w:pPr>
        <w:bidi/>
        <w:jc w:val="right"/>
      </w:pPr>
      <w:r>
        <w:rPr>
          <w:rFonts w:ascii="Arial" w:hAnsi="Arial" w:cs="Arial"/>
          <w:b/>
          <w:color w:val="2B8A3E"/>
          <w:sz w:val="26"/>
          <w:rtl/>
          <w:szCs w:val="26"/>
          <w:bCs/>
        </w:rPr>
        <w:t>▌ ✨ מילים מהפרשה לחיים: "את האלהים התהלך נח" (בראשית ו, ט)</w:t>
      </w:r>
    </w:p>
    <w:p>
      <w:pPr>
        <w:bidi/>
        <w:jc w:val="right"/>
      </w:pPr>
      <w:r>
        <w:rPr>
          <w:rFonts w:ascii="Arial" w:hAnsi="Arial" w:cs="Arial"/>
          <w:sz w:val="24"/>
          <w:rtl/>
          <w:szCs w:val="24"/>
        </w:rPr>
        <w:t>נח הלך בדרך טובה גם כשרוב האנשים סביבו בחרו אחרת. השבוע נחשוב איך אפשר להרגיש שאנחנו לא לבד, ולהמשיך ללכת בדרך שלנו בשקט ובאומץ.</w:t>
      </w:r>
    </w:p>
    <w:p>
      <w:pPr>
        <w:bidi/>
        <w:jc w:val="right"/>
      </w:pPr>
      <w:r>
        <w:rPr>
          <w:rFonts w:ascii="Arial" w:hAnsi="Arial" w:cs="Arial"/>
          <w:sz w:val="24"/>
          <w:rtl/>
          <w:szCs w:val="24"/>
        </w:rPr>
        <w:t>שאלה: מתי קשה לכם לעשות את הדבר הנכון כשאחרים עושים אחרת?</w:t>
      </w:r>
    </w:p>
    <w:p>
      <w:pPr>
        <w:bidi/>
        <w:jc w:val="right"/>
      </w:pPr>
      <w:r>
        <w:rPr>
          <w:rFonts w:ascii="Arial" w:hAnsi="Arial" w:cs="Arial"/>
          <w:sz w:val="24"/>
          <w:rtl/>
          <w:szCs w:val="24"/>
        </w:rPr>
        <w:t>🧩 חידה: רכבת יוצאת מהתחנה כל 20 דקות. הראשונה יוצאת ב-7:00. באיזו שעה תצא הרכבת החמישית?  (תשובה: 8:20)</w:t>
      </w:r>
    </w:p>
    <w:p>
      <w:pPr>
        <w:bidi/>
        <w:jc w:val="right"/>
      </w:pPr>
      <w:r>
        <w:rPr>
          <w:rFonts w:ascii="Arial" w:hAnsi="Arial" w:cs="Arial"/>
          <w:sz w:val="24"/>
          <w:rtl/>
          <w:szCs w:val="24"/>
        </w:rPr>
        <w:t>🎯 מטרות: להתאמן כל יום עשר דקות על משהו קשה · להקשיב עד הסוף בלי לקטוע · לנשום שלוש נשימות לפני תגובה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הצלחתם לחכות או להתאפק?</w:t>
      </w:r>
    </w:p>
    <w:p>
      <w:pPr>
        <w:bidi/>
        <w:jc w:val="right"/>
      </w:pPr>
      <w:r>
        <w:rPr>
          <w:rFonts w:ascii="Arial" w:hAnsi="Arial" w:cs="Arial"/>
          <w:sz w:val="24"/>
          <w:rtl/>
          <w:szCs w:val="24"/>
        </w:rPr>
        <w:t>• 🙏 תודה למי שהיה סבלני איתכם השבוע</w:t>
      </w:r>
    </w:p>
    <w:p>
      <w:pPr>
        <w:bidi/>
        <w:jc w:val="right"/>
      </w:pPr>
      <w:r>
        <w:rPr>
          <w:rFonts w:ascii="Arial" w:hAnsi="Arial" w:cs="Arial"/>
          <w:sz w:val="24"/>
          <w:rtl/>
          <w:szCs w:val="24"/>
        </w:rPr>
        <w:t>• 💛 מחמאה למישהו שהתמיד ולא ויתר</w:t>
      </w:r>
    </w:p>
    <w:p>
      <w:pPr>
        <w:bidi/>
        <w:jc w:val="right"/>
      </w:pPr>
      <w:r>
        <w:rPr>
          <w:rFonts w:ascii="Arial" w:hAnsi="Arial" w:cs="Arial"/>
          <w:sz w:val="24"/>
          <w:rtl/>
          <w:szCs w:val="24"/>
        </w:rPr>
        <w:t>• 💡 מה למדתם השבוע על סבלנות?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נושמים פנימה לאט, מחזיקים, ומוציאים לאט עוד יותר.</w:t>
      </w:r>
    </w:p>
    <w:p>
      <w:pPr>
        <w:bidi/>
        <w:pStyle w:val="Heading2"/>
        <w:jc w:val="right"/>
      </w:pPr>
      <w:r>
        <w:rPr>
          <w:rFonts w:ascii="Arial" w:hAnsi="Arial" w:cs="Arial"/>
          <w:b/>
          <w:color w:val="2B8A3E"/>
          <w:sz w:val="32"/>
          <w:rtl/>
          <w:szCs w:val="32"/>
          <w:bCs/>
        </w:rPr>
        <w:t>🎒 אחריות – שבוע 18.10 עד 23.10.2026 · ז׳ חשון תשפ״ז</w:t>
      </w:r>
    </w:p>
    <w:p>
      <w:pPr>
        <w:bidi/>
        <w:jc w:val="right"/>
      </w:pPr>
      <w:r>
        <w:rPr>
          <w:rFonts w:ascii="Arial" w:hAnsi="Arial" w:cs="Arial"/>
          <w:color w:val="555577"/>
          <w:sz w:val="24"/>
          <w:rtl/>
          <w:szCs w:val="24"/>
        </w:rPr>
        <w:t>לעמוד במה שהבטחנו, לדאוג לדברים ולאנשים ולתקן כשטעינו · המשפט של השבוע: "אחריות מתחילה במילים "אני אטפל בזה""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דניאל שבר בטעות את הרמקול של חבר במסיבה. אף אחד לא ראה, והוא יכול פשוט לשתוק. מצד שני, החבר יחפש מי עשה את זה. מה עולה לנו לקחת אחריות, ומה עולה לנו לא לקחת?</w:t>
      </w:r>
    </w:p>
    <w:p>
      <w:pPr>
        <w:bidi/>
        <w:jc w:val="right"/>
      </w:pPr>
      <w:r>
        <w:rPr>
          <w:rFonts w:ascii="Arial" w:hAnsi="Arial" w:cs="Arial"/>
          <w:sz w:val="24"/>
          <w:rtl/>
          <w:szCs w:val="24"/>
        </w:rPr>
        <w:t>• מה ההבדל בין אחריות לבין אשמה?</w:t>
      </w:r>
    </w:p>
    <w:p>
      <w:pPr>
        <w:bidi/>
        <w:jc w:val="right"/>
      </w:pPr>
      <w:r>
        <w:rPr>
          <w:rFonts w:ascii="Arial" w:hAnsi="Arial" w:cs="Arial"/>
          <w:sz w:val="24"/>
          <w:rtl/>
          <w:szCs w:val="24"/>
        </w:rPr>
        <w:t>• האם צריך לספר על טעות שאף אחד לא ראה?</w:t>
      </w:r>
    </w:p>
    <w:p>
      <w:pPr>
        <w:bidi/>
        <w:jc w:val="right"/>
      </w:pPr>
      <w:r>
        <w:rPr>
          <w:rFonts w:ascii="Arial" w:hAnsi="Arial" w:cs="Arial"/>
          <w:b/>
          <w:color w:val="2B8A3E"/>
          <w:sz w:val="26"/>
          <w:rtl/>
          <w:szCs w:val="26"/>
          <w:bCs/>
        </w:rPr>
        <w:t>▌ 📜 פרשת לך לך</w:t>
      </w:r>
    </w:p>
    <w:p>
      <w:pPr>
        <w:bidi/>
        <w:jc w:val="right"/>
      </w:pPr>
      <w:r>
        <w:rPr>
          <w:rFonts w:ascii="Arial" w:hAnsi="Arial" w:cs="Arial"/>
          <w:sz w:val="24"/>
          <w:rtl/>
          <w:szCs w:val="24"/>
        </w:rPr>
        <w:t>"לך לך מארצך וממולדתך ומבית אביך" (בראשית יב, א) – לוודא</w:t>
      </w:r>
    </w:p>
    <w:p>
      <w:pPr>
        <w:bidi/>
        <w:jc w:val="right"/>
      </w:pPr>
      <w:r>
        <w:rPr>
          <w:rFonts w:ascii="Arial" w:hAnsi="Arial" w:cs="Arial"/>
          <w:sz w:val="24"/>
          <w:rtl/>
          <w:szCs w:val="24"/>
        </w:rPr>
        <w:t>הפסוק מתאר עזיבה בשלושה מעגלים: ארץ, מולדת ובית. כל מי שעבר דירה, עיר או ארץ מכיר את הקושי וגם את ההזדמנות. אולי "לך לך" הוא גם ללכת אל עצמך, ולגלות מי את או אתה במקום חדש.</w:t>
      </w:r>
    </w:p>
    <w:p>
      <w:pPr>
        <w:bidi/>
        <w:jc w:val="right"/>
      </w:pPr>
      <w:r>
        <w:rPr>
          <w:rFonts w:ascii="Arial" w:hAnsi="Arial" w:cs="Arial"/>
          <w:sz w:val="24"/>
          <w:rtl/>
          <w:szCs w:val="24"/>
        </w:rPr>
        <w:t>שאלה: מה עוזר למי שמגיע למקום חדש להרגיש בבית?</w:t>
      </w:r>
    </w:p>
    <w:p>
      <w:pPr>
        <w:bidi/>
        <w:jc w:val="right"/>
      </w:pPr>
      <w:r>
        <w:rPr>
          <w:rFonts w:ascii="Arial" w:hAnsi="Arial" w:cs="Arial"/>
          <w:b/>
          <w:color w:val="2B8A3E"/>
          <w:sz w:val="26"/>
          <w:rtl/>
          <w:szCs w:val="26"/>
          <w:bCs/>
        </w:rPr>
        <w:t>▌ ✨ מילים מהפרשה לחיים: "והיה ברכה" (בראשית יב, ב)</w:t>
      </w:r>
    </w:p>
    <w:p>
      <w:pPr>
        <w:bidi/>
        <w:jc w:val="right"/>
      </w:pPr>
      <w:r>
        <w:rPr>
          <w:rFonts w:ascii="Arial" w:hAnsi="Arial" w:cs="Arial"/>
          <w:sz w:val="24"/>
          <w:rtl/>
          <w:szCs w:val="24"/>
        </w:rPr>
        <w:t>אברם לא רק מקבל ברכה, הוא גם נקרא להיות ברכה בעצמו. כל אחת ואחד מאיתנו יכולים להיות ברכה לאחרים, בחיוך, בסבלנות או בעזרה קטנה שאיש לא ביקש.</w:t>
      </w:r>
    </w:p>
    <w:p>
      <w:pPr>
        <w:bidi/>
        <w:jc w:val="right"/>
      </w:pPr>
      <w:r>
        <w:rPr>
          <w:rFonts w:ascii="Arial" w:hAnsi="Arial" w:cs="Arial"/>
          <w:sz w:val="24"/>
          <w:rtl/>
          <w:szCs w:val="24"/>
        </w:rPr>
        <w:t>שאלה: איך תוכלו להיות ברכה למישהו השבוע, בלי שיבקש מכם?</w:t>
      </w:r>
    </w:p>
    <w:p>
      <w:pPr>
        <w:bidi/>
        <w:jc w:val="right"/>
      </w:pPr>
      <w:r>
        <w:rPr>
          <w:rFonts w:ascii="Arial" w:hAnsi="Arial" w:cs="Arial"/>
          <w:sz w:val="24"/>
          <w:rtl/>
          <w:szCs w:val="24"/>
        </w:rPr>
        <w:t>🧩 חידה: אם מחרתיים יהיה יום שישי, איזה יום היה אתמול?  (תשובה: יום שלישי (היום יום רביעי))</w:t>
      </w:r>
    </w:p>
    <w:p>
      <w:pPr>
        <w:bidi/>
        <w:jc w:val="right"/>
      </w:pPr>
      <w:r>
        <w:rPr>
          <w:rFonts w:ascii="Arial" w:hAnsi="Arial" w:cs="Arial"/>
          <w:sz w:val="24"/>
          <w:rtl/>
          <w:szCs w:val="24"/>
        </w:rPr>
        <w:t>🎯 מטרות: להגיש משימה אחת בזמן בלי תזכורת · לקבל על עצמי תפקיד אחד בכיתה · להודות בטעות קטנה ולתקן אותה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עשיתם השבוע באחריות, בלי שביקשו?</w:t>
      </w:r>
    </w:p>
    <w:p>
      <w:pPr>
        <w:bidi/>
        <w:jc w:val="right"/>
      </w:pPr>
      <w:r>
        <w:rPr>
          <w:rFonts w:ascii="Arial" w:hAnsi="Arial" w:cs="Arial"/>
          <w:sz w:val="24"/>
          <w:rtl/>
          <w:szCs w:val="24"/>
        </w:rPr>
        <w:t>• 🙏 תודה למי שלקח אחריות על משהו בכיתה השבוע</w:t>
      </w:r>
    </w:p>
    <w:p>
      <w:pPr>
        <w:bidi/>
        <w:jc w:val="right"/>
      </w:pPr>
      <w:r>
        <w:rPr>
          <w:rFonts w:ascii="Arial" w:hAnsi="Arial" w:cs="Arial"/>
          <w:sz w:val="24"/>
          <w:rtl/>
          <w:szCs w:val="24"/>
        </w:rPr>
        <w:t>• 💛 מחמאה למישהו שאפשר לסמוך עליו</w:t>
      </w:r>
    </w:p>
    <w:p>
      <w:pPr>
        <w:bidi/>
        <w:jc w:val="right"/>
      </w:pPr>
      <w:r>
        <w:rPr>
          <w:rFonts w:ascii="Arial" w:hAnsi="Arial" w:cs="Arial"/>
          <w:sz w:val="24"/>
          <w:rtl/>
          <w:szCs w:val="24"/>
        </w:rPr>
        <w:t>• 💡 מה למדתם השבוע על אחריות?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מניחים את הידיים על הברכיים ואומרים בלב: עשיתי את שלי השבוע.</w:t>
      </w:r>
    </w:p>
    <w:p>
      <w:pPr>
        <w:bidi/>
        <w:pStyle w:val="Heading2"/>
        <w:jc w:val="right"/>
      </w:pPr>
      <w:r>
        <w:rPr>
          <w:rFonts w:ascii="Arial" w:hAnsi="Arial" w:cs="Arial"/>
          <w:b/>
          <w:color w:val="2B8A3E"/>
          <w:sz w:val="32"/>
          <w:rtl/>
          <w:szCs w:val="32"/>
          <w:bCs/>
        </w:rPr>
        <w:t>👑 כבוד – שבוע 25.10 עד 30.10.2026 · י״ד חשון תשפ״ז</w:t>
      </w:r>
    </w:p>
    <w:p>
      <w:pPr>
        <w:bidi/>
        <w:jc w:val="right"/>
      </w:pPr>
      <w:r>
        <w:rPr>
          <w:rFonts w:ascii="Arial" w:hAnsi="Arial" w:cs="Arial"/>
          <w:color w:val="555577"/>
          <w:sz w:val="24"/>
          <w:rtl/>
          <w:szCs w:val="24"/>
        </w:rPr>
        <w:t>להתייחס לכל אדם, וגם לעצמנו, כבעל ערך, גם כשאנחנו שונים · המשפט של השבוע: "כבוד לא קונים; נותנים אותו, והוא חוזר"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בוויכוח בכיתה על נושא שנוי במחלוקת, מאיה ואיתי חושבים הפוך לגמרי. הוויכוח מתחמם, ומישהו קורא לאיתי "טיפש". המורה עוצרת ושואלת: "האם אפשר לא להסכים ועדיין לכבד?" מה דעתכם?</w:t>
      </w:r>
    </w:p>
    <w:p>
      <w:pPr>
        <w:bidi/>
        <w:jc w:val="right"/>
      </w:pPr>
      <w:r>
        <w:rPr>
          <w:rFonts w:ascii="Arial" w:hAnsi="Arial" w:cs="Arial"/>
          <w:sz w:val="24"/>
          <w:rtl/>
          <w:szCs w:val="24"/>
        </w:rPr>
        <w:t>• מה ההבדל בין ויכוח לבין העלבה?</w:t>
      </w:r>
    </w:p>
    <w:p>
      <w:pPr>
        <w:bidi/>
        <w:jc w:val="right"/>
      </w:pPr>
      <w:r>
        <w:rPr>
          <w:rFonts w:ascii="Arial" w:hAnsi="Arial" w:cs="Arial"/>
          <w:sz w:val="24"/>
          <w:rtl/>
          <w:szCs w:val="24"/>
        </w:rPr>
        <w:t>• איך מגיבים כשמישהו לא מכבד אותנו?</w:t>
      </w:r>
    </w:p>
    <w:p>
      <w:pPr>
        <w:bidi/>
        <w:jc w:val="right"/>
      </w:pPr>
      <w:r>
        <w:rPr>
          <w:rFonts w:ascii="Arial" w:hAnsi="Arial" w:cs="Arial"/>
          <w:b/>
          <w:color w:val="2B8A3E"/>
          <w:sz w:val="26"/>
          <w:rtl/>
          <w:szCs w:val="26"/>
          <w:bCs/>
        </w:rPr>
        <w:t>▌ 📜 פרשת וירא</w:t>
      </w:r>
    </w:p>
    <w:p>
      <w:pPr>
        <w:bidi/>
        <w:jc w:val="right"/>
      </w:pPr>
      <w:r>
        <w:rPr>
          <w:rFonts w:ascii="Arial" w:hAnsi="Arial" w:cs="Arial"/>
          <w:sz w:val="24"/>
          <w:rtl/>
          <w:szCs w:val="24"/>
        </w:rPr>
        <w:t>"וירא וירץ לקראתם מפתח האהל" (בראשית יח, ב) – לוודא</w:t>
      </w:r>
    </w:p>
    <w:p>
      <w:pPr>
        <w:bidi/>
        <w:jc w:val="right"/>
      </w:pPr>
      <w:r>
        <w:rPr>
          <w:rFonts w:ascii="Arial" w:hAnsi="Arial" w:cs="Arial"/>
          <w:sz w:val="24"/>
          <w:rtl/>
          <w:szCs w:val="24"/>
        </w:rPr>
        <w:t>אברהם לא מחכה שהאורחים יבקשו; הוא רץ אליהם, ביום חם. הכנסת אורחים מתחילה בתנועה קטנה של יציאה לקראת מישהו. מי "האורחים" שלנו בכיתה, ומה פירוש לרוץ לקראתם?</w:t>
      </w:r>
    </w:p>
    <w:p>
      <w:pPr>
        <w:bidi/>
        <w:jc w:val="right"/>
      </w:pPr>
      <w:r>
        <w:rPr>
          <w:rFonts w:ascii="Arial" w:hAnsi="Arial" w:cs="Arial"/>
          <w:sz w:val="24"/>
          <w:rtl/>
          <w:szCs w:val="24"/>
        </w:rPr>
        <w:t>שאלה: איך אפשר לקבל בשמחה מישהו חדש בכיתה או בבית?</w:t>
      </w:r>
    </w:p>
    <w:p>
      <w:pPr>
        <w:bidi/>
        <w:jc w:val="right"/>
      </w:pPr>
      <w:r>
        <w:rPr>
          <w:rFonts w:ascii="Arial" w:hAnsi="Arial" w:cs="Arial"/>
          <w:b/>
          <w:color w:val="2B8A3E"/>
          <w:sz w:val="26"/>
          <w:rtl/>
          <w:szCs w:val="26"/>
          <w:bCs/>
        </w:rPr>
        <w:t>▌ ✨ מילים מהפרשה לחיים: "היפלא מה' דבר" (בראשית יח, יד)</w:t>
      </w:r>
    </w:p>
    <w:p>
      <w:pPr>
        <w:bidi/>
        <w:jc w:val="right"/>
      </w:pPr>
      <w:r>
        <w:rPr>
          <w:rFonts w:ascii="Arial" w:hAnsi="Arial" w:cs="Arial"/>
          <w:sz w:val="24"/>
          <w:rtl/>
          <w:szCs w:val="24"/>
        </w:rPr>
        <w:t>לפעמים נדמה לנו שמשהו לא יכול להשתנות, שהמשימה גדולה מדי או שהמצב תקוע. המילים האלה מזכירות שאפשר להשקיע את המאמץ שלנו וגם להשאיר מקום לתקווה ולהפתעות טובות.</w:t>
      </w:r>
    </w:p>
    <w:p>
      <w:pPr>
        <w:bidi/>
        <w:jc w:val="right"/>
      </w:pPr>
      <w:r>
        <w:rPr>
          <w:rFonts w:ascii="Arial" w:hAnsi="Arial" w:cs="Arial"/>
          <w:sz w:val="24"/>
          <w:rtl/>
          <w:szCs w:val="24"/>
        </w:rPr>
        <w:t>שאלה: איזה דבר טוב קרה לכם פעם כשבכלל לא ציפיתם לו?</w:t>
      </w:r>
    </w:p>
    <w:p>
      <w:pPr>
        <w:bidi/>
        <w:jc w:val="right"/>
      </w:pPr>
      <w:r>
        <w:rPr>
          <w:rFonts w:ascii="Arial" w:hAnsi="Arial" w:cs="Arial"/>
          <w:sz w:val="24"/>
          <w:rtl/>
          <w:szCs w:val="24"/>
        </w:rPr>
        <w:t>🧩 חידה: בכיתה 30 תלמידים. 18 אוהבים כדורגל, 15 אוהבים כדורסל ו-5 לא אוהבים אף אחד מהם. כמה אוהבים את שניהם?  (תשובה: 8 (25 אוהבים לפחות אחד, ו-18 ועוד 15 זה 33))</w:t>
      </w:r>
    </w:p>
    <w:p>
      <w:pPr>
        <w:bidi/>
        <w:jc w:val="right"/>
      </w:pPr>
      <w:r>
        <w:rPr>
          <w:rFonts w:ascii="Arial" w:hAnsi="Arial" w:cs="Arial"/>
          <w:sz w:val="24"/>
          <w:rtl/>
          <w:szCs w:val="24"/>
        </w:rPr>
        <w:t>🎯 מטרות: לא להעליב גם כשאני לא מסכים או מסכימה · לפנות לכולם בשם, לא בכינוי · לכבד את הפרטיות של חברים ברשת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הרגשתם שמכבדים אתכם?</w:t>
      </w:r>
    </w:p>
    <w:p>
      <w:pPr>
        <w:bidi/>
        <w:jc w:val="right"/>
      </w:pPr>
      <w:r>
        <w:rPr>
          <w:rFonts w:ascii="Arial" w:hAnsi="Arial" w:cs="Arial"/>
          <w:sz w:val="24"/>
          <w:rtl/>
          <w:szCs w:val="24"/>
        </w:rPr>
        <w:t>• 🙏 תודה למי שהקשיב לכם בכבוד השבוע</w:t>
      </w:r>
    </w:p>
    <w:p>
      <w:pPr>
        <w:bidi/>
        <w:jc w:val="right"/>
      </w:pPr>
      <w:r>
        <w:rPr>
          <w:rFonts w:ascii="Arial" w:hAnsi="Arial" w:cs="Arial"/>
          <w:sz w:val="24"/>
          <w:rtl/>
          <w:szCs w:val="24"/>
        </w:rPr>
        <w:t>• 💛 מחמאה למישהו על הדרך שבה הוא או היא מדברים אל אחרים</w:t>
      </w:r>
    </w:p>
    <w:p>
      <w:pPr>
        <w:bidi/>
        <w:jc w:val="right"/>
      </w:pPr>
      <w:r>
        <w:rPr>
          <w:rFonts w:ascii="Arial" w:hAnsi="Arial" w:cs="Arial"/>
          <w:sz w:val="24"/>
          <w:rtl/>
          <w:szCs w:val="24"/>
        </w:rPr>
        <w:t>• 💡 מה למדתם השבוע על כבוד?</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יושבים זקוף, נושמים, ומרגישים: גם אני ראוי וראויה לכבוד.</w:t>
      </w:r>
    </w:p>
    <w:p>
      <w:pPr>
        <w:bidi/>
        <w:pStyle w:val="Heading2"/>
        <w:jc w:val="right"/>
      </w:pPr>
      <w:r>
        <w:rPr>
          <w:rFonts w:ascii="Arial" w:hAnsi="Arial" w:cs="Arial"/>
          <w:b/>
          <w:color w:val="2B8A3E"/>
          <w:sz w:val="32"/>
          <w:rtl/>
          <w:szCs w:val="32"/>
          <w:bCs/>
        </w:rPr>
        <w:t>👂 הקשבה – שבוע 1.11 עד 6.11.2026 · כ״א חשון תשפ״ז</w:t>
      </w:r>
    </w:p>
    <w:p>
      <w:pPr>
        <w:bidi/>
        <w:jc w:val="right"/>
      </w:pPr>
      <w:r>
        <w:rPr>
          <w:rFonts w:ascii="Arial" w:hAnsi="Arial" w:cs="Arial"/>
          <w:color w:val="555577"/>
          <w:sz w:val="24"/>
          <w:rtl/>
          <w:szCs w:val="24"/>
        </w:rPr>
        <w:t>לתת לאחר את מלוא תשומת הלב, להבין אותו ולא רק לחכות לתורנו · המשפט של השבוע: "כשמקשיבים באמת, מישהו מרגיש שהוא חשוב"</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בשיחה בטלפון אדל אומרת "אני מקשיבה", אבל בו בזמן גוללת ברשת. החבר שלה שואל שאלה, והיא עונה "מה?". הוא אומר "עזבי, לא חשוב". כמה משיחות היום שלנו קורות כשחצי מאיתנו במקום אחר?</w:t>
      </w:r>
    </w:p>
    <w:p>
      <w:pPr>
        <w:bidi/>
        <w:jc w:val="right"/>
      </w:pPr>
      <w:r>
        <w:rPr>
          <w:rFonts w:ascii="Arial" w:hAnsi="Arial" w:cs="Arial"/>
          <w:sz w:val="24"/>
          <w:rtl/>
          <w:szCs w:val="24"/>
        </w:rPr>
        <w:t>• האם אפשר להקשיב ובו בזמן להסתכל בטלפון?</w:t>
      </w:r>
    </w:p>
    <w:p>
      <w:pPr>
        <w:bidi/>
        <w:jc w:val="right"/>
      </w:pPr>
      <w:r>
        <w:rPr>
          <w:rFonts w:ascii="Arial" w:hAnsi="Arial" w:cs="Arial"/>
          <w:sz w:val="24"/>
          <w:rtl/>
          <w:szCs w:val="24"/>
        </w:rPr>
        <w:t>• מתי כדאי לא לתת עצה ורק להקשיב?</w:t>
      </w:r>
    </w:p>
    <w:p>
      <w:pPr>
        <w:bidi/>
        <w:jc w:val="right"/>
      </w:pPr>
      <w:r>
        <w:rPr>
          <w:rFonts w:ascii="Arial" w:hAnsi="Arial" w:cs="Arial"/>
          <w:b/>
          <w:color w:val="2B8A3E"/>
          <w:sz w:val="26"/>
          <w:rtl/>
          <w:szCs w:val="26"/>
          <w:bCs/>
        </w:rPr>
        <w:t>▌ 📜 פרשת חיי שרה</w:t>
      </w:r>
    </w:p>
    <w:p>
      <w:pPr>
        <w:bidi/>
        <w:jc w:val="right"/>
      </w:pPr>
      <w:r>
        <w:rPr>
          <w:rFonts w:ascii="Arial" w:hAnsi="Arial" w:cs="Arial"/>
          <w:sz w:val="24"/>
          <w:rtl/>
          <w:szCs w:val="24"/>
        </w:rPr>
        <w:t>"גם לגמליך אשאב עד אם כלו לשתת" (בראשית כד, יט) – לוודא</w:t>
      </w:r>
    </w:p>
    <w:p>
      <w:pPr>
        <w:bidi/>
        <w:jc w:val="right"/>
      </w:pPr>
      <w:r>
        <w:rPr>
          <w:rFonts w:ascii="Arial" w:hAnsi="Arial" w:cs="Arial"/>
          <w:sz w:val="24"/>
          <w:rtl/>
          <w:szCs w:val="24"/>
        </w:rPr>
        <w:t>רבקה עושה יותר ממה שביקשו ממנה: האורח ביקש מעט מים, והיא דואגת גם לגמלים. נתינה אמיתית רואה את כל הצורך, לא רק את הבקשה. וגמלים צמאים, אגב, שותים המון.</w:t>
      </w:r>
    </w:p>
    <w:p>
      <w:pPr>
        <w:bidi/>
        <w:jc w:val="right"/>
      </w:pPr>
      <w:r>
        <w:rPr>
          <w:rFonts w:ascii="Arial" w:hAnsi="Arial" w:cs="Arial"/>
          <w:sz w:val="24"/>
          <w:rtl/>
          <w:szCs w:val="24"/>
        </w:rPr>
        <w:t>שאלה: מתי עשיתם יותר ממה שביקשו מכם, ואיך הרגשתם?</w:t>
      </w:r>
    </w:p>
    <w:p>
      <w:pPr>
        <w:bidi/>
        <w:jc w:val="right"/>
      </w:pPr>
      <w:r>
        <w:rPr>
          <w:rFonts w:ascii="Arial" w:hAnsi="Arial" w:cs="Arial"/>
          <w:b/>
          <w:color w:val="2B8A3E"/>
          <w:sz w:val="26"/>
          <w:rtl/>
          <w:szCs w:val="26"/>
          <w:bCs/>
        </w:rPr>
        <w:t>▌ ✨ מילים מהפרשה לחיים: "ברך את אברהם בכל" (בראשית כד, א)</w:t>
      </w:r>
    </w:p>
    <w:p>
      <w:pPr>
        <w:bidi/>
        <w:jc w:val="right"/>
      </w:pPr>
      <w:r>
        <w:rPr>
          <w:rFonts w:ascii="Arial" w:hAnsi="Arial" w:cs="Arial"/>
          <w:sz w:val="24"/>
          <w:rtl/>
          <w:szCs w:val="24"/>
        </w:rPr>
        <w:t>אפשר להסתכל על החיים ולראות בעיקר את מה שחסר, ואפשר לשים לב לברכות הקטנות שיש לנו. השבוע ננסה לגלות בכל יום ברכה אחת שלא שמנו אליה לב קודם.</w:t>
      </w:r>
    </w:p>
    <w:p>
      <w:pPr>
        <w:bidi/>
        <w:jc w:val="right"/>
      </w:pPr>
      <w:r>
        <w:rPr>
          <w:rFonts w:ascii="Arial" w:hAnsi="Arial" w:cs="Arial"/>
          <w:sz w:val="24"/>
          <w:rtl/>
          <w:szCs w:val="24"/>
        </w:rPr>
        <w:t>שאלה: מה דבר אחד קטן בחיים שלכם שאתם מרגישים עליו תודה?</w:t>
      </w:r>
    </w:p>
    <w:p>
      <w:pPr>
        <w:bidi/>
        <w:jc w:val="right"/>
      </w:pPr>
      <w:r>
        <w:rPr>
          <w:rFonts w:ascii="Arial" w:hAnsi="Arial" w:cs="Arial"/>
          <w:sz w:val="24"/>
          <w:rtl/>
          <w:szCs w:val="24"/>
        </w:rPr>
        <w:t>🧩 חידה: מה המספר הבא בסדרה: 3, 6, 11, 18, 27, ?  (תשובה: 38 (מוסיפים 3, 5, 7, 9 ואז 11))</w:t>
      </w:r>
    </w:p>
    <w:p>
      <w:pPr>
        <w:bidi/>
        <w:jc w:val="right"/>
      </w:pPr>
      <w:r>
        <w:rPr>
          <w:rFonts w:ascii="Arial" w:hAnsi="Arial" w:cs="Arial"/>
          <w:sz w:val="24"/>
          <w:rtl/>
          <w:szCs w:val="24"/>
        </w:rPr>
        <w:t>🎯 מטרות: להניח את הטלפון בצד בשיחה אחת ביום · לחזור במילים שלי על מה ששמעתי · לשאול "ומה עוד?" לפני שאני עונה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רגע השבוע שבו מישהו באמת הקשיב לכם?</w:t>
      </w:r>
    </w:p>
    <w:p>
      <w:pPr>
        <w:bidi/>
        <w:jc w:val="right"/>
      </w:pPr>
      <w:r>
        <w:rPr>
          <w:rFonts w:ascii="Arial" w:hAnsi="Arial" w:cs="Arial"/>
          <w:sz w:val="24"/>
          <w:rtl/>
          <w:szCs w:val="24"/>
        </w:rPr>
        <w:t>• 🙏 תודה למי שהקשיב לכם השבוע</w:t>
      </w:r>
    </w:p>
    <w:p>
      <w:pPr>
        <w:bidi/>
        <w:jc w:val="right"/>
      </w:pPr>
      <w:r>
        <w:rPr>
          <w:rFonts w:ascii="Arial" w:hAnsi="Arial" w:cs="Arial"/>
          <w:sz w:val="24"/>
          <w:rtl/>
          <w:szCs w:val="24"/>
        </w:rPr>
        <w:t>• 💛 מחמאה למישהו שיודע להקשיב</w:t>
      </w:r>
    </w:p>
    <w:p>
      <w:pPr>
        <w:bidi/>
        <w:jc w:val="right"/>
      </w:pPr>
      <w:r>
        <w:rPr>
          <w:rFonts w:ascii="Arial" w:hAnsi="Arial" w:cs="Arial"/>
          <w:sz w:val="24"/>
          <w:rtl/>
          <w:szCs w:val="24"/>
        </w:rPr>
        <w:t>• 💡 מה שמעתם השבוע שלא שמתם לב אליו קודם?</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עוצמים עיניים לדקה ומקשיבים לכל הקולות בחדר ובחוץ.</w:t>
      </w:r>
    </w:p>
    <w:p>
      <w:pPr>
        <w:bidi/>
        <w:pStyle w:val="Heading2"/>
        <w:jc w:val="right"/>
      </w:pPr>
      <w:r>
        <w:rPr>
          <w:rFonts w:ascii="Arial" w:hAnsi="Arial" w:cs="Arial"/>
          <w:b/>
          <w:color w:val="2B8A3E"/>
          <w:sz w:val="32"/>
          <w:rtl/>
          <w:szCs w:val="32"/>
          <w:bCs/>
        </w:rPr>
        <w:t>🌾 סיגד וראש חודש כסליו – שבוע 8.11 עד 13.11.2026 · כ״ח חשון תשפ״ז</w:t>
      </w:r>
    </w:p>
    <w:p>
      <w:pPr>
        <w:bidi/>
        <w:jc w:val="right"/>
      </w:pPr>
      <w:r>
        <w:rPr>
          <w:rFonts w:ascii="Arial" w:hAnsi="Arial" w:cs="Arial"/>
          <w:color w:val="555577"/>
          <w:sz w:val="24"/>
          <w:rtl/>
          <w:szCs w:val="24"/>
        </w:rPr>
        <w:t>שבוע של געגוע, חיבור וקהילה: מתכנסים יחד ומתחילים חודש חדש · המשפט של השבוע: "מי שזוכר מאיפה בא, יודע לאן הוא רוצה ללכת"</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ליה עלתה ארצה בגיל שלוש ולא זוכרת את הכפר שבו נולדה. בסיגד היא שומעת את הקסים קוראים ומרגישה משהו, אבל לא יודעת להגדיר אותו. חברה שואלת אותה "את מרגישה יותר מפה או משם?" האם צריך לבחור?</w:t>
      </w:r>
    </w:p>
    <w:p>
      <w:pPr>
        <w:bidi/>
        <w:jc w:val="right"/>
      </w:pPr>
      <w:r>
        <w:rPr>
          <w:rFonts w:ascii="Arial" w:hAnsi="Arial" w:cs="Arial"/>
          <w:sz w:val="24"/>
          <w:rtl/>
          <w:szCs w:val="24"/>
        </w:rPr>
        <w:t>• האם אפשר להשתייך לשני מקומות בבת אחת?</w:t>
      </w:r>
    </w:p>
    <w:p>
      <w:pPr>
        <w:bidi/>
        <w:jc w:val="right"/>
      </w:pPr>
      <w:r>
        <w:rPr>
          <w:rFonts w:ascii="Arial" w:hAnsi="Arial" w:cs="Arial"/>
          <w:sz w:val="24"/>
          <w:rtl/>
          <w:szCs w:val="24"/>
        </w:rPr>
        <w:t>• מה אנחנו יכולים ללמוד מקהילה ששמרה על חלום דורות רבים?</w:t>
      </w:r>
    </w:p>
    <w:p>
      <w:pPr>
        <w:bidi/>
        <w:jc w:val="right"/>
      </w:pPr>
      <w:r>
        <w:rPr>
          <w:rFonts w:ascii="Arial" w:hAnsi="Arial" w:cs="Arial"/>
          <w:b/>
          <w:color w:val="2B8A3E"/>
          <w:sz w:val="26"/>
          <w:rtl/>
          <w:szCs w:val="26"/>
          <w:bCs/>
        </w:rPr>
        <w:t>▌ 📜 פרשת תולדות</w:t>
      </w:r>
    </w:p>
    <w:p>
      <w:pPr>
        <w:bidi/>
        <w:jc w:val="right"/>
      </w:pPr>
      <w:r>
        <w:rPr>
          <w:rFonts w:ascii="Arial" w:hAnsi="Arial" w:cs="Arial"/>
          <w:sz w:val="24"/>
          <w:rtl/>
          <w:szCs w:val="24"/>
        </w:rPr>
        <w:t>"וישב יצחק ויחפר את בארת המים" (בראשית כו, יח) – לוודא</w:t>
      </w:r>
    </w:p>
    <w:p>
      <w:pPr>
        <w:bidi/>
        <w:jc w:val="right"/>
      </w:pPr>
      <w:r>
        <w:rPr>
          <w:rFonts w:ascii="Arial" w:hAnsi="Arial" w:cs="Arial"/>
          <w:sz w:val="24"/>
          <w:rtl/>
          <w:szCs w:val="24"/>
        </w:rPr>
        <w:t>יצחק לא ממציא הכול מחדש; הוא חוזר לבארות של אביו, מנקה אותן ומחייה אותן. לפעמים הדבר החשוב הוא לשמור על מה שהיה טוב, ולתת לו חיים חדשים.</w:t>
      </w:r>
    </w:p>
    <w:p>
      <w:pPr>
        <w:bidi/>
        <w:jc w:val="right"/>
      </w:pPr>
      <w:r>
        <w:rPr>
          <w:rFonts w:ascii="Arial" w:hAnsi="Arial" w:cs="Arial"/>
          <w:sz w:val="24"/>
          <w:rtl/>
          <w:szCs w:val="24"/>
        </w:rPr>
        <w:t>שאלה: איזה מנהג או סיפור משפחתי הייתם רוצים "לחפור מחדש" ולשמור?</w:t>
      </w:r>
    </w:p>
    <w:p>
      <w:pPr>
        <w:bidi/>
        <w:jc w:val="right"/>
      </w:pPr>
      <w:r>
        <w:rPr>
          <w:rFonts w:ascii="Arial" w:hAnsi="Arial" w:cs="Arial"/>
          <w:b/>
          <w:color w:val="2B8A3E"/>
          <w:sz w:val="26"/>
          <w:rtl/>
          <w:szCs w:val="26"/>
          <w:bCs/>
        </w:rPr>
        <w:t>▌ ✨ מילים מהפרשה לחיים: "הרחיב ה' לנו" (בראשית כו, כב)</w:t>
      </w:r>
    </w:p>
    <w:p>
      <w:pPr>
        <w:bidi/>
        <w:jc w:val="right"/>
      </w:pPr>
      <w:r>
        <w:rPr>
          <w:rFonts w:ascii="Arial" w:hAnsi="Arial" w:cs="Arial"/>
          <w:sz w:val="24"/>
          <w:rtl/>
          <w:szCs w:val="24"/>
        </w:rPr>
        <w:t>אחרי ויכוחים על כמה בארות, יצחק מצא סוף סוף מקום שבו היה שקט וטוב, והרגיש שנפתח לו מרחב. גם אנחנו יכולים לזכור שאחרי תקופה צפופה וקשה מגיע לפעמים מקום רחב ונעים יותר.</w:t>
      </w:r>
    </w:p>
    <w:p>
      <w:pPr>
        <w:bidi/>
        <w:jc w:val="right"/>
      </w:pPr>
      <w:r>
        <w:rPr>
          <w:rFonts w:ascii="Arial" w:hAnsi="Arial" w:cs="Arial"/>
          <w:sz w:val="24"/>
          <w:rtl/>
          <w:szCs w:val="24"/>
        </w:rPr>
        <w:t>שאלה: מתי הרגשתם שאחרי קושי נפתח לכם מרחב חדש?</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הסיגד הוא חג של יהודי אתיופיה (ביתא ישראל), והוא חל בכ״ט בחשוון</w:t>
      </w:r>
    </w:p>
    <w:p>
      <w:pPr>
        <w:bidi/>
        <w:jc w:val="right"/>
      </w:pPr>
      <w:r>
        <w:rPr>
          <w:rFonts w:ascii="Arial" w:hAnsi="Arial" w:cs="Arial"/>
          <w:sz w:val="24"/>
          <w:rtl/>
          <w:szCs w:val="24"/>
        </w:rPr>
        <w:t>• נהוג לציין אותו חמישים יום אחרי יום הכיפורים</w:t>
      </w:r>
    </w:p>
    <w:p>
      <w:pPr>
        <w:bidi/>
        <w:jc w:val="right"/>
      </w:pPr>
      <w:r>
        <w:rPr>
          <w:rFonts w:ascii="Arial" w:hAnsi="Arial" w:cs="Arial"/>
          <w:sz w:val="24"/>
          <w:rtl/>
          <w:szCs w:val="24"/>
        </w:rPr>
        <w:t>• במסורת מתכנסים על הר או במקום גבוה, צמים, מתפללים ומביעים געגוע לירושלים</w:t>
      </w:r>
    </w:p>
    <w:p>
      <w:pPr>
        <w:bidi/>
        <w:jc w:val="right"/>
      </w:pPr>
      <w:r>
        <w:rPr>
          <w:rFonts w:ascii="Arial" w:hAnsi="Arial" w:cs="Arial"/>
          <w:sz w:val="24"/>
          <w:rtl/>
          <w:szCs w:val="24"/>
        </w:rPr>
        <w:t>• הקסים, מנהיגי הקהילה הדתיים, קוראים לפני הקהל, ובסוף היום שוברים את הצום בסעודה משותפת</w:t>
      </w:r>
    </w:p>
    <w:p>
      <w:pPr>
        <w:bidi/>
        <w:jc w:val="right"/>
      </w:pPr>
      <w:r>
        <w:rPr>
          <w:rFonts w:ascii="Arial" w:hAnsi="Arial" w:cs="Arial"/>
          <w:sz w:val="24"/>
          <w:rtl/>
          <w:szCs w:val="24"/>
        </w:rPr>
        <w:t>• השנה ראש חודש כסליו נמשך יומיים: ל׳ בחשוון וא׳ בכסליו (10–11.11.2026)</w:t>
      </w:r>
    </w:p>
    <w:p>
      <w:pPr>
        <w:bidi/>
        <w:jc w:val="right"/>
      </w:pPr>
      <w:r>
        <w:rPr>
          <w:rFonts w:ascii="Arial" w:hAnsi="Arial" w:cs="Arial"/>
          <w:sz w:val="24"/>
          <w:rtl/>
          <w:szCs w:val="24"/>
        </w:rPr>
        <w:t>אל תעצבו כי חדות ה' היא מעזכם (נחמיה ח, י) – בימי נחמיה התאסף העם לשמוע את התורה, ורבים בכו מהתרגשות. נאמר להם לא להיות עצובים, כי השמחה עצמה היא כוח. גם בסיגד, אחרי צום ותפילה, מגיעה סעודה משותפת ושמחה.</w:t>
      </w:r>
    </w:p>
    <w:p>
      <w:pPr>
        <w:bidi/>
        <w:jc w:val="right"/>
      </w:pPr>
      <w:r>
        <w:rPr>
          <w:rFonts w:ascii="Arial" w:hAnsi="Arial" w:cs="Arial"/>
          <w:sz w:val="24"/>
          <w:rtl/>
          <w:szCs w:val="24"/>
        </w:rPr>
        <w:t>🧩 חידה: ראש חודש כסליו השנה נמשך יומיים. היום הראשון שלו הוא בעצם היום האחרון של החודש הקודם. איזה תאריך עברי הוא?  (תשובה: ל׳ בחשוון)</w:t>
      </w:r>
    </w:p>
    <w:p>
      <w:pPr>
        <w:bidi/>
        <w:jc w:val="right"/>
      </w:pPr>
      <w:r>
        <w:rPr>
          <w:rFonts w:ascii="Arial" w:hAnsi="Arial" w:cs="Arial"/>
          <w:sz w:val="24"/>
          <w:rtl/>
          <w:szCs w:val="24"/>
        </w:rPr>
        <w:t>🎯 מטרות: ללמוד מנהג אחד של הסיגד ולספר עליו · לשאול מישהו מהכיתה על חג חשוב במשפחה שלו · לבחור דבר אחד לחדש בחודש כסליו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למדתם השבוע על הסיגד או על חודש כסליו?</w:t>
      </w:r>
    </w:p>
    <w:p>
      <w:pPr>
        <w:bidi/>
        <w:jc w:val="right"/>
      </w:pPr>
      <w:r>
        <w:rPr>
          <w:rFonts w:ascii="Arial" w:hAnsi="Arial" w:cs="Arial"/>
          <w:sz w:val="24"/>
          <w:rtl/>
          <w:szCs w:val="24"/>
        </w:rPr>
        <w:t>• 🙏 תודה למי ששיתף אותנו השבוע בסיפור, במנהג או בזיכרון</w:t>
      </w:r>
    </w:p>
    <w:p>
      <w:pPr>
        <w:bidi/>
        <w:jc w:val="right"/>
      </w:pPr>
      <w:r>
        <w:rPr>
          <w:rFonts w:ascii="Arial" w:hAnsi="Arial" w:cs="Arial"/>
          <w:sz w:val="24"/>
          <w:rtl/>
          <w:szCs w:val="24"/>
        </w:rPr>
        <w:t>• 💛 מחמאה למישהו שחיבר אנשים השבוע</w:t>
      </w:r>
    </w:p>
    <w:p>
      <w:pPr>
        <w:bidi/>
        <w:jc w:val="right"/>
      </w:pPr>
      <w:r>
        <w:rPr>
          <w:rFonts w:ascii="Arial" w:hAnsi="Arial" w:cs="Arial"/>
          <w:sz w:val="24"/>
          <w:rtl/>
          <w:szCs w:val="24"/>
        </w:rPr>
        <w:t>• 💡 מה למדתם השבוע על געגוע ועל קהילה?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עוצמים עיניים ומדמיינים ירח דק וחדש, שמתחיל לגדול לאט.</w:t>
      </w:r>
    </w:p>
    <w:p>
      <w:pPr>
        <w:bidi/>
        <w:pStyle w:val="Heading2"/>
        <w:jc w:val="right"/>
      </w:pPr>
      <w:r>
        <w:rPr>
          <w:rFonts w:ascii="Arial" w:hAnsi="Arial" w:cs="Arial"/>
          <w:b/>
          <w:color w:val="2B8A3E"/>
          <w:sz w:val="32"/>
          <w:rtl/>
          <w:szCs w:val="32"/>
          <w:bCs/>
        </w:rPr>
        <w:t>🦁 אומץ – שבוע 15.11 עד 20.11.2026 · ה׳ כסלו תשפ״ז</w:t>
      </w:r>
    </w:p>
    <w:p>
      <w:pPr>
        <w:bidi/>
        <w:jc w:val="right"/>
      </w:pPr>
      <w:r>
        <w:rPr>
          <w:rFonts w:ascii="Arial" w:hAnsi="Arial" w:cs="Arial"/>
          <w:color w:val="555577"/>
          <w:sz w:val="24"/>
          <w:rtl/>
          <w:szCs w:val="24"/>
        </w:rPr>
        <w:t>לעשות את מה שנכון או חשוב לנו, גם כשמפחדים · המשפט של השבוע: "אומץ הוא לא בלי פחד; אומץ הוא צעד למרות הפחד"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יוסף רוצה להשתתף בהצגה, אבל מפחד שיצחקו על המבטא שלו. הוא כבר מכיר את כל השורות בעל פה. ביום האודישן הוא עומד ליד הדלת עשר דקות. איך נראה אומץ מבפנים, כשאף אחד לא רואה?</w:t>
      </w:r>
    </w:p>
    <w:p>
      <w:pPr>
        <w:bidi/>
        <w:jc w:val="right"/>
      </w:pPr>
      <w:r>
        <w:rPr>
          <w:rFonts w:ascii="Arial" w:hAnsi="Arial" w:cs="Arial"/>
          <w:sz w:val="24"/>
          <w:rtl/>
          <w:szCs w:val="24"/>
        </w:rPr>
        <w:t>• מה פירוש אומץ שקט?</w:t>
      </w:r>
    </w:p>
    <w:p>
      <w:pPr>
        <w:bidi/>
        <w:jc w:val="right"/>
      </w:pPr>
      <w:r>
        <w:rPr>
          <w:rFonts w:ascii="Arial" w:hAnsi="Arial" w:cs="Arial"/>
          <w:sz w:val="24"/>
          <w:rtl/>
          <w:szCs w:val="24"/>
        </w:rPr>
        <w:t>• איך עומדים מול לחץ של חברים?</w:t>
      </w:r>
    </w:p>
    <w:p>
      <w:pPr>
        <w:bidi/>
        <w:jc w:val="right"/>
      </w:pPr>
      <w:r>
        <w:rPr>
          <w:rFonts w:ascii="Arial" w:hAnsi="Arial" w:cs="Arial"/>
          <w:b/>
          <w:color w:val="2B8A3E"/>
          <w:sz w:val="26"/>
          <w:rtl/>
          <w:szCs w:val="26"/>
          <w:bCs/>
        </w:rPr>
        <w:t>▌ 📜 פרשת ויצא</w:t>
      </w:r>
    </w:p>
    <w:p>
      <w:pPr>
        <w:bidi/>
        <w:jc w:val="right"/>
      </w:pPr>
      <w:r>
        <w:rPr>
          <w:rFonts w:ascii="Arial" w:hAnsi="Arial" w:cs="Arial"/>
          <w:sz w:val="24"/>
          <w:rtl/>
          <w:szCs w:val="24"/>
        </w:rPr>
        <w:t>"והנה סלם מצב ארצה וראשו מגיע השמימה" (בראשית כח, יב) – לוודא</w:t>
      </w:r>
    </w:p>
    <w:p>
      <w:pPr>
        <w:bidi/>
        <w:jc w:val="right"/>
      </w:pPr>
      <w:r>
        <w:rPr>
          <w:rFonts w:ascii="Arial" w:hAnsi="Arial" w:cs="Arial"/>
          <w:sz w:val="24"/>
          <w:rtl/>
          <w:szCs w:val="24"/>
        </w:rPr>
        <w:t>הסולם עומד על הקרקע, ובכל זאת מגיע לשמיים. אולי זה רמז: חלומות גדולים צריכים רגליים על האדמה, שלב אחרי שלב. אי אפשר לקפוץ ישר לראש הסולם.</w:t>
      </w:r>
    </w:p>
    <w:p>
      <w:pPr>
        <w:bidi/>
        <w:jc w:val="right"/>
      </w:pPr>
      <w:r>
        <w:rPr>
          <w:rFonts w:ascii="Arial" w:hAnsi="Arial" w:cs="Arial"/>
          <w:sz w:val="24"/>
          <w:rtl/>
          <w:szCs w:val="24"/>
        </w:rPr>
        <w:t>שאלה: מה החלום שלכם, ומה השלב הראשון בסולם אליו?</w:t>
      </w:r>
    </w:p>
    <w:p>
      <w:pPr>
        <w:bidi/>
        <w:jc w:val="right"/>
      </w:pPr>
      <w:r>
        <w:rPr>
          <w:rFonts w:ascii="Arial" w:hAnsi="Arial" w:cs="Arial"/>
          <w:b/>
          <w:color w:val="2B8A3E"/>
          <w:sz w:val="26"/>
          <w:rtl/>
          <w:szCs w:val="26"/>
          <w:bCs/>
        </w:rPr>
        <w:t>▌ ✨ מילים מהפרשה לחיים: "יש ה' במקום הזה" (בראשית כח, טז)</w:t>
      </w:r>
    </w:p>
    <w:p>
      <w:pPr>
        <w:bidi/>
        <w:jc w:val="right"/>
      </w:pPr>
      <w:r>
        <w:rPr>
          <w:rFonts w:ascii="Arial" w:hAnsi="Arial" w:cs="Arial"/>
          <w:sz w:val="24"/>
          <w:rtl/>
          <w:szCs w:val="24"/>
        </w:rPr>
        <w:t>יעקב התעורר מחלומו וגילה שגם מקום רגיל ופשוט יכול להיות מקום מיוחד. אולי גם בכיתה שלנו, בבית או בדרך לבית הספר, יש רגעים קטנים של קדושה ושל טוב שמחכים שנשים לב אליהם.</w:t>
      </w:r>
    </w:p>
    <w:p>
      <w:pPr>
        <w:bidi/>
        <w:jc w:val="right"/>
      </w:pPr>
      <w:r>
        <w:rPr>
          <w:rFonts w:ascii="Arial" w:hAnsi="Arial" w:cs="Arial"/>
          <w:sz w:val="24"/>
          <w:rtl/>
          <w:szCs w:val="24"/>
        </w:rPr>
        <w:t>שאלה: איזה מקום רגיל בחייכם מרגיש לכם לפעמים מיוחד?</w:t>
      </w:r>
    </w:p>
    <w:p>
      <w:pPr>
        <w:bidi/>
        <w:jc w:val="right"/>
      </w:pPr>
      <w:r>
        <w:rPr>
          <w:rFonts w:ascii="Arial" w:hAnsi="Arial" w:cs="Arial"/>
          <w:sz w:val="24"/>
          <w:rtl/>
          <w:szCs w:val="24"/>
        </w:rPr>
        <w:t>🧩 חידה: מה המספר הבא בסדרה: 1, 1, 2, 3, 5, 8, ?  (תשובה: 13 (כל מספר הוא סכום שני הקודמים))</w:t>
      </w:r>
    </w:p>
    <w:p>
      <w:pPr>
        <w:bidi/>
        <w:jc w:val="right"/>
      </w:pPr>
      <w:r>
        <w:rPr>
          <w:rFonts w:ascii="Arial" w:hAnsi="Arial" w:cs="Arial"/>
          <w:sz w:val="24"/>
          <w:rtl/>
          <w:szCs w:val="24"/>
        </w:rPr>
        <w:t>🎯 מטרות: להגיד את דעתי בשיעור לפחות פעם אחת · לעמוד לצד מי שצוחקים עליו · לבקש עזרה כשאני צריך או צריכה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עשיתם השבוע שדרש קצת אומץ?</w:t>
      </w:r>
    </w:p>
    <w:p>
      <w:pPr>
        <w:bidi/>
        <w:jc w:val="right"/>
      </w:pPr>
      <w:r>
        <w:rPr>
          <w:rFonts w:ascii="Arial" w:hAnsi="Arial" w:cs="Arial"/>
          <w:sz w:val="24"/>
          <w:rtl/>
          <w:szCs w:val="24"/>
        </w:rPr>
        <w:t>• 🙏 תודה למי שעודד אתכם לנסות</w:t>
      </w:r>
    </w:p>
    <w:p>
      <w:pPr>
        <w:bidi/>
        <w:jc w:val="right"/>
      </w:pPr>
      <w:r>
        <w:rPr>
          <w:rFonts w:ascii="Arial" w:hAnsi="Arial" w:cs="Arial"/>
          <w:sz w:val="24"/>
          <w:rtl/>
          <w:szCs w:val="24"/>
        </w:rPr>
        <w:t>• 💛 מחמאה למישהו שהיה אמיץ השבוע, בגדול או בקטן</w:t>
      </w:r>
    </w:p>
    <w:p>
      <w:pPr>
        <w:bidi/>
        <w:jc w:val="right"/>
      </w:pPr>
      <w:r>
        <w:rPr>
          <w:rFonts w:ascii="Arial" w:hAnsi="Arial" w:cs="Arial"/>
          <w:sz w:val="24"/>
          <w:rtl/>
          <w:szCs w:val="24"/>
        </w:rPr>
        <w:t>• 💡 מה למדתם השבוע על פחד ועל אומץ?</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נושמים עמוק ומרגישים את הכוח השקט שבתוכנו.</w:t>
      </w:r>
    </w:p>
    <w:p>
      <w:pPr>
        <w:bidi/>
        <w:pStyle w:val="Heading2"/>
        <w:jc w:val="right"/>
      </w:pPr>
      <w:r>
        <w:rPr>
          <w:rFonts w:ascii="Arial" w:hAnsi="Arial" w:cs="Arial"/>
          <w:b/>
          <w:color w:val="2B8A3E"/>
          <w:sz w:val="32"/>
          <w:rtl/>
          <w:szCs w:val="32"/>
          <w:bCs/>
        </w:rPr>
        <w:t>🎁 נתינה – שבוע 22.11 עד 27.11.2026 · י״ב כסלו תשפ״ז</w:t>
      </w:r>
    </w:p>
    <w:p>
      <w:pPr>
        <w:bidi/>
        <w:jc w:val="right"/>
      </w:pPr>
      <w:r>
        <w:rPr>
          <w:rFonts w:ascii="Arial" w:hAnsi="Arial" w:cs="Arial"/>
          <w:color w:val="555577"/>
          <w:sz w:val="24"/>
          <w:rtl/>
          <w:szCs w:val="24"/>
        </w:rPr>
        <w:t>לתת מזמננו, מכוחנו ומליבנו לאחרים, בלי לחכות לתמורה · המשפט של השבוע: "מה שנותנים בלב – לא נגמר, רק גדל"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בשכבה מתארגן איסוף משחקים לילדים במחלקת ילדים בבית חולים. נועה רוצה לתרום, אבל גם רוצה שידעו שתרמה, ולכן מצלמת הכול. חבר אומר שזה "רק בשביל הלייקים". האם הכוונה חשובה, אם בסוף ילד מקבל משחק?</w:t>
      </w:r>
    </w:p>
    <w:p>
      <w:pPr>
        <w:bidi/>
        <w:jc w:val="right"/>
      </w:pPr>
      <w:r>
        <w:rPr>
          <w:rFonts w:ascii="Arial" w:hAnsi="Arial" w:cs="Arial"/>
          <w:sz w:val="24"/>
          <w:rtl/>
          <w:szCs w:val="24"/>
        </w:rPr>
        <w:t>• האם הכוונה חשובה כשנותנים?</w:t>
      </w:r>
    </w:p>
    <w:p>
      <w:pPr>
        <w:bidi/>
        <w:jc w:val="right"/>
      </w:pPr>
      <w:r>
        <w:rPr>
          <w:rFonts w:ascii="Arial" w:hAnsi="Arial" w:cs="Arial"/>
          <w:sz w:val="24"/>
          <w:rtl/>
          <w:szCs w:val="24"/>
        </w:rPr>
        <w:t>• איך נותנים בלי להשפיל את מי שמקבל?</w:t>
      </w:r>
    </w:p>
    <w:p>
      <w:pPr>
        <w:bidi/>
        <w:jc w:val="right"/>
      </w:pPr>
      <w:r>
        <w:rPr>
          <w:rFonts w:ascii="Arial" w:hAnsi="Arial" w:cs="Arial"/>
          <w:b/>
          <w:color w:val="2B8A3E"/>
          <w:sz w:val="26"/>
          <w:rtl/>
          <w:szCs w:val="26"/>
          <w:bCs/>
        </w:rPr>
        <w:t>▌ 📜 פרשת וישלח</w:t>
      </w:r>
    </w:p>
    <w:p>
      <w:pPr>
        <w:bidi/>
        <w:jc w:val="right"/>
      </w:pPr>
      <w:r>
        <w:rPr>
          <w:rFonts w:ascii="Arial" w:hAnsi="Arial" w:cs="Arial"/>
          <w:sz w:val="24"/>
          <w:rtl/>
          <w:szCs w:val="24"/>
        </w:rPr>
        <w:t>"וירץ עשו לקראתו ויחבקהו" (בראשית לג, ד) – לוודא</w:t>
      </w:r>
    </w:p>
    <w:p>
      <w:pPr>
        <w:bidi/>
        <w:jc w:val="right"/>
      </w:pPr>
      <w:r>
        <w:rPr>
          <w:rFonts w:ascii="Arial" w:hAnsi="Arial" w:cs="Arial"/>
          <w:sz w:val="24"/>
          <w:rtl/>
          <w:szCs w:val="24"/>
        </w:rPr>
        <w:t>אחרי שנים של כעס ופחד, המפגש בין האחים נפתח בחיבוק ובבכי. יעקב התכונן לגרוע מכול, והופתע. לפעמים הפחד מהמפגש גדול מהמפגש עצמו, ופיוס אפשרי גם אחרי זמן רב.</w:t>
      </w:r>
    </w:p>
    <w:p>
      <w:pPr>
        <w:bidi/>
        <w:jc w:val="right"/>
      </w:pPr>
      <w:r>
        <w:rPr>
          <w:rFonts w:ascii="Arial" w:hAnsi="Arial" w:cs="Arial"/>
          <w:sz w:val="24"/>
          <w:rtl/>
          <w:szCs w:val="24"/>
        </w:rPr>
        <w:t>שאלה: מה עוזר לאנשים להשלים אחרי ריב ארוך?</w:t>
      </w:r>
    </w:p>
    <w:p>
      <w:pPr>
        <w:bidi/>
        <w:jc w:val="right"/>
      </w:pPr>
      <w:r>
        <w:rPr>
          <w:rFonts w:ascii="Arial" w:hAnsi="Arial" w:cs="Arial"/>
          <w:b/>
          <w:color w:val="2B8A3E"/>
          <w:sz w:val="26"/>
          <w:rtl/>
          <w:szCs w:val="26"/>
          <w:bCs/>
        </w:rPr>
        <w:t>▌ ✨ מילים מהפרשה לחיים: "קטנתי מכל החסדים" (בראשית לב, יא)</w:t>
      </w:r>
    </w:p>
    <w:p>
      <w:pPr>
        <w:bidi/>
        <w:jc w:val="right"/>
      </w:pPr>
      <w:r>
        <w:rPr>
          <w:rFonts w:ascii="Arial" w:hAnsi="Arial" w:cs="Arial"/>
          <w:sz w:val="24"/>
          <w:rtl/>
          <w:szCs w:val="24"/>
        </w:rPr>
        <w:t>יעקב עוצר לפני פגישה מפחידה ומודה על כל הטוב שקיבל בדרך. הכרת תודה יכולה להרגיע אותנו לפני רגע מלחיץ, כמו מבחן, הופעה או שיחה לא פשוטה.</w:t>
      </w:r>
    </w:p>
    <w:p>
      <w:pPr>
        <w:bidi/>
        <w:jc w:val="right"/>
      </w:pPr>
      <w:r>
        <w:rPr>
          <w:rFonts w:ascii="Arial" w:hAnsi="Arial" w:cs="Arial"/>
          <w:sz w:val="24"/>
          <w:rtl/>
          <w:szCs w:val="24"/>
        </w:rPr>
        <w:t>שאלה: על מה הייתם רוצים להודות לפני שאתם מתחילים משהו קשה?</w:t>
      </w:r>
    </w:p>
    <w:p>
      <w:pPr>
        <w:bidi/>
        <w:jc w:val="right"/>
      </w:pPr>
      <w:r>
        <w:rPr>
          <w:rFonts w:ascii="Arial" w:hAnsi="Arial" w:cs="Arial"/>
          <w:sz w:val="24"/>
          <w:rtl/>
          <w:szCs w:val="24"/>
        </w:rPr>
        <w:t>🧩 חידה: לאלמז יש פי שניים עפרונות מאשר לליה. ביחד יש להן 18 עפרונות. כמה עפרונות יש לליה?  (תשובה: 6 עפרונות (ולאלמז 12))</w:t>
      </w:r>
    </w:p>
    <w:p>
      <w:pPr>
        <w:bidi/>
        <w:jc w:val="right"/>
      </w:pPr>
      <w:r>
        <w:rPr>
          <w:rFonts w:ascii="Arial" w:hAnsi="Arial" w:cs="Arial"/>
          <w:sz w:val="24"/>
          <w:rtl/>
          <w:szCs w:val="24"/>
        </w:rPr>
        <w:t>🎯 מטרות: לתת שעה מזמני למישהו שצריך · לעזור לחבר בשיעורי בית · לתרום משחק או בגד שאני לא צריך או צריכה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נתתם השבוע, או קיבלתם, שעשה לכם טוב?</w:t>
      </w:r>
    </w:p>
    <w:p>
      <w:pPr>
        <w:bidi/>
        <w:jc w:val="right"/>
      </w:pPr>
      <w:r>
        <w:rPr>
          <w:rFonts w:ascii="Arial" w:hAnsi="Arial" w:cs="Arial"/>
          <w:sz w:val="24"/>
          <w:rtl/>
          <w:szCs w:val="24"/>
        </w:rPr>
        <w:t>• 🙏 תודה למי שנתן לכם משהו השבוע, אפילו קטן</w:t>
      </w:r>
    </w:p>
    <w:p>
      <w:pPr>
        <w:bidi/>
        <w:jc w:val="right"/>
      </w:pPr>
      <w:r>
        <w:rPr>
          <w:rFonts w:ascii="Arial" w:hAnsi="Arial" w:cs="Arial"/>
          <w:sz w:val="24"/>
          <w:rtl/>
          <w:szCs w:val="24"/>
        </w:rPr>
        <w:t>• 💛 מחמאה למישהו שתמיד מוכן לעזור</w:t>
      </w:r>
    </w:p>
    <w:p>
      <w:pPr>
        <w:bidi/>
        <w:jc w:val="right"/>
      </w:pPr>
      <w:r>
        <w:rPr>
          <w:rFonts w:ascii="Arial" w:hAnsi="Arial" w:cs="Arial"/>
          <w:sz w:val="24"/>
          <w:rtl/>
          <w:szCs w:val="24"/>
        </w:rPr>
        <w:t>• 💡 מה למדתם השבוע על נתינה?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מחזיקים ידיים פתוחות על הברכיים: מוכנים לתת ומוכנים לקבל.</w:t>
      </w:r>
    </w:p>
    <w:p>
      <w:pPr>
        <w:bidi/>
        <w:pStyle w:val="Heading2"/>
        <w:jc w:val="right"/>
      </w:pPr>
      <w:r>
        <w:rPr>
          <w:rFonts w:ascii="Arial" w:hAnsi="Arial" w:cs="Arial"/>
          <w:b/>
          <w:color w:val="2B8A3E"/>
          <w:sz w:val="32"/>
          <w:rtl/>
          <w:szCs w:val="32"/>
          <w:bCs/>
        </w:rPr>
        <w:t>🕯️ מדליקים אור – שבוע שלפני חנוכה – שבוע 29.11 עד 4.12.2026 · י״ט כסלו תשפ״ז</w:t>
      </w:r>
    </w:p>
    <w:p>
      <w:pPr>
        <w:bidi/>
        <w:jc w:val="right"/>
      </w:pPr>
      <w:r>
        <w:rPr>
          <w:rFonts w:ascii="Arial" w:hAnsi="Arial" w:cs="Arial"/>
          <w:color w:val="555577"/>
          <w:sz w:val="24"/>
          <w:rtl/>
          <w:szCs w:val="24"/>
        </w:rPr>
        <w:t>שבוע של הכנה לחנוכה: אור, תקווה, והרצון להאיר גם לאחרים · המשפט של השבוע: "נר קטן יכול להדליק עוד נר – בלי שהאור שלו יחסר"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נועה שמה לב שבכל חג יש ילדים שנשארים לבד בחופשה. היא מציעה לכיתה רעיון: כל אחד יכתוב פתק אור קטן לתלמיד או תלמידה מכיתה אחרת שהוא לא מכיר. בהתחלה זה נראה מוזר, אבל כשהפתקים מתחילים להגיע – פתאום כולם מחכים לשלהם.</w:t>
      </w:r>
    </w:p>
    <w:p>
      <w:pPr>
        <w:bidi/>
        <w:jc w:val="right"/>
      </w:pPr>
      <w:r>
        <w:rPr>
          <w:rFonts w:ascii="Arial" w:hAnsi="Arial" w:cs="Arial"/>
          <w:sz w:val="24"/>
          <w:rtl/>
          <w:szCs w:val="24"/>
        </w:rPr>
        <w:t>• למה פתק קטן ממישהו שלא מכירים יכול לשמח כל כך?</w:t>
      </w:r>
    </w:p>
    <w:p>
      <w:pPr>
        <w:bidi/>
        <w:jc w:val="right"/>
      </w:pPr>
      <w:r>
        <w:rPr>
          <w:rFonts w:ascii="Arial" w:hAnsi="Arial" w:cs="Arial"/>
          <w:sz w:val="24"/>
          <w:rtl/>
          <w:szCs w:val="24"/>
        </w:rPr>
        <w:t>• מי בסביבה שלנו אולי צריך קצת אור החודש?</w:t>
      </w:r>
    </w:p>
    <w:p>
      <w:pPr>
        <w:bidi/>
        <w:jc w:val="right"/>
      </w:pPr>
      <w:r>
        <w:rPr>
          <w:rFonts w:ascii="Arial" w:hAnsi="Arial" w:cs="Arial"/>
          <w:b/>
          <w:color w:val="2B8A3E"/>
          <w:sz w:val="26"/>
          <w:rtl/>
          <w:szCs w:val="26"/>
          <w:bCs/>
        </w:rPr>
        <w:t>▌ 📜 פרשת וישב</w:t>
      </w:r>
    </w:p>
    <w:p>
      <w:pPr>
        <w:bidi/>
        <w:jc w:val="right"/>
      </w:pPr>
      <w:r>
        <w:rPr>
          <w:rFonts w:ascii="Arial" w:hAnsi="Arial" w:cs="Arial"/>
          <w:sz w:val="24"/>
          <w:rtl/>
          <w:szCs w:val="24"/>
        </w:rPr>
        <w:t>"את אחי אנכי מבקש" (בראשית לז, טז) – לוודא</w:t>
      </w:r>
    </w:p>
    <w:p>
      <w:pPr>
        <w:bidi/>
        <w:jc w:val="right"/>
      </w:pPr>
      <w:r>
        <w:rPr>
          <w:rFonts w:ascii="Arial" w:hAnsi="Arial" w:cs="Arial"/>
          <w:sz w:val="24"/>
          <w:rtl/>
          <w:szCs w:val="24"/>
        </w:rPr>
        <w:t>יוסף אומר "את אחי אנכי מבקש" דווקא כשהיחסים עם האחים קשים מאוד. המשפט נשאר כמו שאלה פתוחה לאורך כל הסיפור: האם אפשר למצוא שוב את מי שהתרחק? לפעמים לחפש מישהו זה כבר צעד ראשון.</w:t>
      </w:r>
    </w:p>
    <w:p>
      <w:pPr>
        <w:bidi/>
        <w:jc w:val="right"/>
      </w:pPr>
      <w:r>
        <w:rPr>
          <w:rFonts w:ascii="Arial" w:hAnsi="Arial" w:cs="Arial"/>
          <w:sz w:val="24"/>
          <w:rtl/>
          <w:szCs w:val="24"/>
        </w:rPr>
        <w:t>שאלה: למי הייתם רוצים להתקרב מחדש, אם בכלל?</w:t>
      </w:r>
    </w:p>
    <w:p>
      <w:pPr>
        <w:bidi/>
        <w:jc w:val="right"/>
      </w:pPr>
      <w:r>
        <w:rPr>
          <w:rFonts w:ascii="Arial" w:hAnsi="Arial" w:cs="Arial"/>
          <w:b/>
          <w:color w:val="2B8A3E"/>
          <w:sz w:val="26"/>
          <w:rtl/>
          <w:szCs w:val="26"/>
          <w:bCs/>
        </w:rPr>
        <w:t>▌ ✨ מילים מהפרשה לחיים: "ויהי ה' את יוסף" (בראשית לט, ב)</w:t>
      </w:r>
    </w:p>
    <w:p>
      <w:pPr>
        <w:bidi/>
        <w:jc w:val="right"/>
      </w:pPr>
      <w:r>
        <w:rPr>
          <w:rFonts w:ascii="Arial" w:hAnsi="Arial" w:cs="Arial"/>
          <w:sz w:val="24"/>
          <w:rtl/>
          <w:szCs w:val="24"/>
        </w:rPr>
        <w:t>גם כשיוסף היה רחוק מהבית ובמצב קשה, הוא הרגיש שהוא לא לבד ושהוא יכול להצליח. התחושה שמישהו איתנו נותנת כוח להמשיך ולעשות את הטוב בכל מקום שבו אנחנו נמצאים.</w:t>
      </w:r>
    </w:p>
    <w:p>
      <w:pPr>
        <w:bidi/>
        <w:jc w:val="right"/>
      </w:pPr>
      <w:r>
        <w:rPr>
          <w:rFonts w:ascii="Arial" w:hAnsi="Arial" w:cs="Arial"/>
          <w:sz w:val="24"/>
          <w:rtl/>
          <w:szCs w:val="24"/>
        </w:rPr>
        <w:t>שאלה: מה או מי נותנים לכם כוח כשאתם מרגישים לבד?</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השנה מדליקים את הנר הראשון ביום שישי בערב, 4.12.2026, ערב כ״ה בכסלו</w:t>
      </w:r>
    </w:p>
    <w:p>
      <w:pPr>
        <w:bidi/>
        <w:jc w:val="right"/>
      </w:pPr>
      <w:r>
        <w:rPr>
          <w:rFonts w:ascii="Arial" w:hAnsi="Arial" w:cs="Arial"/>
          <w:sz w:val="24"/>
          <w:rtl/>
          <w:szCs w:val="24"/>
        </w:rPr>
        <w:t>• חנוכה נמשך שמונה ימים, והשנה הוא מסתיים בב׳ בטבת (12.12.2026)</w:t>
      </w:r>
    </w:p>
    <w:p>
      <w:pPr>
        <w:bidi/>
        <w:jc w:val="right"/>
      </w:pPr>
      <w:r>
        <w:rPr>
          <w:rFonts w:ascii="Arial" w:hAnsi="Arial" w:cs="Arial"/>
          <w:sz w:val="24"/>
          <w:rtl/>
          <w:szCs w:val="24"/>
        </w:rPr>
        <w:t>• במסורת מוסיפים נר אחד בכל ערב, ובערב השמיני דולקים שמונה נרות ועוד השמש</w:t>
      </w:r>
    </w:p>
    <w:p>
      <w:pPr>
        <w:bidi/>
        <w:jc w:val="right"/>
      </w:pPr>
      <w:r>
        <w:rPr>
          <w:rFonts w:ascii="Arial" w:hAnsi="Arial" w:cs="Arial"/>
          <w:sz w:val="24"/>
          <w:rtl/>
          <w:szCs w:val="24"/>
        </w:rPr>
        <w:t>• בערב שבת נוהגים להדליק את נרות החנוכה לפני נרות השבת</w:t>
      </w:r>
    </w:p>
    <w:p>
      <w:pPr>
        <w:bidi/>
        <w:jc w:val="right"/>
      </w:pPr>
      <w:r>
        <w:rPr>
          <w:rFonts w:ascii="Arial" w:hAnsi="Arial" w:cs="Arial"/>
          <w:sz w:val="24"/>
          <w:rtl/>
          <w:szCs w:val="24"/>
        </w:rPr>
        <w:t>• נהוג לאכול מאכלים מטוגנים בשמן, כמו לביבות וסופגניות, לזכר נס פך השמן</w:t>
      </w:r>
    </w:p>
    <w:p>
      <w:pPr>
        <w:bidi/>
        <w:jc w:val="right"/>
      </w:pPr>
      <w:r>
        <w:rPr>
          <w:rFonts w:ascii="Arial" w:hAnsi="Arial" w:cs="Arial"/>
          <w:sz w:val="24"/>
          <w:rtl/>
          <w:szCs w:val="24"/>
        </w:rPr>
        <w:t>העם ההלכים בחשך ראו אור גדול (ישעיהו ט, א) – גם מי שהולך בחושך יכול לראות אור גדול. לפעמים האור מגיע מבחוץ, ולפעמים אנחנו המדליקים אותו בשביל אחרים. השבוע לפני חנוכה הוא זמן טוב לשאול: למי אני יכול או יכולה להאיר?</w:t>
      </w:r>
    </w:p>
    <w:p>
      <w:pPr>
        <w:bidi/>
        <w:jc w:val="right"/>
      </w:pPr>
      <w:r>
        <w:rPr>
          <w:rFonts w:ascii="Arial" w:hAnsi="Arial" w:cs="Arial"/>
          <w:sz w:val="24"/>
          <w:rtl/>
          <w:szCs w:val="24"/>
        </w:rPr>
        <w:t>🧩 חידה: בחנוכה מדליקים בערב הראשון נר אחד, בשני שניים, וכך עד שמונה. כמה נרות מדליקים בכל החג, בלי השמש?  (תשובה: 36 (1+2+3+4+5+6+7+8))</w:t>
      </w:r>
    </w:p>
    <w:p>
      <w:pPr>
        <w:bidi/>
        <w:jc w:val="right"/>
      </w:pPr>
      <w:r>
        <w:rPr>
          <w:rFonts w:ascii="Arial" w:hAnsi="Arial" w:cs="Arial"/>
          <w:sz w:val="24"/>
          <w:rtl/>
          <w:szCs w:val="24"/>
        </w:rPr>
        <w:t>🎯 מטרות: לכתוב פתק אור לתלמיד או תלמידה מכיתה אחרת · להוסיף כל יום מעשה טוב אחד – כמו נר נוסף · להזמין מישהו להצטרף אלינו בחופשה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שהיה בו אור, שמחה או תקווה</w:t>
      </w:r>
    </w:p>
    <w:p>
      <w:pPr>
        <w:bidi/>
        <w:jc w:val="right"/>
      </w:pPr>
      <w:r>
        <w:rPr>
          <w:rFonts w:ascii="Arial" w:hAnsi="Arial" w:cs="Arial"/>
          <w:sz w:val="24"/>
          <w:rtl/>
          <w:szCs w:val="24"/>
        </w:rPr>
        <w:t>• 🙏 למי אתם רוצים להודות על כך שהאיר לכם את השבוע?</w:t>
      </w:r>
    </w:p>
    <w:p>
      <w:pPr>
        <w:bidi/>
        <w:jc w:val="right"/>
      </w:pPr>
      <w:r>
        <w:rPr>
          <w:rFonts w:ascii="Arial" w:hAnsi="Arial" w:cs="Arial"/>
          <w:sz w:val="24"/>
          <w:rtl/>
          <w:szCs w:val="24"/>
        </w:rPr>
        <w:t>• 💛 העבירו מחמאה למישהו שהביא אור לכיתה – בחיוך, בעזרה או ברעיון</w:t>
      </w:r>
    </w:p>
    <w:p>
      <w:pPr>
        <w:bidi/>
        <w:jc w:val="right"/>
      </w:pPr>
      <w:r>
        <w:rPr>
          <w:rFonts w:ascii="Arial" w:hAnsi="Arial" w:cs="Arial"/>
          <w:sz w:val="24"/>
          <w:rtl/>
          <w:szCs w:val="24"/>
        </w:rPr>
        <w:t>• 💡 מה למדתי השבוע על אור קטן שמגרש חושך?</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דמיינו להבה קטנה ושקטה, והרגישו איך האור שלה מחמם אתכם מבפנים</w:t>
      </w:r>
    </w:p>
    <w:p>
      <w:pPr>
        <w:bidi/>
        <w:pStyle w:val="Heading2"/>
        <w:jc w:val="right"/>
      </w:pPr>
      <w:r>
        <w:rPr>
          <w:rFonts w:ascii="Arial" w:hAnsi="Arial" w:cs="Arial"/>
          <w:b/>
          <w:color w:val="2B8A3E"/>
          <w:sz w:val="32"/>
          <w:rtl/>
          <w:szCs w:val="32"/>
          <w:bCs/>
        </w:rPr>
        <w:t>🕎 חנוכה וחג הבנות – שבוע 6.12 עד 11.12.2026 · כ״ו כסלו תשפ״ז</w:t>
      </w:r>
    </w:p>
    <w:p>
      <w:pPr>
        <w:bidi/>
        <w:jc w:val="right"/>
      </w:pPr>
      <w:r>
        <w:rPr>
          <w:rFonts w:ascii="Arial" w:hAnsi="Arial" w:cs="Arial"/>
          <w:color w:val="555577"/>
          <w:sz w:val="24"/>
          <w:rtl/>
          <w:szCs w:val="24"/>
        </w:rPr>
        <w:t>שבוע של אור, נס ואומץ, וכבוד מיוחד לבנות ולנשים במסורת · המשפט של השבוע: "כל אחד ואחת מאיתנו יכולים להוסיף עוד נר של אור"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בחנוכה מספרים על קבוצה קטנה שלא ויתרה על מה שהיה חשוב לה, ועל פח שמן קטן שהספיק לשמונה ימים. גם בחיים שלנו יש רגעים שבהם נראה שהכוח שלנו קטן מדי. ובכל זאת, מעשה קטן של אומץ או נתינה יכול להאיר הרבה יותר ממה שחשבנו. מתי משהו קטן הפתיע אתכם בכוח שלו?</w:t>
      </w:r>
    </w:p>
    <w:p>
      <w:pPr>
        <w:bidi/>
        <w:jc w:val="right"/>
      </w:pPr>
      <w:r>
        <w:rPr>
          <w:rFonts w:ascii="Arial" w:hAnsi="Arial" w:cs="Arial"/>
          <w:sz w:val="24"/>
          <w:rtl/>
          <w:szCs w:val="24"/>
        </w:rPr>
        <w:t>• מתי מעשה קטן שלכם האיר למישהו את היום?</w:t>
      </w:r>
    </w:p>
    <w:p>
      <w:pPr>
        <w:bidi/>
        <w:jc w:val="right"/>
      </w:pPr>
      <w:r>
        <w:rPr>
          <w:rFonts w:ascii="Arial" w:hAnsi="Arial" w:cs="Arial"/>
          <w:sz w:val="24"/>
          <w:rtl/>
          <w:szCs w:val="24"/>
        </w:rPr>
        <w:t>• למה לדעתכם חשוב לכבד בנות ונשים גם ביום מיוחד?</w:t>
      </w:r>
    </w:p>
    <w:p>
      <w:pPr>
        <w:bidi/>
        <w:jc w:val="right"/>
      </w:pPr>
      <w:r>
        <w:rPr>
          <w:rFonts w:ascii="Arial" w:hAnsi="Arial" w:cs="Arial"/>
          <w:b/>
          <w:color w:val="2B8A3E"/>
          <w:sz w:val="26"/>
          <w:rtl/>
          <w:szCs w:val="26"/>
          <w:bCs/>
        </w:rPr>
        <w:t>▌ 📜 פרשת מקץ</w:t>
      </w:r>
    </w:p>
    <w:p>
      <w:pPr>
        <w:bidi/>
        <w:jc w:val="right"/>
      </w:pPr>
      <w:r>
        <w:rPr>
          <w:rFonts w:ascii="Arial" w:hAnsi="Arial" w:cs="Arial"/>
          <w:sz w:val="24"/>
          <w:rtl/>
          <w:szCs w:val="24"/>
        </w:rPr>
        <w:t>"בלעדי אלהים יענה את שלום פרעה" (בראשית מא, טז) – לוודא</w:t>
      </w:r>
    </w:p>
    <w:p>
      <w:pPr>
        <w:bidi/>
        <w:jc w:val="right"/>
      </w:pPr>
      <w:r>
        <w:rPr>
          <w:rFonts w:ascii="Arial" w:hAnsi="Arial" w:cs="Arial"/>
          <w:sz w:val="24"/>
          <w:rtl/>
          <w:szCs w:val="24"/>
        </w:rPr>
        <w:t>כשסוף סוף יש ליוסף הזדמנות להרשים את המלך, הוא פותח במילה "בלעדי", כלומר: לא אני. אחרי שנים קשות הוא לא מתגאה, אלא מכיר בכך שהכישרון שלו גדול ממנו. ענווה כזאת לא מקטינה; היא נותנת כוח.</w:t>
      </w:r>
    </w:p>
    <w:p>
      <w:pPr>
        <w:bidi/>
        <w:jc w:val="right"/>
      </w:pPr>
      <w:r>
        <w:rPr>
          <w:rFonts w:ascii="Arial" w:hAnsi="Arial" w:cs="Arial"/>
          <w:sz w:val="24"/>
          <w:rtl/>
          <w:szCs w:val="24"/>
        </w:rPr>
        <w:t>שאלה: מה ההבדל בין ביטחון עצמי לבין גאווה?</w:t>
      </w:r>
    </w:p>
    <w:p>
      <w:pPr>
        <w:bidi/>
        <w:jc w:val="right"/>
      </w:pPr>
      <w:r>
        <w:rPr>
          <w:rFonts w:ascii="Arial" w:hAnsi="Arial" w:cs="Arial"/>
          <w:b/>
          <w:color w:val="2B8A3E"/>
          <w:sz w:val="26"/>
          <w:rtl/>
          <w:szCs w:val="26"/>
          <w:bCs/>
        </w:rPr>
        <w:t>▌ ✨ מילים מהפרשה לחיים: "בלעדי אלהים יענה" (בראשית מא, טז)</w:t>
      </w:r>
    </w:p>
    <w:p>
      <w:pPr>
        <w:bidi/>
        <w:jc w:val="right"/>
      </w:pPr>
      <w:r>
        <w:rPr>
          <w:rFonts w:ascii="Arial" w:hAnsi="Arial" w:cs="Arial"/>
          <w:sz w:val="24"/>
          <w:rtl/>
          <w:szCs w:val="24"/>
        </w:rPr>
        <w:t>יוסף יכול היה להתגאות בכישרון שלו, אבל הוא בחר בענווה והבין שהיכולת שלו היא מתנה. כשאנחנו מצליחים במשהו, אפשר לשמוח בהצלחה ולזכור גם את מי ומה שעזרו לנו להגיע אליה.</w:t>
      </w:r>
    </w:p>
    <w:p>
      <w:pPr>
        <w:bidi/>
        <w:jc w:val="right"/>
      </w:pPr>
      <w:r>
        <w:rPr>
          <w:rFonts w:ascii="Arial" w:hAnsi="Arial" w:cs="Arial"/>
          <w:sz w:val="24"/>
          <w:rtl/>
          <w:szCs w:val="24"/>
        </w:rPr>
        <w:t>שאלה: מי עזר לכם להצליח במשהו שאתם גאים בו?</w:t>
      </w:r>
    </w:p>
    <w:p>
      <w:pPr>
        <w:bidi/>
        <w:jc w:val="right"/>
      </w:pPr>
      <w:r>
        <w:rPr>
          <w:rFonts w:ascii="Arial" w:hAnsi="Arial" w:cs="Arial"/>
          <w:b/>
          <w:color w:val="2B8A3E"/>
          <w:sz w:val="26"/>
          <w:rtl/>
          <w:szCs w:val="26"/>
          <w:bCs/>
        </w:rPr>
        <w:t>▌ 🗓️ מה מיוחד השבוע (לוודא)</w:t>
      </w:r>
    </w:p>
    <w:p>
      <w:pPr>
        <w:bidi/>
        <w:jc w:val="right"/>
      </w:pPr>
      <w:r>
        <w:rPr>
          <w:rFonts w:ascii="Arial" w:hAnsi="Arial" w:cs="Arial"/>
          <w:sz w:val="24"/>
          <w:rtl/>
          <w:szCs w:val="24"/>
        </w:rPr>
        <w:t>• חנוכה נמשך שמונה ימים, מכ״ה בכסליו עד ב׳ בטבת; ב-2026 מדליקים את הנר הראשון ביום שישי בערב, 4.12</w:t>
      </w:r>
    </w:p>
    <w:p>
      <w:pPr>
        <w:bidi/>
        <w:jc w:val="right"/>
      </w:pPr>
      <w:r>
        <w:rPr>
          <w:rFonts w:ascii="Arial" w:hAnsi="Arial" w:cs="Arial"/>
          <w:sz w:val="24"/>
          <w:rtl/>
          <w:szCs w:val="24"/>
        </w:rPr>
        <w:t>• נהוג להעמיד את החנוכייה ליד החלון או הפתח, כדי לפרסם את הנס</w:t>
      </w:r>
    </w:p>
    <w:p>
      <w:pPr>
        <w:bidi/>
        <w:jc w:val="right"/>
      </w:pPr>
      <w:r>
        <w:rPr>
          <w:rFonts w:ascii="Arial" w:hAnsi="Arial" w:cs="Arial"/>
          <w:sz w:val="24"/>
          <w:rtl/>
          <w:szCs w:val="24"/>
        </w:rPr>
        <w:t>• במסורת נהוג לאכול מאכלים מטוגנים בשמן, כמו לביבות וסופגניות, לזכר נס פח השמן</w:t>
      </w:r>
    </w:p>
    <w:p>
      <w:pPr>
        <w:bidi/>
        <w:jc w:val="right"/>
      </w:pPr>
      <w:r>
        <w:rPr>
          <w:rFonts w:ascii="Arial" w:hAnsi="Arial" w:cs="Arial"/>
          <w:sz w:val="24"/>
          <w:rtl/>
          <w:szCs w:val="24"/>
        </w:rPr>
        <w:t>• חג הבנות ("עיד אל בנאת") נחגג במסורת יהודי צפון אפריקה בראש חודש טבת, שחל בחנוכה; ב-2026 ראש חודש טבת חל ביום חמישי–שישי, 10–11.12</w:t>
      </w:r>
    </w:p>
    <w:p>
      <w:pPr>
        <w:bidi/>
        <w:jc w:val="right"/>
      </w:pPr>
      <w:r>
        <w:rPr>
          <w:rFonts w:ascii="Arial" w:hAnsi="Arial" w:cs="Arial"/>
          <w:sz w:val="24"/>
          <w:rtl/>
          <w:szCs w:val="24"/>
        </w:rPr>
        <w:t>• בחג הבנות נהוג במסורת לכבד בנות ונשים, לתת להן מתנות ולערוך סעודה משותפת, ולהיזכר בנשים אמיצות מסיפורי החג</w:t>
      </w:r>
    </w:p>
    <w:p>
      <w:pPr>
        <w:bidi/>
        <w:jc w:val="right"/>
      </w:pPr>
      <w:r>
        <w:rPr>
          <w:rFonts w:ascii="Arial" w:hAnsi="Arial" w:cs="Arial"/>
          <w:sz w:val="24"/>
          <w:rtl/>
          <w:szCs w:val="24"/>
        </w:rPr>
        <w:t>נר ה' נשמת אדם (משלי כ, כז) – הפסוק משווה את הנשמה של כל אדם לנר. בחנוכה, כשאנחנו מדליקים נרות בחלון, אפשר לזכור שגם בכל אחד ואחת מאיתנו יש אור. כל מעשה טוב הוא עוד להבה קטנה שמאירה לאחרים.</w:t>
      </w:r>
    </w:p>
    <w:p>
      <w:pPr>
        <w:bidi/>
        <w:jc w:val="right"/>
      </w:pPr>
      <w:r>
        <w:rPr>
          <w:rFonts w:ascii="Arial" w:hAnsi="Arial" w:cs="Arial"/>
          <w:sz w:val="24"/>
          <w:rtl/>
          <w:szCs w:val="24"/>
        </w:rPr>
        <w:t>🧩 חידה: בחנוכה מדליקים נר אחד בלילה הראשון, שניים בשני, וכך עד שמונה, ובכל לילה גם שמש. כמה נרות צריך לכל החג?  (תשובה: 44)</w:t>
      </w:r>
    </w:p>
    <w:p>
      <w:pPr>
        <w:bidi/>
        <w:jc w:val="right"/>
      </w:pPr>
      <w:r>
        <w:rPr>
          <w:rFonts w:ascii="Arial" w:hAnsi="Arial" w:cs="Arial"/>
          <w:sz w:val="24"/>
          <w:rtl/>
          <w:szCs w:val="24"/>
        </w:rPr>
        <w:t>🎯 מטרות: לעשות מעשה טוב אחד בכל יום של חנוכה · לפרגן לבנות ולנשים שעוזרות לי · להכיר מנהג חנוכה של חבר או חברה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הרגע הכי מואר שלכם בשבוע החנוכה?</w:t>
      </w:r>
    </w:p>
    <w:p>
      <w:pPr>
        <w:bidi/>
        <w:jc w:val="right"/>
      </w:pPr>
      <w:r>
        <w:rPr>
          <w:rFonts w:ascii="Arial" w:hAnsi="Arial" w:cs="Arial"/>
          <w:sz w:val="24"/>
          <w:rtl/>
          <w:szCs w:val="24"/>
        </w:rPr>
        <w:t>• 🙏 למי תרצו להודות על שהאיר לכם את השבוע? אולי לבנות ולנשים שבחייכם</w:t>
      </w:r>
    </w:p>
    <w:p>
      <w:pPr>
        <w:bidi/>
        <w:jc w:val="right"/>
      </w:pPr>
      <w:r>
        <w:rPr>
          <w:rFonts w:ascii="Arial" w:hAnsi="Arial" w:cs="Arial"/>
          <w:sz w:val="24"/>
          <w:rtl/>
          <w:szCs w:val="24"/>
        </w:rPr>
        <w:t>• 💛 מחמאת אור: "הוספת אור לכיתה כש..."</w:t>
      </w:r>
    </w:p>
    <w:p>
      <w:pPr>
        <w:bidi/>
        <w:jc w:val="right"/>
      </w:pPr>
      <w:r>
        <w:rPr>
          <w:rFonts w:ascii="Arial" w:hAnsi="Arial" w:cs="Arial"/>
          <w:sz w:val="24"/>
          <w:rtl/>
          <w:szCs w:val="24"/>
        </w:rPr>
        <w:t>• 💡 מה למדתי השבוע על אור, נס ואומץ?</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נדמיין להבה קטנה ושקטה, ננשום לאט, ונרגיש את האור בתוכנו</w:t>
      </w:r>
    </w:p>
    <w:p>
      <w:pPr>
        <w:bidi/>
        <w:pStyle w:val="Heading2"/>
        <w:jc w:val="right"/>
      </w:pPr>
      <w:r>
        <w:rPr>
          <w:rFonts w:ascii="Arial" w:hAnsi="Arial" w:cs="Arial"/>
          <w:b/>
          <w:color w:val="2B8A3E"/>
          <w:sz w:val="32"/>
          <w:rtl/>
          <w:szCs w:val="32"/>
          <w:bCs/>
        </w:rPr>
        <w:t>🌈 תקווה – שבוע 13.12 עד 18.12.2026 · ג׳ טבת תשפ״ז</w:t>
      </w:r>
    </w:p>
    <w:p>
      <w:pPr>
        <w:bidi/>
        <w:jc w:val="right"/>
      </w:pPr>
      <w:r>
        <w:rPr>
          <w:rFonts w:ascii="Arial" w:hAnsi="Arial" w:cs="Arial"/>
          <w:color w:val="555577"/>
          <w:sz w:val="24"/>
          <w:rtl/>
          <w:szCs w:val="24"/>
        </w:rPr>
        <w:t>האמונה שאפשר לטוב לבוא, והכוח להמשיך לפעול לקראתו · המשפט של השבוע: "גם בלילה הארוך ביותר, הבוקר כבר בדרך"</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ליה עברה תקופה קשה: ציונים ירדו, וחברה טובה עברה עיר. בערב אחד כתבה רשימה של "דברים שעוד מחכים לי": טיול השנתי, הכלב שהבטיחו לה, הספר החדש של הסדרה האהובה. הרשימה לא פתרה כלום, אבל משהו בה נרגע. למה?</w:t>
      </w:r>
    </w:p>
    <w:p>
      <w:pPr>
        <w:bidi/>
        <w:jc w:val="right"/>
      </w:pPr>
      <w:r>
        <w:rPr>
          <w:rFonts w:ascii="Arial" w:hAnsi="Arial" w:cs="Arial"/>
          <w:sz w:val="24"/>
          <w:rtl/>
          <w:szCs w:val="24"/>
        </w:rPr>
        <w:t>• מה עוזר לכם בתקופה קשה?</w:t>
      </w:r>
    </w:p>
    <w:p>
      <w:pPr>
        <w:bidi/>
        <w:jc w:val="right"/>
      </w:pPr>
      <w:r>
        <w:rPr>
          <w:rFonts w:ascii="Arial" w:hAnsi="Arial" w:cs="Arial"/>
          <w:sz w:val="24"/>
          <w:rtl/>
          <w:szCs w:val="24"/>
        </w:rPr>
        <w:t>• איך נותנים תקווה לחבר בלי להגיד "יהיה בסדר" ריק?</w:t>
      </w:r>
    </w:p>
    <w:p>
      <w:pPr>
        <w:bidi/>
        <w:jc w:val="right"/>
      </w:pPr>
      <w:r>
        <w:rPr>
          <w:rFonts w:ascii="Arial" w:hAnsi="Arial" w:cs="Arial"/>
          <w:b/>
          <w:color w:val="2B8A3E"/>
          <w:sz w:val="26"/>
          <w:rtl/>
          <w:szCs w:val="26"/>
          <w:bCs/>
        </w:rPr>
        <w:t>▌ 📜 פרשת ויגש</w:t>
      </w:r>
    </w:p>
    <w:p>
      <w:pPr>
        <w:bidi/>
        <w:jc w:val="right"/>
      </w:pPr>
      <w:r>
        <w:rPr>
          <w:rFonts w:ascii="Arial" w:hAnsi="Arial" w:cs="Arial"/>
          <w:sz w:val="24"/>
          <w:rtl/>
          <w:szCs w:val="24"/>
        </w:rPr>
        <w:t>"ויאמר יוסף אל אחיו גשו נא אלי ויגשו" (בראשית מה, ד) – לוודא</w:t>
      </w:r>
    </w:p>
    <w:p>
      <w:pPr>
        <w:bidi/>
        <w:jc w:val="right"/>
      </w:pPr>
      <w:r>
        <w:rPr>
          <w:rFonts w:ascii="Arial" w:hAnsi="Arial" w:cs="Arial"/>
          <w:sz w:val="24"/>
          <w:rtl/>
          <w:szCs w:val="24"/>
        </w:rPr>
        <w:t>יוסף יכול היה לכעוס, אבל הוא בוחר לקרב: "גשו נא אלי". וגם האחים צריכים לבחור לגשת. פיוס צריך שני צדדים: מי שמזמין, ומי שמסכים להתקרב.</w:t>
      </w:r>
    </w:p>
    <w:p>
      <w:pPr>
        <w:bidi/>
        <w:jc w:val="right"/>
      </w:pPr>
      <w:r>
        <w:rPr>
          <w:rFonts w:ascii="Arial" w:hAnsi="Arial" w:cs="Arial"/>
          <w:sz w:val="24"/>
          <w:rtl/>
          <w:szCs w:val="24"/>
        </w:rPr>
        <w:t>שאלה: מה צריך לקרות כדי שנרצה להתקרב למישהו שהתרחקנו ממנו?</w:t>
      </w:r>
    </w:p>
    <w:p>
      <w:pPr>
        <w:bidi/>
        <w:jc w:val="right"/>
      </w:pPr>
      <w:r>
        <w:rPr>
          <w:rFonts w:ascii="Arial" w:hAnsi="Arial" w:cs="Arial"/>
          <w:b/>
          <w:color w:val="2B8A3E"/>
          <w:sz w:val="26"/>
          <w:rtl/>
          <w:szCs w:val="26"/>
          <w:bCs/>
        </w:rPr>
        <w:t>▌ ✨ מילים מהפרשה לחיים: "כי למחיה שלחני אלהים" (בראשית מה, ה)</w:t>
      </w:r>
    </w:p>
    <w:p>
      <w:pPr>
        <w:bidi/>
        <w:jc w:val="right"/>
      </w:pPr>
      <w:r>
        <w:rPr>
          <w:rFonts w:ascii="Arial" w:hAnsi="Arial" w:cs="Arial"/>
          <w:sz w:val="24"/>
          <w:rtl/>
          <w:szCs w:val="24"/>
        </w:rPr>
        <w:t>יוסף מסתכל אחורה על כל מה שעבר עליו ומגלה בו משמעות וכיוון. לפעמים רק בדיעבד אנחנו מבינים שגם תקופה קשה לימדה אותנו משהו והכינה אותנו לעזור לאחרים.</w:t>
      </w:r>
    </w:p>
    <w:p>
      <w:pPr>
        <w:bidi/>
        <w:jc w:val="right"/>
      </w:pPr>
      <w:r>
        <w:rPr>
          <w:rFonts w:ascii="Arial" w:hAnsi="Arial" w:cs="Arial"/>
          <w:sz w:val="24"/>
          <w:rtl/>
          <w:szCs w:val="24"/>
        </w:rPr>
        <w:t>שאלה: מה למדתם מתקופה שהייתה קשה לכם?</w:t>
      </w:r>
    </w:p>
    <w:p>
      <w:pPr>
        <w:bidi/>
        <w:jc w:val="right"/>
      </w:pPr>
      <w:r>
        <w:rPr>
          <w:rFonts w:ascii="Arial" w:hAnsi="Arial" w:cs="Arial"/>
          <w:sz w:val="24"/>
          <w:rtl/>
          <w:szCs w:val="24"/>
        </w:rPr>
        <w:t>🧩 חידה: חילזון בתחתית בור בעומק 10 מטרים. ביום הוא מטפס 3 מטרים, ובלילה מחליק 2 מטרים. באיזה יום ייצא מהבור?  (תשובה: ביום השמיני (אחרי 7 ימים הוא ב-7 מטרים, וביום השמיני מטפס ל-10))</w:t>
      </w:r>
    </w:p>
    <w:p>
      <w:pPr>
        <w:bidi/>
        <w:jc w:val="right"/>
      </w:pPr>
      <w:r>
        <w:rPr>
          <w:rFonts w:ascii="Arial" w:hAnsi="Arial" w:cs="Arial"/>
          <w:sz w:val="24"/>
          <w:rtl/>
          <w:szCs w:val="24"/>
        </w:rPr>
        <w:t>🎯 מטרות: לכתוב רשימת "דברים שמחכים לי" · לעודד חבר שעובר זמן קשה · להציב מטרה קטנה ולעשות צעד ראשון</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היה השבוע דבר שנתן לכם תקווה?</w:t>
      </w:r>
    </w:p>
    <w:p>
      <w:pPr>
        <w:bidi/>
        <w:jc w:val="right"/>
      </w:pPr>
      <w:r>
        <w:rPr>
          <w:rFonts w:ascii="Arial" w:hAnsi="Arial" w:cs="Arial"/>
          <w:sz w:val="24"/>
          <w:rtl/>
          <w:szCs w:val="24"/>
        </w:rPr>
        <w:t>• 🙏 תודה למי שעודד אתכם או האמין בכם</w:t>
      </w:r>
    </w:p>
    <w:p>
      <w:pPr>
        <w:bidi/>
        <w:jc w:val="right"/>
      </w:pPr>
      <w:r>
        <w:rPr>
          <w:rFonts w:ascii="Arial" w:hAnsi="Arial" w:cs="Arial"/>
          <w:sz w:val="24"/>
          <w:rtl/>
          <w:szCs w:val="24"/>
        </w:rPr>
        <w:t>• 💛 מחמאה למישהו שתמיד מביא אור ושמחה</w:t>
      </w:r>
    </w:p>
    <w:p>
      <w:pPr>
        <w:bidi/>
        <w:jc w:val="right"/>
      </w:pPr>
      <w:r>
        <w:rPr>
          <w:rFonts w:ascii="Arial" w:hAnsi="Arial" w:cs="Arial"/>
          <w:sz w:val="24"/>
          <w:rtl/>
          <w:szCs w:val="24"/>
        </w:rPr>
        <w:t>• 💡 מה למדתם השבוע על תקווה?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מדמיינים אור קטן בלב, ובכל נשימה הוא גדל עוד קצת.</w:t>
      </w:r>
    </w:p>
    <w:p>
      <w:pPr>
        <w:bidi/>
        <w:pStyle w:val="Heading2"/>
        <w:jc w:val="right"/>
      </w:pPr>
      <w:r>
        <w:rPr>
          <w:rFonts w:ascii="Arial" w:hAnsi="Arial" w:cs="Arial"/>
          <w:b/>
          <w:color w:val="2B8A3E"/>
          <w:sz w:val="32"/>
          <w:rtl/>
          <w:szCs w:val="32"/>
          <w:bCs/>
        </w:rPr>
        <w:t>💞 אמפתיה – שבוע 20.12 עד 25.12.2026 · י׳ טבת תשפ״ז</w:t>
      </w:r>
    </w:p>
    <w:p>
      <w:pPr>
        <w:bidi/>
        <w:jc w:val="right"/>
      </w:pPr>
      <w:r>
        <w:rPr>
          <w:rFonts w:ascii="Arial" w:hAnsi="Arial" w:cs="Arial"/>
          <w:color w:val="555577"/>
          <w:sz w:val="24"/>
          <w:rtl/>
          <w:szCs w:val="24"/>
        </w:rPr>
        <w:t>היכולת להרגיש ולהבין מה עובר על אדם אחר, ולהגיב ברגישות · המשפט של השבוע: "לראות את העולם, לרגע, דרך העיניים של מישהו אחר"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בכיתה יש ילדה שמגיעה תמיד באיחור וכולם מגלגלים עיניים. יום אחד מאיה ראתה אותה בבוקר מלווה את אחיה הקטן לגן, ורק אז רצה לבית הספר. פתאום האיחורים נראו אחרת. כמה פעמים אנחנו שופטים בלי לדעת את הסיפור המלא?</w:t>
      </w:r>
    </w:p>
    <w:p>
      <w:pPr>
        <w:bidi/>
        <w:jc w:val="right"/>
      </w:pPr>
      <w:r>
        <w:rPr>
          <w:rFonts w:ascii="Arial" w:hAnsi="Arial" w:cs="Arial"/>
          <w:sz w:val="24"/>
          <w:rtl/>
          <w:szCs w:val="24"/>
        </w:rPr>
        <w:t>• איך לומדים לא לשפוט מהר?</w:t>
      </w:r>
    </w:p>
    <w:p>
      <w:pPr>
        <w:bidi/>
        <w:jc w:val="right"/>
      </w:pPr>
      <w:r>
        <w:rPr>
          <w:rFonts w:ascii="Arial" w:hAnsi="Arial" w:cs="Arial"/>
          <w:sz w:val="24"/>
          <w:rtl/>
          <w:szCs w:val="24"/>
        </w:rPr>
        <w:t>• מה ההבדל בין רחמים לבין אמפתיה?</w:t>
      </w:r>
    </w:p>
    <w:p>
      <w:pPr>
        <w:bidi/>
        <w:jc w:val="right"/>
      </w:pPr>
      <w:r>
        <w:rPr>
          <w:rFonts w:ascii="Arial" w:hAnsi="Arial" w:cs="Arial"/>
          <w:b/>
          <w:color w:val="2B8A3E"/>
          <w:sz w:val="26"/>
          <w:rtl/>
          <w:szCs w:val="26"/>
          <w:bCs/>
        </w:rPr>
        <w:t>▌ 📜 פרשת ויחי</w:t>
      </w:r>
    </w:p>
    <w:p>
      <w:pPr>
        <w:bidi/>
        <w:jc w:val="right"/>
      </w:pPr>
      <w:r>
        <w:rPr>
          <w:rFonts w:ascii="Arial" w:hAnsi="Arial" w:cs="Arial"/>
          <w:sz w:val="24"/>
          <w:rtl/>
          <w:szCs w:val="24"/>
        </w:rPr>
        <w:t>"איש אשר כברכתו ברך אתם" (בראשית מט, כח) – לוודא</w:t>
      </w:r>
    </w:p>
    <w:p>
      <w:pPr>
        <w:bidi/>
        <w:jc w:val="right"/>
      </w:pPr>
      <w:r>
        <w:rPr>
          <w:rFonts w:ascii="Arial" w:hAnsi="Arial" w:cs="Arial"/>
          <w:sz w:val="24"/>
          <w:rtl/>
          <w:szCs w:val="24"/>
        </w:rPr>
        <w:t>יעקב לא נותן לכולם אותה ברכה. כל בן מקבל ברכה שמתאימה לו, לאופי ולדרך שלו. אולי זו הברכה הגדולה: שרואים אותך כמו שאת או אתה, ולא מנסים להפוך אותך למישהו אחר.</w:t>
      </w:r>
    </w:p>
    <w:p>
      <w:pPr>
        <w:bidi/>
        <w:jc w:val="right"/>
      </w:pPr>
      <w:r>
        <w:rPr>
          <w:rFonts w:ascii="Arial" w:hAnsi="Arial" w:cs="Arial"/>
          <w:sz w:val="24"/>
          <w:rtl/>
          <w:szCs w:val="24"/>
        </w:rPr>
        <w:t>שאלה: איזו ברכה אישית הייתם נותנים לחבר או לחברה בכיתה?</w:t>
      </w:r>
    </w:p>
    <w:p>
      <w:pPr>
        <w:bidi/>
        <w:jc w:val="right"/>
      </w:pPr>
      <w:r>
        <w:rPr>
          <w:rFonts w:ascii="Arial" w:hAnsi="Arial" w:cs="Arial"/>
          <w:b/>
          <w:color w:val="2B8A3E"/>
          <w:sz w:val="26"/>
          <w:rtl/>
          <w:szCs w:val="26"/>
          <w:bCs/>
        </w:rPr>
        <w:t>▌ ✨ מילים מהפרשה לחיים: "אלהים חשבה לטבה" (בראשית נ, כ)</w:t>
      </w:r>
    </w:p>
    <w:p>
      <w:pPr>
        <w:bidi/>
        <w:jc w:val="right"/>
      </w:pPr>
      <w:r>
        <w:rPr>
          <w:rFonts w:ascii="Arial" w:hAnsi="Arial" w:cs="Arial"/>
          <w:sz w:val="24"/>
          <w:rtl/>
          <w:szCs w:val="24"/>
        </w:rPr>
        <w:t>יוסף אומר לאחיו שגם ממה שהתחיל ברע צמח בסוף טוב. המילים האלה מזמינות אותנו להאמין שגם מצב מאכזב יכול להוביל למקום טוב, ושאנחנו יכולים לעזור לטוב הזה לצמוח.</w:t>
      </w:r>
    </w:p>
    <w:p>
      <w:pPr>
        <w:bidi/>
        <w:jc w:val="right"/>
      </w:pPr>
      <w:r>
        <w:rPr>
          <w:rFonts w:ascii="Arial" w:hAnsi="Arial" w:cs="Arial"/>
          <w:sz w:val="24"/>
          <w:rtl/>
          <w:szCs w:val="24"/>
        </w:rPr>
        <w:t>שאלה: מתי משהו שנראה כמו כישלון התברר בסוף כדבר טוב?</w:t>
      </w:r>
    </w:p>
    <w:p>
      <w:pPr>
        <w:bidi/>
        <w:jc w:val="right"/>
      </w:pPr>
      <w:r>
        <w:rPr>
          <w:rFonts w:ascii="Arial" w:hAnsi="Arial" w:cs="Arial"/>
          <w:sz w:val="24"/>
          <w:rtl/>
          <w:szCs w:val="24"/>
        </w:rPr>
        <w:t>🧩 חידה: אם 5 מכונות מכינות 5 כוסות ב-5 דקות, כמה זמן ייקח ל-100 מכונות להכין 100 כוסות?  (תשובה: 5 דקות (כל מכונה מכינה כוס אחת ב-5 דקות))</w:t>
      </w:r>
    </w:p>
    <w:p>
      <w:pPr>
        <w:bidi/>
        <w:jc w:val="right"/>
      </w:pPr>
      <w:r>
        <w:rPr>
          <w:rFonts w:ascii="Arial" w:hAnsi="Arial" w:cs="Arial"/>
          <w:sz w:val="24"/>
          <w:rtl/>
          <w:szCs w:val="24"/>
        </w:rPr>
        <w:t>🎯 מטרות: לשאול שאלה לפני שאני שופט או שופטת · להגיד "אני מבין או מבינה" במקום עצה · לשים לב למישהו שנראה שקט מהרגיל</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מתי השבוע מישהו הבין אתכם בלי מילים?</w:t>
      </w:r>
    </w:p>
    <w:p>
      <w:pPr>
        <w:bidi/>
        <w:jc w:val="right"/>
      </w:pPr>
      <w:r>
        <w:rPr>
          <w:rFonts w:ascii="Arial" w:hAnsi="Arial" w:cs="Arial"/>
          <w:sz w:val="24"/>
          <w:rtl/>
          <w:szCs w:val="24"/>
        </w:rPr>
        <w:t>• 🙏 תודה למי ששם לב אליכם השבוע</w:t>
      </w:r>
    </w:p>
    <w:p>
      <w:pPr>
        <w:bidi/>
        <w:jc w:val="right"/>
      </w:pPr>
      <w:r>
        <w:rPr>
          <w:rFonts w:ascii="Arial" w:hAnsi="Arial" w:cs="Arial"/>
          <w:sz w:val="24"/>
          <w:rtl/>
          <w:szCs w:val="24"/>
        </w:rPr>
        <w:t>• 💛 מחמאה למישהו רגיש ושם לב לאחרים</w:t>
      </w:r>
    </w:p>
    <w:p>
      <w:pPr>
        <w:bidi/>
        <w:jc w:val="right"/>
      </w:pPr>
      <w:r>
        <w:rPr>
          <w:rFonts w:ascii="Arial" w:hAnsi="Arial" w:cs="Arial"/>
          <w:sz w:val="24"/>
          <w:rtl/>
          <w:szCs w:val="24"/>
        </w:rPr>
        <w:t>• 💡 מה למדתם השבוע כשניסיתם להבין מישהו אחר?</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שולחים בלב חיבוק שקט לכל מי שקשה לו היום.</w:t>
      </w:r>
    </w:p>
    <w:p>
      <w:pPr>
        <w:bidi/>
        <w:pStyle w:val="Heading2"/>
        <w:jc w:val="right"/>
      </w:pPr>
      <w:r>
        <w:rPr>
          <w:rFonts w:ascii="Arial" w:hAnsi="Arial" w:cs="Arial"/>
          <w:b/>
          <w:color w:val="2B8A3E"/>
          <w:sz w:val="32"/>
          <w:rtl/>
          <w:szCs w:val="32"/>
          <w:bCs/>
        </w:rPr>
        <w:t>🧱 שיתוף פעולה – שבוע 27.12 עד 1.1.2027 · י״ז טבת תשפ״ז</w:t>
      </w:r>
    </w:p>
    <w:p>
      <w:pPr>
        <w:bidi/>
        <w:jc w:val="right"/>
      </w:pPr>
      <w:r>
        <w:rPr>
          <w:rFonts w:ascii="Arial" w:hAnsi="Arial" w:cs="Arial"/>
          <w:color w:val="555577"/>
          <w:sz w:val="24"/>
          <w:rtl/>
          <w:szCs w:val="24"/>
        </w:rPr>
        <w:t>לעבוד יחד למען מטרה משותפת, כשכל אחד ואחת תורמים את החלק שלהם · המשפט של השבוע: "כל אחד מביא חלק, וביחד יוצאת תמונה שלמה"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לקראת יום הכיתה צריך לארגן משחקים, כיבוד וקישוטים. מיכאל טוב בתכנון, ליה במוזיקה, ויוסף בבישול. אבל כולם רוצים דווקא את התפקיד של המנחה. איך מחלקים תפקידים כך שכל אחד ירגיש חשוב?</w:t>
      </w:r>
    </w:p>
    <w:p>
      <w:pPr>
        <w:bidi/>
        <w:jc w:val="right"/>
      </w:pPr>
      <w:r>
        <w:rPr>
          <w:rFonts w:ascii="Arial" w:hAnsi="Arial" w:cs="Arial"/>
          <w:sz w:val="24"/>
          <w:rtl/>
          <w:szCs w:val="24"/>
        </w:rPr>
        <w:t>• איך מחלקים תפקידים בצורה הוגנת?</w:t>
      </w:r>
    </w:p>
    <w:p>
      <w:pPr>
        <w:bidi/>
        <w:jc w:val="right"/>
      </w:pPr>
      <w:r>
        <w:rPr>
          <w:rFonts w:ascii="Arial" w:hAnsi="Arial" w:cs="Arial"/>
          <w:sz w:val="24"/>
          <w:rtl/>
          <w:szCs w:val="24"/>
        </w:rPr>
        <w:t>• מה עושים כשלא מסכימים בקבוצה?</w:t>
      </w:r>
    </w:p>
    <w:p>
      <w:pPr>
        <w:bidi/>
        <w:jc w:val="right"/>
      </w:pPr>
      <w:r>
        <w:rPr>
          <w:rFonts w:ascii="Arial" w:hAnsi="Arial" w:cs="Arial"/>
          <w:b/>
          <w:color w:val="2B8A3E"/>
          <w:sz w:val="26"/>
          <w:rtl/>
          <w:szCs w:val="26"/>
          <w:bCs/>
        </w:rPr>
        <w:t>▌ 📜 פרשת שמות</w:t>
      </w:r>
    </w:p>
    <w:p>
      <w:pPr>
        <w:bidi/>
        <w:jc w:val="right"/>
      </w:pPr>
      <w:r>
        <w:rPr>
          <w:rFonts w:ascii="Arial" w:hAnsi="Arial" w:cs="Arial"/>
          <w:sz w:val="24"/>
          <w:rtl/>
          <w:szCs w:val="24"/>
        </w:rPr>
        <w:t>"אסרה נא ואראה את המראה הגדל הזה" (שמות ג, ג) – לוודא</w:t>
      </w:r>
    </w:p>
    <w:p>
      <w:pPr>
        <w:bidi/>
        <w:jc w:val="right"/>
      </w:pPr>
      <w:r>
        <w:rPr>
          <w:rFonts w:ascii="Arial" w:hAnsi="Arial" w:cs="Arial"/>
          <w:sz w:val="24"/>
          <w:rtl/>
          <w:szCs w:val="24"/>
        </w:rPr>
        <w:t>משה היה יכול לעבור ליד הסנה בלי לשים לב. הכול מתחיל ברגע שבו הוא בוחר לסור מהדרך ולהתבונן. אולי דברים גדולים מתחילים בסקרנות קטנה ובנכונות לעצור.</w:t>
      </w:r>
    </w:p>
    <w:p>
      <w:pPr>
        <w:bidi/>
        <w:jc w:val="right"/>
      </w:pPr>
      <w:r>
        <w:rPr>
          <w:rFonts w:ascii="Arial" w:hAnsi="Arial" w:cs="Arial"/>
          <w:sz w:val="24"/>
          <w:rtl/>
          <w:szCs w:val="24"/>
        </w:rPr>
        <w:t>שאלה: מה הדבר האחרון שגרם לכם לעצור ולהתבונן בו באמת?</w:t>
      </w:r>
    </w:p>
    <w:p>
      <w:pPr>
        <w:bidi/>
        <w:jc w:val="right"/>
      </w:pPr>
      <w:r>
        <w:rPr>
          <w:rFonts w:ascii="Arial" w:hAnsi="Arial" w:cs="Arial"/>
          <w:b/>
          <w:color w:val="2B8A3E"/>
          <w:sz w:val="26"/>
          <w:rtl/>
          <w:szCs w:val="26"/>
          <w:bCs/>
        </w:rPr>
        <w:t>▌ ✨ מילים מהפרשה לחיים: "אדמת קדש הוא" (שמות ג, ה)</w:t>
      </w:r>
    </w:p>
    <w:p>
      <w:pPr>
        <w:bidi/>
        <w:jc w:val="right"/>
      </w:pPr>
      <w:r>
        <w:rPr>
          <w:rFonts w:ascii="Arial" w:hAnsi="Arial" w:cs="Arial"/>
          <w:sz w:val="24"/>
          <w:rtl/>
          <w:szCs w:val="24"/>
        </w:rPr>
        <w:t>משה עומד ליד הסנה ומגלה שהמקום הפשוט שבו הוא רועה את הצאן הוא מקום קדוש. גם הכיתה שלנו, המסדרון והבית יכולים להיות מקום שבו מרגישים קרבה לה' ולאנשים סביבנו, כשאנחנו מתייחסים אליהם בכבוד.</w:t>
      </w:r>
    </w:p>
    <w:p>
      <w:pPr>
        <w:bidi/>
        <w:jc w:val="right"/>
      </w:pPr>
      <w:r>
        <w:rPr>
          <w:rFonts w:ascii="Arial" w:hAnsi="Arial" w:cs="Arial"/>
          <w:sz w:val="24"/>
          <w:rtl/>
          <w:szCs w:val="24"/>
        </w:rPr>
        <w:t>שאלה: איזה מקום רגיל בשבוע שלכם יכול להפוך למיוחד?</w:t>
      </w:r>
    </w:p>
    <w:p>
      <w:pPr>
        <w:bidi/>
        <w:jc w:val="right"/>
      </w:pPr>
      <w:r>
        <w:rPr>
          <w:rFonts w:ascii="Arial" w:hAnsi="Arial" w:cs="Arial"/>
          <w:sz w:val="24"/>
          <w:rtl/>
          <w:szCs w:val="24"/>
        </w:rPr>
        <w:t>🧩 חידה: נועה צובעת גדר לבד ב-6 שעות, ודניאל צובע אותה לבד ב-3 שעות. כמה זמן ייקח להם לצבוע אותה יחד?  (תשובה: שעתיים (ביחד הם צובעים חצי גדר בשעה))</w:t>
      </w:r>
    </w:p>
    <w:p>
      <w:pPr>
        <w:bidi/>
        <w:jc w:val="right"/>
      </w:pPr>
      <w:r>
        <w:rPr>
          <w:rFonts w:ascii="Arial" w:hAnsi="Arial" w:cs="Arial"/>
          <w:sz w:val="24"/>
          <w:rtl/>
          <w:szCs w:val="24"/>
        </w:rPr>
        <w:t>🎯 מטרות: להציע רעיון וגם לשמוע רעיונות של אחרים · לקחת תפקיד בעבודה קבוצתית ולעמוד בו · לעזור למי שנתקע במשימה</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מה הצלחנו לעשות השבוע ביחד?</w:t>
      </w:r>
    </w:p>
    <w:p>
      <w:pPr>
        <w:bidi/>
        <w:jc w:val="right"/>
      </w:pPr>
      <w:r>
        <w:rPr>
          <w:rFonts w:ascii="Arial" w:hAnsi="Arial" w:cs="Arial"/>
          <w:sz w:val="24"/>
          <w:rtl/>
          <w:szCs w:val="24"/>
        </w:rPr>
        <w:t>• 🙏 תודה למי שעבד איתכם בצוות השבוע</w:t>
      </w:r>
    </w:p>
    <w:p>
      <w:pPr>
        <w:bidi/>
        <w:jc w:val="right"/>
      </w:pPr>
      <w:r>
        <w:rPr>
          <w:rFonts w:ascii="Arial" w:hAnsi="Arial" w:cs="Arial"/>
          <w:sz w:val="24"/>
          <w:rtl/>
          <w:szCs w:val="24"/>
        </w:rPr>
        <w:t>• 💛 מחמאה לשותף או לשותפה: מה הם הביאו לצוות?</w:t>
      </w:r>
    </w:p>
    <w:p>
      <w:pPr>
        <w:bidi/>
        <w:jc w:val="right"/>
      </w:pPr>
      <w:r>
        <w:rPr>
          <w:rFonts w:ascii="Arial" w:hAnsi="Arial" w:cs="Arial"/>
          <w:sz w:val="24"/>
          <w:rtl/>
          <w:szCs w:val="24"/>
        </w:rPr>
        <w:t>• 💡 מה למדתם השבוע על עבודה ביחד?</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מחזיקים ידיים במעגל, מי שרוצה, ונושמים יחד שלוש נשימות.</w:t>
      </w:r>
    </w:p>
    <w:p>
      <w:pPr>
        <w:bidi/>
        <w:pStyle w:val="Heading2"/>
        <w:jc w:val="right"/>
      </w:pPr>
      <w:r>
        <w:rPr>
          <w:rFonts w:ascii="Arial" w:hAnsi="Arial" w:cs="Arial"/>
          <w:b/>
          <w:color w:val="2B8A3E"/>
          <w:sz w:val="32"/>
          <w:rtl/>
          <w:szCs w:val="32"/>
          <w:bCs/>
        </w:rPr>
        <w:t>🪞 יושר – שבוע 3.1 עד 8.1.2027 · כ״ד טבת תשפ״ז</w:t>
      </w:r>
    </w:p>
    <w:p>
      <w:pPr>
        <w:bidi/>
        <w:jc w:val="right"/>
      </w:pPr>
      <w:r>
        <w:rPr>
          <w:rFonts w:ascii="Arial" w:hAnsi="Arial" w:cs="Arial"/>
          <w:color w:val="555577"/>
          <w:sz w:val="24"/>
          <w:rtl/>
          <w:szCs w:val="24"/>
        </w:rPr>
        <w:t>לומר אמת ולנהוג בהגינות, גם כשאף אחד לא רואה אותנו · המשפט של השבוע: "האמת קטנה לפעמים, אבל היא תמיד עומדת על הרגליים"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אלמז קיבלה את המבחן בחזרה וראתה שהמורה סימנה לה תשובה כנכונה, למרות שהיא טעתה. שתי נקודות נוספות יכולות להעלות את הציון שלה מעל 90. החברות אומרות לה: זו טעות של המורה, לא שלך. אלמז מתלבטת אם לגשת ולספר.</w:t>
      </w:r>
    </w:p>
    <w:p>
      <w:pPr>
        <w:bidi/>
        <w:jc w:val="right"/>
      </w:pPr>
      <w:r>
        <w:rPr>
          <w:rFonts w:ascii="Arial" w:hAnsi="Arial" w:cs="Arial"/>
          <w:sz w:val="24"/>
          <w:rtl/>
          <w:szCs w:val="24"/>
        </w:rPr>
        <w:t>• למה לפעמים קשה לתקן טעות שדווקא משתלמת לנו?</w:t>
      </w:r>
    </w:p>
    <w:p>
      <w:pPr>
        <w:bidi/>
        <w:jc w:val="right"/>
      </w:pPr>
      <w:r>
        <w:rPr>
          <w:rFonts w:ascii="Arial" w:hAnsi="Arial" w:cs="Arial"/>
          <w:sz w:val="24"/>
          <w:rtl/>
          <w:szCs w:val="24"/>
        </w:rPr>
        <w:t>• איך ירגישו אלמז והמורה אם היא תספר?</w:t>
      </w:r>
    </w:p>
    <w:p>
      <w:pPr>
        <w:bidi/>
        <w:jc w:val="right"/>
      </w:pPr>
      <w:r>
        <w:rPr>
          <w:rFonts w:ascii="Arial" w:hAnsi="Arial" w:cs="Arial"/>
          <w:b/>
          <w:color w:val="2B8A3E"/>
          <w:sz w:val="26"/>
          <w:rtl/>
          <w:szCs w:val="26"/>
          <w:bCs/>
        </w:rPr>
        <w:t>▌ 📜 פרשת וארא</w:t>
      </w:r>
    </w:p>
    <w:p>
      <w:pPr>
        <w:bidi/>
        <w:jc w:val="right"/>
      </w:pPr>
      <w:r>
        <w:rPr>
          <w:rFonts w:ascii="Arial" w:hAnsi="Arial" w:cs="Arial"/>
          <w:sz w:val="24"/>
          <w:rtl/>
          <w:szCs w:val="24"/>
        </w:rPr>
        <w:t>"ולא שמעו אל משה מקצר רוח ומעבדה קשה" (שמות ו, ט) – לוודא</w:t>
      </w:r>
    </w:p>
    <w:p>
      <w:pPr>
        <w:bidi/>
        <w:jc w:val="right"/>
      </w:pPr>
      <w:r>
        <w:rPr>
          <w:rFonts w:ascii="Arial" w:hAnsi="Arial" w:cs="Arial"/>
          <w:sz w:val="24"/>
          <w:rtl/>
          <w:szCs w:val="24"/>
        </w:rPr>
        <w:t>הפסוק לא מאשים את העם – הוא מסביר: קוצר רוח ועבודה קשה סוגרים את האוזניים. לפני שמבקשים ממישהו להקשיב, כדאי לשאול מה עובר עליו ומה הוא צריך קודם.</w:t>
      </w:r>
    </w:p>
    <w:p>
      <w:pPr>
        <w:bidi/>
        <w:jc w:val="right"/>
      </w:pPr>
      <w:r>
        <w:rPr>
          <w:rFonts w:ascii="Arial" w:hAnsi="Arial" w:cs="Arial"/>
          <w:sz w:val="24"/>
          <w:rtl/>
          <w:szCs w:val="24"/>
        </w:rPr>
        <w:t>שאלה: מה עוזר לכם להקשיב כשאתם עייפים או לחוצים?</w:t>
      </w:r>
    </w:p>
    <w:p>
      <w:pPr>
        <w:bidi/>
        <w:jc w:val="right"/>
      </w:pPr>
      <w:r>
        <w:rPr>
          <w:rFonts w:ascii="Arial" w:hAnsi="Arial" w:cs="Arial"/>
          <w:b/>
          <w:color w:val="2B8A3E"/>
          <w:sz w:val="26"/>
          <w:rtl/>
          <w:szCs w:val="26"/>
          <w:bCs/>
        </w:rPr>
        <w:t>▌ ✨ מילים מהפרשה לחיים: "וגם אני שמעתי" (שמות ו, ה)</w:t>
      </w:r>
    </w:p>
    <w:p>
      <w:pPr>
        <w:bidi/>
        <w:jc w:val="right"/>
      </w:pPr>
      <w:r>
        <w:rPr>
          <w:rFonts w:ascii="Arial" w:hAnsi="Arial" w:cs="Arial"/>
          <w:sz w:val="24"/>
          <w:rtl/>
          <w:szCs w:val="24"/>
        </w:rPr>
        <w:t>בפרשה ה' אומר שהוא שומע את הקושי של בני ישראל. כשקשה לנו, אפשר להרגיש שמישהו שומע גם את מה שלא אמרנו בקול. השבוע ננסה גם אנחנו להקשיב באמת לחבר או לחברה שצריכים אוזן קשבת.</w:t>
      </w:r>
    </w:p>
    <w:p>
      <w:pPr>
        <w:bidi/>
        <w:jc w:val="right"/>
      </w:pPr>
      <w:r>
        <w:rPr>
          <w:rFonts w:ascii="Arial" w:hAnsi="Arial" w:cs="Arial"/>
          <w:sz w:val="24"/>
          <w:rtl/>
          <w:szCs w:val="24"/>
        </w:rPr>
        <w:t>שאלה: איך מרגישים כשמישהו באמת מקשיב לכם?</w:t>
      </w:r>
    </w:p>
    <w:p>
      <w:pPr>
        <w:bidi/>
        <w:jc w:val="right"/>
      </w:pPr>
      <w:r>
        <w:rPr>
          <w:rFonts w:ascii="Arial" w:hAnsi="Arial" w:cs="Arial"/>
          <w:sz w:val="24"/>
          <w:rtl/>
          <w:szCs w:val="24"/>
        </w:rPr>
        <w:t>🧩 חידה: אני שייך לך, אבל חברים וחברות משתמשים בי הרבה יותר ממך. מה אני?  (תשובה: השם שלך)</w:t>
      </w:r>
    </w:p>
    <w:p>
      <w:pPr>
        <w:bidi/>
        <w:jc w:val="right"/>
      </w:pPr>
      <w:r>
        <w:rPr>
          <w:rFonts w:ascii="Arial" w:hAnsi="Arial" w:cs="Arial"/>
          <w:sz w:val="24"/>
          <w:rtl/>
          <w:szCs w:val="24"/>
        </w:rPr>
        <w:t>🎯 מטרות: לתקן טעות אחת שלי בלי שיבקשו ממני · לעמוד בהבטחה קטנה שנתתי · לכתוב עבודה במילים שלי בלבד</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ספרו על רגע השבוע שבו בחרתם באמת או ראיתם מישהו שבחר בה</w:t>
      </w:r>
    </w:p>
    <w:p>
      <w:pPr>
        <w:bidi/>
        <w:jc w:val="right"/>
      </w:pPr>
      <w:r>
        <w:rPr>
          <w:rFonts w:ascii="Arial" w:hAnsi="Arial" w:cs="Arial"/>
          <w:sz w:val="24"/>
          <w:rtl/>
          <w:szCs w:val="24"/>
        </w:rPr>
        <w:t>• 🙏 למי אתם רוצים להודות על כך שהיה איתכם כן וישר השבוע?</w:t>
      </w:r>
    </w:p>
    <w:p>
      <w:pPr>
        <w:bidi/>
        <w:jc w:val="right"/>
      </w:pPr>
      <w:r>
        <w:rPr>
          <w:rFonts w:ascii="Arial" w:hAnsi="Arial" w:cs="Arial"/>
          <w:sz w:val="24"/>
          <w:rtl/>
          <w:szCs w:val="24"/>
        </w:rPr>
        <w:t>• 💛 העבירו מחמאה על רגע של אמת אומץ או הגינות שראיתם אצל חבר או חברה</w:t>
      </w:r>
    </w:p>
    <w:p>
      <w:pPr>
        <w:bidi/>
        <w:jc w:val="right"/>
      </w:pPr>
      <w:r>
        <w:rPr>
          <w:rFonts w:ascii="Arial" w:hAnsi="Arial" w:cs="Arial"/>
          <w:sz w:val="24"/>
          <w:rtl/>
          <w:szCs w:val="24"/>
        </w:rPr>
        <w:t>• 💡 מה למדתי השבוע על הכוח של אמת קטנה?</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נשמו עמוק, ותנו לעצמכם רגע של גאווה שקטה על כל אמת שאמרתם השבוע</w:t>
      </w:r>
    </w:p>
    <w:p>
      <w:pPr>
        <w:bidi/>
        <w:pStyle w:val="Heading2"/>
        <w:jc w:val="right"/>
      </w:pPr>
      <w:r>
        <w:rPr>
          <w:rFonts w:ascii="Arial" w:hAnsi="Arial" w:cs="Arial"/>
          <w:b/>
          <w:color w:val="2B8A3E"/>
          <w:sz w:val="32"/>
          <w:rtl/>
          <w:szCs w:val="32"/>
          <w:bCs/>
        </w:rPr>
        <w:t>🐢 התמדה – שבוע 10.1 עד 15.1.2027 · ב׳ שבט תשפ״ז</w:t>
      </w:r>
    </w:p>
    <w:p>
      <w:pPr>
        <w:bidi/>
        <w:jc w:val="right"/>
      </w:pPr>
      <w:r>
        <w:rPr>
          <w:rFonts w:ascii="Arial" w:hAnsi="Arial" w:cs="Arial"/>
          <w:color w:val="555577"/>
          <w:sz w:val="24"/>
          <w:rtl/>
          <w:szCs w:val="24"/>
        </w:rPr>
        <w:t>להמשיך לנסות ולהתאמן צעד אחר צעד, גם כשהדרך ארוכה ולא קלה · המשפט של השבוע: "עוד צעד קטן ועוד צעד קטן – וככה מגיעים רחוק"</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טל לא מצליח לעבור את שלב 12 במשחק החשבון שהמורה נתנה, ולכן מתחיל לחשוב שהוא פשוט לא טוב במתמטיקה. החברה שלו אדל שמה לב שבכל ניסיון טל טועה בדיוק באותו מקום. אולי התמדה היא לא רק לנסות שוב, אלא לנסות קצת אחרת?</w:t>
      </w:r>
    </w:p>
    <w:p>
      <w:pPr>
        <w:bidi/>
        <w:jc w:val="right"/>
      </w:pPr>
      <w:r>
        <w:rPr>
          <w:rFonts w:ascii="Arial" w:hAnsi="Arial" w:cs="Arial"/>
          <w:sz w:val="24"/>
          <w:rtl/>
          <w:szCs w:val="24"/>
        </w:rPr>
        <w:t>• מה ההבדל בין להתמיד לבין לחזור על אותה טעות?</w:t>
      </w:r>
    </w:p>
    <w:p>
      <w:pPr>
        <w:bidi/>
        <w:jc w:val="right"/>
      </w:pPr>
      <w:r>
        <w:rPr>
          <w:rFonts w:ascii="Arial" w:hAnsi="Arial" w:cs="Arial"/>
          <w:sz w:val="24"/>
          <w:rtl/>
          <w:szCs w:val="24"/>
        </w:rPr>
        <w:t>• למי אפשר לפנות כשמרגישים תקועים?</w:t>
      </w:r>
    </w:p>
    <w:p>
      <w:pPr>
        <w:bidi/>
        <w:jc w:val="right"/>
      </w:pPr>
      <w:r>
        <w:rPr>
          <w:rFonts w:ascii="Arial" w:hAnsi="Arial" w:cs="Arial"/>
          <w:b/>
          <w:color w:val="2B8A3E"/>
          <w:sz w:val="26"/>
          <w:rtl/>
          <w:szCs w:val="26"/>
          <w:bCs/>
        </w:rPr>
        <w:t>▌ 📜 פרשת בא</w:t>
      </w:r>
    </w:p>
    <w:p>
      <w:pPr>
        <w:bidi/>
        <w:jc w:val="right"/>
      </w:pPr>
      <w:r>
        <w:rPr>
          <w:rFonts w:ascii="Arial" w:hAnsi="Arial" w:cs="Arial"/>
          <w:sz w:val="24"/>
          <w:rtl/>
          <w:szCs w:val="24"/>
        </w:rPr>
        <w:t>"לא ראו איש את אחיו ולא קמו איש מתחתיו" (שמות י, כג) – לוודא</w:t>
      </w:r>
    </w:p>
    <w:p>
      <w:pPr>
        <w:bidi/>
        <w:jc w:val="right"/>
      </w:pPr>
      <w:r>
        <w:rPr>
          <w:rFonts w:ascii="Arial" w:hAnsi="Arial" w:cs="Arial"/>
          <w:sz w:val="24"/>
          <w:rtl/>
          <w:szCs w:val="24"/>
        </w:rPr>
        <w:t>התורה מתארת את החושך דרך האנשים: לא ראו איש את אחיו. אולי החושך הקשה ביותר הוא כשאנחנו מפסיקים לראות את מי שיושב לידנו, והאור מתחיל כשמרימים את העיניים.</w:t>
      </w:r>
    </w:p>
    <w:p>
      <w:pPr>
        <w:bidi/>
        <w:jc w:val="right"/>
      </w:pPr>
      <w:r>
        <w:rPr>
          <w:rFonts w:ascii="Arial" w:hAnsi="Arial" w:cs="Arial"/>
          <w:sz w:val="24"/>
          <w:rtl/>
          <w:szCs w:val="24"/>
        </w:rPr>
        <w:t>שאלה: את מי בכיתה או בבית אולי לא ראיתם מספיק השבוע?</w:t>
      </w:r>
    </w:p>
    <w:p>
      <w:pPr>
        <w:bidi/>
        <w:jc w:val="right"/>
      </w:pPr>
      <w:r>
        <w:rPr>
          <w:rFonts w:ascii="Arial" w:hAnsi="Arial" w:cs="Arial"/>
          <w:b/>
          <w:color w:val="2B8A3E"/>
          <w:sz w:val="26"/>
          <w:rtl/>
          <w:szCs w:val="26"/>
          <w:bCs/>
        </w:rPr>
        <w:t>▌ ✨ מילים מהפרשה לחיים: "היה אור במושבתם" (שמות י, כג)</w:t>
      </w:r>
    </w:p>
    <w:p>
      <w:pPr>
        <w:bidi/>
        <w:jc w:val="right"/>
      </w:pPr>
      <w:r>
        <w:rPr>
          <w:rFonts w:ascii="Arial" w:hAnsi="Arial" w:cs="Arial"/>
          <w:sz w:val="24"/>
          <w:rtl/>
          <w:szCs w:val="24"/>
        </w:rPr>
        <w:t>בזמן מכת החושך, בבתים של בני ישראל היה אור. גם כשבחוץ מרגיש חשוך או מבולבל, אפשר להדליק אור קטן בבית ובלב – אמונה, תקווה, מילה טובה או חיבוק של משפחה.</w:t>
      </w:r>
    </w:p>
    <w:p>
      <w:pPr>
        <w:bidi/>
        <w:jc w:val="right"/>
      </w:pPr>
      <w:r>
        <w:rPr>
          <w:rFonts w:ascii="Arial" w:hAnsi="Arial" w:cs="Arial"/>
          <w:sz w:val="24"/>
          <w:rtl/>
          <w:szCs w:val="24"/>
        </w:rPr>
        <w:t>שאלה: מה מביא לכם אור בימים פחות קלים?</w:t>
      </w:r>
    </w:p>
    <w:p>
      <w:pPr>
        <w:bidi/>
        <w:jc w:val="right"/>
      </w:pPr>
      <w:r>
        <w:rPr>
          <w:rFonts w:ascii="Arial" w:hAnsi="Arial" w:cs="Arial"/>
          <w:sz w:val="24"/>
          <w:rtl/>
          <w:szCs w:val="24"/>
        </w:rPr>
        <w:t>🧩 חידה: חילזון מטפס על קיר בגובה 10 מטרים. כל יום הוא עולה 3 מטרים, וכל לילה מחליק מטר אחד למטה. באיזה יום יגיע לראש הקיר?  (תשובה: ביום החמישי (אחרי 4 ימים ולילות הוא בגובה 8 מטרים, וביום החמישי עולה עוד 3))</w:t>
      </w:r>
    </w:p>
    <w:p>
      <w:pPr>
        <w:bidi/>
        <w:jc w:val="right"/>
      </w:pPr>
      <w:r>
        <w:rPr>
          <w:rFonts w:ascii="Arial" w:hAnsi="Arial" w:cs="Arial"/>
          <w:sz w:val="24"/>
          <w:rtl/>
          <w:szCs w:val="24"/>
        </w:rPr>
        <w:t>🎯 מטרות: לבחור מיומנות אחת ולהתאמן בה עשר דקות ביום · לרשום כל ערב צעד אחד שעשיתי לקראת המטרה · לבקש עזרה במקום לוותר</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שתפו בדבר אחד שהמשכתם לנסות השבוע, גם אם עוד לא הצליח עד הסוף</w:t>
      </w:r>
    </w:p>
    <w:p>
      <w:pPr>
        <w:bidi/>
        <w:jc w:val="right"/>
      </w:pPr>
      <w:r>
        <w:rPr>
          <w:rFonts w:ascii="Arial" w:hAnsi="Arial" w:cs="Arial"/>
          <w:sz w:val="24"/>
          <w:rtl/>
          <w:szCs w:val="24"/>
        </w:rPr>
        <w:t>• 🙏 למי אתם רוצים להודות על כך שעודד אתכם לא לוותר?</w:t>
      </w:r>
    </w:p>
    <w:p>
      <w:pPr>
        <w:bidi/>
        <w:jc w:val="right"/>
      </w:pPr>
      <w:r>
        <w:rPr>
          <w:rFonts w:ascii="Arial" w:hAnsi="Arial" w:cs="Arial"/>
          <w:sz w:val="24"/>
          <w:rtl/>
          <w:szCs w:val="24"/>
        </w:rPr>
        <w:t>• 💛 העבירו מחמאה על התמדה שראיתם אצל מישהו בכיתה – גם צעד קטן נחשב</w:t>
      </w:r>
    </w:p>
    <w:p>
      <w:pPr>
        <w:bidi/>
        <w:jc w:val="right"/>
      </w:pPr>
      <w:r>
        <w:rPr>
          <w:rFonts w:ascii="Arial" w:hAnsi="Arial" w:cs="Arial"/>
          <w:sz w:val="24"/>
          <w:rtl/>
          <w:szCs w:val="24"/>
        </w:rPr>
        <w:t>• 💡 מה למדתי השבוע על לנסות שוב ועל לנסות אחרת?</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הניחו יד על הלב והגידו לעצמכם בשקט: אני ממשיך, אני ממשיכה, צעד אחר צעד</w:t>
      </w:r>
    </w:p>
    <w:p>
      <w:pPr>
        <w:bidi/>
        <w:pStyle w:val="Heading2"/>
        <w:jc w:val="right"/>
      </w:pPr>
      <w:r>
        <w:rPr>
          <w:rFonts w:ascii="Arial" w:hAnsi="Arial" w:cs="Arial"/>
          <w:b/>
          <w:color w:val="2B8A3E"/>
          <w:sz w:val="32"/>
          <w:rtl/>
          <w:szCs w:val="32"/>
          <w:bCs/>
        </w:rPr>
        <w:t>🔍 סקרנות – שבוע 17.1 עד 22.1.2027 · ט׳ שבט תשפ״ז</w:t>
      </w:r>
    </w:p>
    <w:p>
      <w:pPr>
        <w:bidi/>
        <w:jc w:val="right"/>
      </w:pPr>
      <w:r>
        <w:rPr>
          <w:rFonts w:ascii="Arial" w:hAnsi="Arial" w:cs="Arial"/>
          <w:color w:val="555577"/>
          <w:sz w:val="24"/>
          <w:rtl/>
          <w:szCs w:val="24"/>
        </w:rPr>
        <w:t>הרצון לשאול, לחקור ולגלות דברים חדשים על העולם ועל אנשים · המשפט של השבוע: "כל שאלה טובה היא דלת קטנה לעולם גדול"</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לכיתה הגיע תלמיד חדש, מיכאל, שעלה לפני שנה. רוב הילדים שאלו אותו רק מאיפה הוא. נועה שאלה מה הוא הכי אוהב לאכול בבית, ואיזה משחק ילדים שיחקו אצלו בשכונה. פתאום התחילה שיחה אמיתית.</w:t>
      </w:r>
    </w:p>
    <w:p>
      <w:pPr>
        <w:bidi/>
        <w:jc w:val="right"/>
      </w:pPr>
      <w:r>
        <w:rPr>
          <w:rFonts w:ascii="Arial" w:hAnsi="Arial" w:cs="Arial"/>
          <w:sz w:val="24"/>
          <w:rtl/>
          <w:szCs w:val="24"/>
        </w:rPr>
        <w:t>• מה ההבדל בין שאלה רגילה לשאלה שפותחת שיחה?</w:t>
      </w:r>
    </w:p>
    <w:p>
      <w:pPr>
        <w:bidi/>
        <w:jc w:val="right"/>
      </w:pPr>
      <w:r>
        <w:rPr>
          <w:rFonts w:ascii="Arial" w:hAnsi="Arial" w:cs="Arial"/>
          <w:sz w:val="24"/>
          <w:rtl/>
          <w:szCs w:val="24"/>
        </w:rPr>
        <w:t>• מה הייתם רוצים לשאול מישהו שאתם עוד לא מכירים טוב?</w:t>
      </w:r>
    </w:p>
    <w:p>
      <w:pPr>
        <w:bidi/>
        <w:jc w:val="right"/>
      </w:pPr>
      <w:r>
        <w:rPr>
          <w:rFonts w:ascii="Arial" w:hAnsi="Arial" w:cs="Arial"/>
          <w:b/>
          <w:color w:val="2B8A3E"/>
          <w:sz w:val="26"/>
          <w:rtl/>
          <w:szCs w:val="26"/>
          <w:bCs/>
        </w:rPr>
        <w:t>▌ 📜 פרשת בשלח</w:t>
      </w:r>
    </w:p>
    <w:p>
      <w:pPr>
        <w:bidi/>
        <w:jc w:val="right"/>
      </w:pPr>
      <w:r>
        <w:rPr>
          <w:rFonts w:ascii="Arial" w:hAnsi="Arial" w:cs="Arial"/>
          <w:sz w:val="24"/>
          <w:rtl/>
          <w:szCs w:val="24"/>
        </w:rPr>
        <w:t>"ולא העדיף המרבה והממעיט לא החסיר" (שמות טז, יח) – לוודא</w:t>
      </w:r>
    </w:p>
    <w:p>
      <w:pPr>
        <w:bidi/>
        <w:jc w:val="right"/>
      </w:pPr>
      <w:r>
        <w:rPr>
          <w:rFonts w:ascii="Arial" w:hAnsi="Arial" w:cs="Arial"/>
          <w:sz w:val="24"/>
          <w:rtl/>
          <w:szCs w:val="24"/>
        </w:rPr>
        <w:t>סיפור המן מלמד על הסתפקות: כל אחד קיבל לפי מה שהוא צריך, לא לפי כמה שהצליח לאסוף. אפשר לחשוב מה זה אצלנו – מתי יש לנו מספיק, ומתי אנחנו רק רוצים עוד.</w:t>
      </w:r>
    </w:p>
    <w:p>
      <w:pPr>
        <w:bidi/>
        <w:jc w:val="right"/>
      </w:pPr>
      <w:r>
        <w:rPr>
          <w:rFonts w:ascii="Arial" w:hAnsi="Arial" w:cs="Arial"/>
          <w:sz w:val="24"/>
          <w:rtl/>
          <w:szCs w:val="24"/>
        </w:rPr>
        <w:t>שאלה: מתי הרגשתם שיש לכם בדיוק מספיק?</w:t>
      </w:r>
    </w:p>
    <w:p>
      <w:pPr>
        <w:bidi/>
        <w:jc w:val="right"/>
      </w:pPr>
      <w:r>
        <w:rPr>
          <w:rFonts w:ascii="Arial" w:hAnsi="Arial" w:cs="Arial"/>
          <w:b/>
          <w:color w:val="2B8A3E"/>
          <w:sz w:val="26"/>
          <w:rtl/>
          <w:szCs w:val="26"/>
          <w:bCs/>
        </w:rPr>
        <w:t>▌ ✨ מילים מהפרשה לחיים: "ויאמינו בה' ובמשה עבדו" (שמות יד, לא)</w:t>
      </w:r>
    </w:p>
    <w:p>
      <w:pPr>
        <w:bidi/>
        <w:jc w:val="right"/>
      </w:pPr>
      <w:r>
        <w:rPr>
          <w:rFonts w:ascii="Arial" w:hAnsi="Arial" w:cs="Arial"/>
          <w:sz w:val="24"/>
          <w:rtl/>
          <w:szCs w:val="24"/>
        </w:rPr>
        <w:t>אחרי שעברו את הים, בני ישראל הרגישו אמונה גדולה. לפעמים אחרי שעוברים משהו מפחיד ומצליחים, מבינים שלא היינו לבד. השבוע נשים לב לרגעים קטנים שבהם הרגשנו שמישהו שומר עלינו.</w:t>
      </w:r>
    </w:p>
    <w:p>
      <w:pPr>
        <w:bidi/>
        <w:jc w:val="right"/>
      </w:pPr>
      <w:r>
        <w:rPr>
          <w:rFonts w:ascii="Arial" w:hAnsi="Arial" w:cs="Arial"/>
          <w:sz w:val="24"/>
          <w:rtl/>
          <w:szCs w:val="24"/>
        </w:rPr>
        <w:t>שאלה: מתי הרגשתם שמישהו או משהו נותן לכם כוח?</w:t>
      </w:r>
    </w:p>
    <w:p>
      <w:pPr>
        <w:bidi/>
        <w:jc w:val="right"/>
      </w:pPr>
      <w:r>
        <w:rPr>
          <w:rFonts w:ascii="Arial" w:hAnsi="Arial" w:cs="Arial"/>
          <w:sz w:val="24"/>
          <w:rtl/>
          <w:szCs w:val="24"/>
        </w:rPr>
        <w:t>🧩 חידה: מילה בת ארבע אותיות: אם מורידים את האות הראשונה – נשאר מה שצומח לנו על הראש. מה המילה?  (תשובה: משער (מורידים מ׳ ונשאר שער))</w:t>
      </w:r>
    </w:p>
    <w:p>
      <w:pPr>
        <w:bidi/>
        <w:jc w:val="right"/>
      </w:pPr>
      <w:r>
        <w:rPr>
          <w:rFonts w:ascii="Arial" w:hAnsi="Arial" w:cs="Arial"/>
          <w:sz w:val="24"/>
          <w:rtl/>
          <w:szCs w:val="24"/>
        </w:rPr>
        <w:t>🎯 מטרות: לשאול שאלה אחת בכל שיעור · לקרוא על נושא שמסקרן אותי עשר דקות ביום · לשאול בן משפחה על משהו מהילדות שלו</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שתפו בדבר המפתיע ביותר שגיליתם השבוע</w:t>
      </w:r>
    </w:p>
    <w:p>
      <w:pPr>
        <w:bidi/>
        <w:jc w:val="right"/>
      </w:pPr>
      <w:r>
        <w:rPr>
          <w:rFonts w:ascii="Arial" w:hAnsi="Arial" w:cs="Arial"/>
          <w:sz w:val="24"/>
          <w:rtl/>
          <w:szCs w:val="24"/>
        </w:rPr>
        <w:t>• 🙏 למי אתם רוצים להודות על כך שלימד אתכם משהו חדש השבוע?</w:t>
      </w:r>
    </w:p>
    <w:p>
      <w:pPr>
        <w:bidi/>
        <w:jc w:val="right"/>
      </w:pPr>
      <w:r>
        <w:rPr>
          <w:rFonts w:ascii="Arial" w:hAnsi="Arial" w:cs="Arial"/>
          <w:sz w:val="24"/>
          <w:rtl/>
          <w:szCs w:val="24"/>
        </w:rPr>
        <w:t>• 💛 העבירו מחמאה על שאלה טובה או רעיון מעניין שמישהו העלה השבוע</w:t>
      </w:r>
    </w:p>
    <w:p>
      <w:pPr>
        <w:bidi/>
        <w:jc w:val="right"/>
      </w:pPr>
      <w:r>
        <w:rPr>
          <w:rFonts w:ascii="Arial" w:hAnsi="Arial" w:cs="Arial"/>
          <w:sz w:val="24"/>
          <w:rtl/>
          <w:szCs w:val="24"/>
        </w:rPr>
        <w:t>• 💡 איזו שאלה חדשה נולדה אצלי השבוע?</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עצמו עיניים לרגע ודמיינו שאלה שהייתם רוצים לקחת איתכם לסוף השבוע</w:t>
      </w:r>
    </w:p>
    <w:p>
      <w:pPr>
        <w:bidi/>
        <w:pStyle w:val="Heading2"/>
        <w:jc w:val="right"/>
      </w:pPr>
      <w:r>
        <w:rPr>
          <w:rFonts w:ascii="Arial" w:hAnsi="Arial" w:cs="Arial"/>
          <w:b/>
          <w:color w:val="2B8A3E"/>
          <w:sz w:val="32"/>
          <w:rtl/>
          <w:szCs w:val="32"/>
          <w:bCs/>
        </w:rPr>
        <w:t>🎨 יצירתיות – שבוע 24.1 עד 29.1.2027 · ט״ז שבט תשפ״ז</w:t>
      </w:r>
    </w:p>
    <w:p>
      <w:pPr>
        <w:bidi/>
        <w:jc w:val="right"/>
      </w:pPr>
      <w:r>
        <w:rPr>
          <w:rFonts w:ascii="Arial" w:hAnsi="Arial" w:cs="Arial"/>
          <w:color w:val="555577"/>
          <w:sz w:val="24"/>
          <w:rtl/>
          <w:szCs w:val="24"/>
        </w:rPr>
        <w:t>היכולת לדמיין, להמציא ולמצוא דרכים חדשות ומקוריות לעשות דברים · המשפט של השבוע: "אין רעיון קטן מדי – יש רק רעיון שעוד לא ניסינו"</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בפרויקט קבוצתי, רוב הקבוצה רצתה להכין שוב מצגת, כמו תמיד. אדל הציעה להציג את הנושא כתוכנית רדיו קצרה. בהתחלה צחקו, ואז כל אחד מצא תפקיד: קריין, מראיינת, מומחה מומצא. זו הייתה ההצגה שכולם זכרו.</w:t>
      </w:r>
    </w:p>
    <w:p>
      <w:pPr>
        <w:bidi/>
        <w:jc w:val="right"/>
      </w:pPr>
      <w:r>
        <w:rPr>
          <w:rFonts w:ascii="Arial" w:hAnsi="Arial" w:cs="Arial"/>
          <w:sz w:val="24"/>
          <w:rtl/>
          <w:szCs w:val="24"/>
        </w:rPr>
        <w:t>• למה לפעמים צוחקים על רעיון חדש לפני שמנסים אותו?</w:t>
      </w:r>
    </w:p>
    <w:p>
      <w:pPr>
        <w:bidi/>
        <w:jc w:val="right"/>
      </w:pPr>
      <w:r>
        <w:rPr>
          <w:rFonts w:ascii="Arial" w:hAnsi="Arial" w:cs="Arial"/>
          <w:sz w:val="24"/>
          <w:rtl/>
          <w:szCs w:val="24"/>
        </w:rPr>
        <w:t>• איך אפשר לתת לכל רעיון בקבוצה הזדמנות?</w:t>
      </w:r>
    </w:p>
    <w:p>
      <w:pPr>
        <w:bidi/>
        <w:jc w:val="right"/>
      </w:pPr>
      <w:r>
        <w:rPr>
          <w:rFonts w:ascii="Arial" w:hAnsi="Arial" w:cs="Arial"/>
          <w:b/>
          <w:color w:val="2B8A3E"/>
          <w:sz w:val="26"/>
          <w:rtl/>
          <w:szCs w:val="26"/>
          <w:bCs/>
        </w:rPr>
        <w:t>▌ 📜 פרשת יתרו</w:t>
      </w:r>
    </w:p>
    <w:p>
      <w:pPr>
        <w:bidi/>
        <w:jc w:val="right"/>
      </w:pPr>
      <w:r>
        <w:rPr>
          <w:rFonts w:ascii="Arial" w:hAnsi="Arial" w:cs="Arial"/>
          <w:sz w:val="24"/>
          <w:rtl/>
          <w:szCs w:val="24"/>
        </w:rPr>
        <w:t>"כי כבד ממך הדבר לא תוכל עשהו לבדך" (שמות יח, יח) – לוודא</w:t>
      </w:r>
    </w:p>
    <w:p>
      <w:pPr>
        <w:bidi/>
        <w:jc w:val="right"/>
      </w:pPr>
      <w:r>
        <w:rPr>
          <w:rFonts w:ascii="Arial" w:hAnsi="Arial" w:cs="Arial"/>
          <w:sz w:val="24"/>
          <w:rtl/>
          <w:szCs w:val="24"/>
        </w:rPr>
        <w:t>גם מנהיג גדול צריך מישהו שיגיד לו: לבד אתה לא תוכל. יתרו מלמד שלבקש עזרה ולחלק אחריות זה לא חולשה, אלא חוכמה ששומרת גם עלינו וגם על אחרים.</w:t>
      </w:r>
    </w:p>
    <w:p>
      <w:pPr>
        <w:bidi/>
        <w:jc w:val="right"/>
      </w:pPr>
      <w:r>
        <w:rPr>
          <w:rFonts w:ascii="Arial" w:hAnsi="Arial" w:cs="Arial"/>
          <w:sz w:val="24"/>
          <w:rtl/>
          <w:szCs w:val="24"/>
        </w:rPr>
        <w:t>שאלה: במה הייתם רוצים לקבל עזרה, ומי יכול לעזור לכם?</w:t>
      </w:r>
    </w:p>
    <w:p>
      <w:pPr>
        <w:bidi/>
        <w:jc w:val="right"/>
      </w:pPr>
      <w:r>
        <w:rPr>
          <w:rFonts w:ascii="Arial" w:hAnsi="Arial" w:cs="Arial"/>
          <w:b/>
          <w:color w:val="2B8A3E"/>
          <w:sz w:val="26"/>
          <w:rtl/>
          <w:szCs w:val="26"/>
          <w:bCs/>
        </w:rPr>
        <w:t>▌ ✨ מילים מהפרשה לחיים: "על כנפי נשרים" (שמות יט, ד)</w:t>
      </w:r>
    </w:p>
    <w:p>
      <w:pPr>
        <w:bidi/>
        <w:jc w:val="right"/>
      </w:pPr>
      <w:r>
        <w:rPr>
          <w:rFonts w:ascii="Arial" w:hAnsi="Arial" w:cs="Arial"/>
          <w:sz w:val="24"/>
          <w:rtl/>
          <w:szCs w:val="24"/>
        </w:rPr>
        <w:t>ה' מתאר את יציאת מצרים כאילו נשא את העם על כנפי נשרים. כמו נשר ששומר על גוזליו, גם אנחנו יכולים להרגיש מוגנים ואהובים. השבוע נחשוב מי "נושא" אותנו כשקשה ואת מי אנחנו יכולים לשאת.</w:t>
      </w:r>
    </w:p>
    <w:p>
      <w:pPr>
        <w:bidi/>
        <w:jc w:val="right"/>
      </w:pPr>
      <w:r>
        <w:rPr>
          <w:rFonts w:ascii="Arial" w:hAnsi="Arial" w:cs="Arial"/>
          <w:sz w:val="24"/>
          <w:rtl/>
          <w:szCs w:val="24"/>
        </w:rPr>
        <w:t>שאלה: מי עוזר לכם להרגיש מוגנים וחזקים?</w:t>
      </w:r>
    </w:p>
    <w:p>
      <w:pPr>
        <w:bidi/>
        <w:jc w:val="right"/>
      </w:pPr>
      <w:r>
        <w:rPr>
          <w:rFonts w:ascii="Arial" w:hAnsi="Arial" w:cs="Arial"/>
          <w:sz w:val="24"/>
          <w:rtl/>
          <w:szCs w:val="24"/>
        </w:rPr>
        <w:t>🧩 חידה: איך כותבים את המספר 100 בעזרת שש ספרות 9 בלבד?  (תשובה: 99 ועוד 99 חלקי 99 (99+1=100))</w:t>
      </w:r>
    </w:p>
    <w:p>
      <w:pPr>
        <w:bidi/>
        <w:jc w:val="right"/>
      </w:pPr>
      <w:r>
        <w:rPr>
          <w:rFonts w:ascii="Arial" w:hAnsi="Arial" w:cs="Arial"/>
          <w:sz w:val="24"/>
          <w:rtl/>
          <w:szCs w:val="24"/>
        </w:rPr>
        <w:t>🎯 מטרות: למצוא דרך חדשה ללמוד חומר שקשה לי · להפוך חפץ ישן למשהו שימושי · להציע רעיון לא שגרתי בעבודה קבוצתית</w:t>
      </w:r>
    </w:p>
    <w:p>
      <w:pPr>
        <w:bidi/>
        <w:pStyle w:val="Heading3"/>
        <w:jc w:val="right"/>
      </w:pPr>
      <w:r>
        <w:rPr>
          <w:rFonts w:ascii="Arial" w:hAnsi="Arial" w:cs="Arial"/>
          <w:b/>
          <w:color w:val="333366"/>
          <w:sz w:val="26"/>
          <w:rtl/>
          <w:szCs w:val="26"/>
          <w:bCs/>
        </w:rPr>
        <w:t>🌇 נפרדים משבוע · קבלת שבת</w:t>
      </w:r>
    </w:p>
    <w:p>
      <w:pPr>
        <w:bidi/>
        <w:jc w:val="right"/>
      </w:pPr>
      <w:r>
        <w:rPr>
          <w:rFonts w:ascii="Arial" w:hAnsi="Arial" w:cs="Arial"/>
          <w:sz w:val="24"/>
          <w:rtl/>
          <w:szCs w:val="24"/>
        </w:rPr>
        <w:t>• ⭐ מי שרוצה – הראו או תארו משהו שיצרתם או המצאתם השבוע</w:t>
      </w:r>
    </w:p>
    <w:p>
      <w:pPr>
        <w:bidi/>
        <w:jc w:val="right"/>
      </w:pPr>
      <w:r>
        <w:rPr>
          <w:rFonts w:ascii="Arial" w:hAnsi="Arial" w:cs="Arial"/>
          <w:sz w:val="24"/>
          <w:rtl/>
          <w:szCs w:val="24"/>
        </w:rPr>
        <w:t>• 🙏 למי אתם רוצים להודות על רעיון שעזר לכם או שימח אתכם?</w:t>
      </w:r>
    </w:p>
    <w:p>
      <w:pPr>
        <w:bidi/>
        <w:jc w:val="right"/>
      </w:pPr>
      <w:r>
        <w:rPr>
          <w:rFonts w:ascii="Arial" w:hAnsi="Arial" w:cs="Arial"/>
          <w:sz w:val="24"/>
          <w:rtl/>
          <w:szCs w:val="24"/>
        </w:rPr>
        <w:t>• 💛 העבירו מחמאה על רעיון מקורי או פתרון חכם שראיתם אצל מישהו</w:t>
      </w:r>
    </w:p>
    <w:p>
      <w:pPr>
        <w:bidi/>
        <w:jc w:val="right"/>
      </w:pPr>
      <w:r>
        <w:rPr>
          <w:rFonts w:ascii="Arial" w:hAnsi="Arial" w:cs="Arial"/>
          <w:sz w:val="24"/>
          <w:rtl/>
          <w:szCs w:val="24"/>
        </w:rPr>
        <w:t>• 💡 מה למדתי השבוע על הדמיון שלי?</w:t>
      </w:r>
    </w:p>
    <w:p>
      <w:pPr>
        <w:bidi/>
        <w:jc w:val="right"/>
      </w:pPr>
      <w:r>
        <w:rPr>
          <w:rFonts w:ascii="Arial" w:hAnsi="Arial" w:cs="Arial"/>
          <w:sz w:val="24"/>
          <w:rtl/>
          <w:szCs w:val="24"/>
        </w:rPr>
        <w:t>• 🕯️ שבת שלום – נרות, קידוש וברכה, בבחירה ובעדינות</w:t>
      </w:r>
    </w:p>
    <w:p>
      <w:pPr>
        <w:bidi/>
        <w:jc w:val="right"/>
      </w:pPr>
      <w:r>
        <w:rPr>
          <w:rFonts w:ascii="Arial" w:hAnsi="Arial" w:cs="Arial"/>
          <w:sz w:val="24"/>
          <w:rtl/>
          <w:szCs w:val="24"/>
        </w:rPr>
        <w:t>• 🌙 דמיינו צבע אחד שמרגיע אתכם, ותנו לו למלא אתכם לאט מכף רגל ועד ראש</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פותחים שבוע · נפרדים משבוע – חט״ב (ז׳–ט׳) · ממלכתי־דתי · חלק א: מ־30.8 עד 29.1.2027</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