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חט״ב (ז׳–ט׳) · ממלכתי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בקבוצת ההודעות של השכבה יש בדיחות פנימיות שרק חלק מבינים. ליה מרגישה שהיא קוראת את השיחה מבחוץ, כאילו מסתכלת על מסיבה דרך חלון. היא שוקלת לשאול מה הבדיחה, אבל מפחדת להיראות מוזרה. מה הופך קבוצה למקום שאפשר להיכנס אליו?</w:t>
      </w:r>
    </w:p>
    <w:p>
      <w:pPr>
        <w:bidi/>
        <w:jc w:val="right"/>
      </w:pPr>
      <w:r>
        <w:rPr>
          <w:rFonts w:ascii="Arial" w:hAnsi="Arial" w:cs="Arial"/>
          <w:sz w:val="24"/>
          <w:rtl/>
          <w:szCs w:val="24"/>
        </w:rPr>
        <w:t>• מה ההבדל בין להיות בקבוצה לבין להרגיש שייכים אליה?</w:t>
      </w:r>
    </w:p>
    <w:p>
      <w:pPr>
        <w:bidi/>
        <w:jc w:val="right"/>
      </w:pPr>
      <w:r>
        <w:rPr>
          <w:rFonts w:ascii="Arial" w:hAnsi="Arial" w:cs="Arial"/>
          <w:sz w:val="24"/>
          <w:rtl/>
          <w:szCs w:val="24"/>
        </w:rPr>
        <w:t>• איזה מעשה קטן יכול לפתוח דלת למישהו שמרגיש בחוץ?</w:t>
      </w:r>
    </w:p>
    <w:p>
      <w:pPr>
        <w:bidi/>
        <w:jc w:val="right"/>
      </w:pPr>
      <w:r>
        <w:rPr>
          <w:rFonts w:ascii="Arial" w:hAnsi="Arial" w:cs="Arial"/>
          <w:b/>
          <w:color w:val="2B8A3E"/>
          <w:sz w:val="26"/>
          <w:rtl/>
          <w:szCs w:val="26"/>
          <w:bCs/>
        </w:rPr>
        <w:t>▌ ✨ מילים לחיים: "ובחרת בחיים" (דברים ל, יט)</w:t>
      </w:r>
    </w:p>
    <w:p>
      <w:pPr>
        <w:bidi/>
        <w:jc w:val="right"/>
      </w:pPr>
      <w:r>
        <w:rPr>
          <w:rFonts w:ascii="Arial" w:hAnsi="Arial" w:cs="Arial"/>
          <w:sz w:val="24"/>
          <w:rtl/>
          <w:szCs w:val="24"/>
        </w:rPr>
        <w:t>בכל יום אנחנו עומדים מול הרבה בחירות קטנות: איך לדבר, למי להקשיב, מה לעשות כשקשה. לבחור בחיים פירושו לבחור במה שמצמיח, משמח ובונה, גם אצלנו וגם אצל מי שסביבנו.</w:t>
      </w:r>
    </w:p>
    <w:p>
      <w:pPr>
        <w:bidi/>
        <w:jc w:val="right"/>
      </w:pPr>
      <w:r>
        <w:rPr>
          <w:rFonts w:ascii="Arial" w:hAnsi="Arial" w:cs="Arial"/>
          <w:sz w:val="24"/>
          <w:rtl/>
          <w:szCs w:val="24"/>
        </w:rPr>
        <w:t>שאלה: איזו בחירה קטנה שלכם השבוע יכולה להוסיף טוב לכיתה?</w:t>
      </w:r>
    </w:p>
    <w:p>
      <w:pPr>
        <w:bidi/>
        <w:jc w:val="right"/>
      </w:pPr>
      <w:r>
        <w:rPr>
          <w:rFonts w:ascii="Arial" w:hAnsi="Arial" w:cs="Arial"/>
          <w:sz w:val="24"/>
          <w:rtl/>
          <w:szCs w:val="24"/>
        </w:rPr>
        <w:t>🧩 חידה: איתי, נועה ויוסף אוהבים כל אחד פרי אחר: תפוח, בננה או ענבים. איתי לא אוהב בננה ולא ענבים. נועה לא אוהבת ענבים. איזה פרי אוהב יוסף?  (תשובה: ענבים (איתי – תפוח, נועה – בננה))</w:t>
      </w:r>
    </w:p>
    <w:p>
      <w:pPr>
        <w:bidi/>
        <w:jc w:val="right"/>
      </w:pPr>
      <w:r>
        <w:rPr>
          <w:rFonts w:ascii="Arial" w:hAnsi="Arial" w:cs="Arial"/>
          <w:sz w:val="24"/>
          <w:rtl/>
          <w:szCs w:val="24"/>
        </w:rPr>
        <w:t>🎯 מטרות: לשבת ליד מישהו אחר לפחות בשיעור אחד · לגלות דבר מפתיע אחד על בן או בת כיתה · לשים לב למי שעומד לבד ולהציע להצטרף</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שיהיה לכולם סוף שבוע עם אנשים שטוב לכם איתם</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החליטה להצטרף לחוג חדש שאף אחד מהחברים שלה לא הולך אליו. בדרך לשם היא חשבה לחזור הביתה כמעט בכל רמזור. כשנכנסה, אף אחד לא הסתכל עליה מוזר, ואחת הבנות אפילו פינתה לה מקום. למה הפחד לפני ההתחלה גדול לפעמים מההתחלה עצמה?</w:t>
      </w:r>
    </w:p>
    <w:p>
      <w:pPr>
        <w:bidi/>
        <w:jc w:val="right"/>
      </w:pPr>
      <w:r>
        <w:rPr>
          <w:rFonts w:ascii="Arial" w:hAnsi="Arial" w:cs="Arial"/>
          <w:sz w:val="24"/>
          <w:rtl/>
          <w:szCs w:val="24"/>
        </w:rPr>
        <w:t>• מה מפחיד יותר: להתחיל ולא להצליח או לא להתחיל בכלל?</w:t>
      </w:r>
    </w:p>
    <w:p>
      <w:pPr>
        <w:bidi/>
        <w:jc w:val="right"/>
      </w:pPr>
      <w:r>
        <w:rPr>
          <w:rFonts w:ascii="Arial" w:hAnsi="Arial" w:cs="Arial"/>
          <w:sz w:val="24"/>
          <w:rtl/>
          <w:szCs w:val="24"/>
        </w:rPr>
        <w:t>• איזה הרגל קטן הייתם רוצים להתחיל השבוע?</w:t>
      </w:r>
    </w:p>
    <w:p>
      <w:pPr>
        <w:bidi/>
        <w:jc w:val="right"/>
      </w:pPr>
      <w:r>
        <w:rPr>
          <w:rFonts w:ascii="Arial" w:hAnsi="Arial" w:cs="Arial"/>
          <w:sz w:val="24"/>
          <w:rtl/>
          <w:szCs w:val="24"/>
        </w:rPr>
        <w:t>🧩 חידה: מה המספר הבא בסדרה: 2, 6, 12, 20, 30, ?  (תשובה: 42 (ההפרשים גדלים ב-2: 4, 6, 8, 10, 12))</w:t>
      </w:r>
    </w:p>
    <w:p>
      <w:pPr>
        <w:bidi/>
        <w:jc w:val="right"/>
      </w:pPr>
      <w:r>
        <w:rPr>
          <w:rFonts w:ascii="Arial" w:hAnsi="Arial" w:cs="Arial"/>
          <w:sz w:val="24"/>
          <w:rtl/>
          <w:szCs w:val="24"/>
        </w:rPr>
        <w:t>🎯 מטרות: להתחיל הרגל קטן אחד ולסמן כל יום שעשיתי · לנסות פעילות שלא ניסיתי אף פעם · לפתוח דף חדש עם מישהו שהסתבכתי איתו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שסוף השבוע יביא כוחות חדשים ומנוחה טובה</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כתב בקבוצה משהו מעליב על חבר, "רק בצחוק". החבר ענה באימוג׳י צוחק, אבל למחרת לא הסתכל עליו. מיכאל מבין שצריך להתנצל, אבל לא יודע אם בהודעה או פנים אל פנים. מה ההבדל בין שתי הדרכים?</w:t>
      </w:r>
    </w:p>
    <w:p>
      <w:pPr>
        <w:bidi/>
        <w:jc w:val="right"/>
      </w:pPr>
      <w:r>
        <w:rPr>
          <w:rFonts w:ascii="Arial" w:hAnsi="Arial" w:cs="Arial"/>
          <w:sz w:val="24"/>
          <w:rtl/>
          <w:szCs w:val="24"/>
        </w:rPr>
        <w:t>• מה הופך התנצלות לאמיתית?</w:t>
      </w:r>
    </w:p>
    <w:p>
      <w:pPr>
        <w:bidi/>
        <w:jc w:val="right"/>
      </w:pPr>
      <w:r>
        <w:rPr>
          <w:rFonts w:ascii="Arial" w:hAnsi="Arial" w:cs="Arial"/>
          <w:sz w:val="24"/>
          <w:rtl/>
          <w:szCs w:val="24"/>
        </w:rPr>
        <w:t>• האם מותר לא לסלוח מיד? למה?</w:t>
      </w:r>
    </w:p>
    <w:p>
      <w:pPr>
        <w:bidi/>
        <w:jc w:val="right"/>
      </w:pPr>
      <w:r>
        <w:rPr>
          <w:rFonts w:ascii="Arial" w:hAnsi="Arial" w:cs="Arial"/>
          <w:b/>
          <w:color w:val="2B8A3E"/>
          <w:sz w:val="26"/>
          <w:rtl/>
          <w:szCs w:val="26"/>
          <w:bCs/>
        </w:rPr>
        <w:t>▌ ✨ מילים לחיים: "שאל אביך ויגדך" (דברים לב, ז)</w:t>
      </w:r>
    </w:p>
    <w:p>
      <w:pPr>
        <w:bidi/>
        <w:jc w:val="right"/>
      </w:pPr>
      <w:r>
        <w:rPr>
          <w:rFonts w:ascii="Arial" w:hAnsi="Arial" w:cs="Arial"/>
          <w:sz w:val="24"/>
          <w:rtl/>
          <w:szCs w:val="24"/>
        </w:rPr>
        <w:t>להורים, לסבים ולסבתות ולמבוגרים שמלווים אותנו יש סיפורים וניסיון שאפשר ללמוד מהם. השבוע נזכור ששאלה טובה פותחת שיחה, ושכל משפחה, בכל צורה שלה, מחזיקה אוצר של זיכרונות.</w:t>
      </w:r>
    </w:p>
    <w:p>
      <w:pPr>
        <w:bidi/>
        <w:jc w:val="right"/>
      </w:pPr>
      <w:r>
        <w:rPr>
          <w:rFonts w:ascii="Arial" w:hAnsi="Arial" w:cs="Arial"/>
          <w:sz w:val="24"/>
          <w:rtl/>
          <w:szCs w:val="24"/>
        </w:rPr>
        <w:t>שאלה: איזו שאלה הייתם רוצים לשאול מבוגר קרוב אליכם על הילדות שלו?</w:t>
      </w:r>
    </w:p>
    <w:p>
      <w:pPr>
        <w:bidi/>
        <w:jc w:val="right"/>
      </w:pPr>
      <w:r>
        <w:rPr>
          <w:rFonts w:ascii="Arial" w:hAnsi="Arial" w:cs="Arial"/>
          <w:sz w:val="24"/>
          <w:rtl/>
          <w:szCs w:val="24"/>
        </w:rPr>
        <w:t>🧩 חידה: יש מילה בעברית שאם מוסיפים לה אות אחת בסוף – היא נעשית "קצרה". מהי?  (תשובה: קצר (קצר + ה = קצרה))</w:t>
      </w:r>
    </w:p>
    <w:p>
      <w:pPr>
        <w:bidi/>
        <w:jc w:val="right"/>
      </w:pPr>
      <w:r>
        <w:rPr>
          <w:rFonts w:ascii="Arial" w:hAnsi="Arial" w:cs="Arial"/>
          <w:sz w:val="24"/>
          <w:rtl/>
          <w:szCs w:val="24"/>
        </w:rPr>
        <w:t>🎯 מטרות: להתנצל פנים אל פנים ולא רק בהודעה · לחשוב לפני שאני כותב או כותבת בצחוק על מישהו · לתת הזדמנות שנייה למישהו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שסוף השבוע יהיה רגוע, עם לב קל ושלם</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כתבה פתק תודה קטן למורה שעזרה לה לפני מבחן. היא היססה, כי חששה שיגידו שהיא מתחנפת. בסוף השאירה אותו על השולחן בלי חתימה. מה ההבדל בין תודה כנה לבין חנופה?</w:t>
      </w:r>
    </w:p>
    <w:p>
      <w:pPr>
        <w:bidi/>
        <w:jc w:val="right"/>
      </w:pPr>
      <w:r>
        <w:rPr>
          <w:rFonts w:ascii="Arial" w:hAnsi="Arial" w:cs="Arial"/>
          <w:sz w:val="24"/>
          <w:rtl/>
          <w:szCs w:val="24"/>
        </w:rPr>
        <w:t>• האם אפשר להודות גם על דבר קשה שלימד אותנו משהו?</w:t>
      </w:r>
    </w:p>
    <w:p>
      <w:pPr>
        <w:bidi/>
        <w:jc w:val="right"/>
      </w:pPr>
      <w:r>
        <w:rPr>
          <w:rFonts w:ascii="Arial" w:hAnsi="Arial" w:cs="Arial"/>
          <w:sz w:val="24"/>
          <w:rtl/>
          <w:szCs w:val="24"/>
        </w:rPr>
        <w:t>• איך מודים בלי שזה ייראה מוזר?</w:t>
      </w:r>
    </w:p>
    <w:p>
      <w:pPr>
        <w:bidi/>
        <w:jc w:val="right"/>
      </w:pPr>
      <w:r>
        <w:rPr>
          <w:rFonts w:ascii="Arial" w:hAnsi="Arial" w:cs="Arial"/>
          <w:sz w:val="24"/>
          <w:rtl/>
          <w:szCs w:val="24"/>
        </w:rPr>
        <w:t>🧩 חידה: חשבו על מספר. כפלו אותו ב-2, הוסיפו 10, חלקו ב-2 והחסירו את המספר שחשבתם. מה יצא?  (תשובה: 5 (תמיד, לא משנה איזה מספר בחרתם))</w:t>
      </w:r>
    </w:p>
    <w:p>
      <w:pPr>
        <w:bidi/>
        <w:jc w:val="right"/>
      </w:pPr>
      <w:r>
        <w:rPr>
          <w:rFonts w:ascii="Arial" w:hAnsi="Arial" w:cs="Arial"/>
          <w:sz w:val="24"/>
          <w:rtl/>
          <w:szCs w:val="24"/>
        </w:rPr>
        <w:t>🎯 מטרות: לכתוב פתק תודה למישהו שעזר לי · לרשום כל ערב דבר טוב אחד שקרה · להודות למישהו שבדרך כלל לא שמים לב אליו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שיהיה לכם סוף שבוע מלא ברגעים קטנים וטובים</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דניאל גילה שחבר טוב שלו מעתיק במבחנים. הוא לא רוצה להלשין, אבל גם לא רוצה להעמיד פנים שזה בסדר. החבר בטוח שדניאל "איתו בכל מצב". מה חבר אמיתי עושה במצב כזה?</w:t>
      </w:r>
    </w:p>
    <w:p>
      <w:pPr>
        <w:bidi/>
        <w:jc w:val="right"/>
      </w:pPr>
      <w:r>
        <w:rPr>
          <w:rFonts w:ascii="Arial" w:hAnsi="Arial" w:cs="Arial"/>
          <w:sz w:val="24"/>
          <w:rtl/>
          <w:szCs w:val="24"/>
        </w:rPr>
        <w:t>• האם חבר אמיתי תמיד מסכים איתך?</w:t>
      </w:r>
    </w:p>
    <w:p>
      <w:pPr>
        <w:bidi/>
        <w:jc w:val="right"/>
      </w:pPr>
      <w:r>
        <w:rPr>
          <w:rFonts w:ascii="Arial" w:hAnsi="Arial" w:cs="Arial"/>
          <w:sz w:val="24"/>
          <w:rtl/>
          <w:szCs w:val="24"/>
        </w:rPr>
        <w:t>• איך אומרים לחבר משהו לא נעים בעדינות?</w:t>
      </w:r>
    </w:p>
    <w:p>
      <w:pPr>
        <w:bidi/>
        <w:jc w:val="right"/>
      </w:pPr>
      <w:r>
        <w:rPr>
          <w:rFonts w:ascii="Arial" w:hAnsi="Arial" w:cs="Arial"/>
          <w:b/>
          <w:color w:val="2B8A3E"/>
          <w:sz w:val="26"/>
          <w:rtl/>
          <w:szCs w:val="26"/>
          <w:bCs/>
        </w:rPr>
        <w:t>▌ ✨ מילים לחיים: "השמר אחי אנכי" (בראשית ד, ט)</w:t>
      </w:r>
    </w:p>
    <w:p>
      <w:pPr>
        <w:bidi/>
        <w:jc w:val="right"/>
      </w:pPr>
      <w:r>
        <w:rPr>
          <w:rFonts w:ascii="Arial" w:hAnsi="Arial" w:cs="Arial"/>
          <w:sz w:val="24"/>
          <w:rtl/>
          <w:szCs w:val="24"/>
        </w:rPr>
        <w:t>השאלה העתיקה הזאת עדיין שואלת אותנו: האם אכפת לי ממה שקורה לאחרים? בכיתה שלנו כל אחד ואחת יכולים להיות שומרים זה לזה, לשים לב, לשאול לשלום ולהושיט יד.</w:t>
      </w:r>
    </w:p>
    <w:p>
      <w:pPr>
        <w:bidi/>
        <w:jc w:val="right"/>
      </w:pPr>
      <w:r>
        <w:rPr>
          <w:rFonts w:ascii="Arial" w:hAnsi="Arial" w:cs="Arial"/>
          <w:sz w:val="24"/>
          <w:rtl/>
          <w:szCs w:val="24"/>
        </w:rPr>
        <w:t>שאלה: מה אפשר לעשות כשמרגישים שמישהו בכיתה נשאר לבד?</w:t>
      </w:r>
    </w:p>
    <w:p>
      <w:pPr>
        <w:bidi/>
        <w:jc w:val="right"/>
      </w:pPr>
      <w:r>
        <w:rPr>
          <w:rFonts w:ascii="Arial" w:hAnsi="Arial" w:cs="Arial"/>
          <w:sz w:val="24"/>
          <w:rtl/>
          <w:szCs w:val="24"/>
        </w:rPr>
        <w:t>🧩 חידה: בסל יש שישה תפוחים ויש שישה ילדים. כל ילד מקבל תפוח, ובכל זאת תפוח אחד נשאר בסל. איך?  (תשובה: הילד האחרון קיבל את התפוח יחד עם הסל)</w:t>
      </w:r>
    </w:p>
    <w:p>
      <w:pPr>
        <w:bidi/>
        <w:jc w:val="right"/>
      </w:pPr>
      <w:r>
        <w:rPr>
          <w:rFonts w:ascii="Arial" w:hAnsi="Arial" w:cs="Arial"/>
          <w:sz w:val="24"/>
          <w:rtl/>
          <w:szCs w:val="24"/>
        </w:rPr>
        <w:t>🎯 מטרות: לעשות משהו נחמד לחבר בלי שיבקש · להכיר חבר או חברה חדשים · לשמור סוד של חבר (אם הוא לא מסוכן)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שיהיה לכולם סוף שבוע עם צחוקים וחברים</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רוצה ללמוד לצייר כמו האמנים שהיא רואה ברשת, אבל הציורים שלה נראים לה ילדותיים. היא קורעת דף אחרי דף. המורה לאמנות מציעה לה לשמור את כל הציורים בתיקייה ולהסתכל בהם אחרי חודש. למה לפעמים קשה לראות התקדמות מבפנים?</w:t>
      </w:r>
    </w:p>
    <w:p>
      <w:pPr>
        <w:bidi/>
        <w:jc w:val="right"/>
      </w:pPr>
      <w:r>
        <w:rPr>
          <w:rFonts w:ascii="Arial" w:hAnsi="Arial" w:cs="Arial"/>
          <w:sz w:val="24"/>
          <w:rtl/>
          <w:szCs w:val="24"/>
        </w:rPr>
        <w:t>• איך שומרים על מוטיבציה כשלא רואים תוצאות?</w:t>
      </w:r>
    </w:p>
    <w:p>
      <w:pPr>
        <w:bidi/>
        <w:jc w:val="right"/>
      </w:pPr>
      <w:r>
        <w:rPr>
          <w:rFonts w:ascii="Arial" w:hAnsi="Arial" w:cs="Arial"/>
          <w:sz w:val="24"/>
          <w:rtl/>
          <w:szCs w:val="24"/>
        </w:rPr>
        <w:t>• האם סבלנות לאחרים שונה מסבלנות לעצמנו?</w:t>
      </w:r>
    </w:p>
    <w:p>
      <w:pPr>
        <w:bidi/>
        <w:jc w:val="right"/>
      </w:pPr>
      <w:r>
        <w:rPr>
          <w:rFonts w:ascii="Arial" w:hAnsi="Arial" w:cs="Arial"/>
          <w:b/>
          <w:color w:val="2B8A3E"/>
          <w:sz w:val="26"/>
          <w:rtl/>
          <w:szCs w:val="26"/>
          <w:bCs/>
        </w:rPr>
        <w:t>▌ ✨ מילים לחיים: "שפה אחת ודברים אחדים" (בראשית יא, א)</w:t>
      </w:r>
    </w:p>
    <w:p>
      <w:pPr>
        <w:bidi/>
        <w:jc w:val="right"/>
      </w:pPr>
      <w:r>
        <w:rPr>
          <w:rFonts w:ascii="Arial" w:hAnsi="Arial" w:cs="Arial"/>
          <w:sz w:val="24"/>
          <w:rtl/>
          <w:szCs w:val="24"/>
        </w:rPr>
        <w:t>כשאנשים מדברים זה עם זה ומקשיבים, אפשר לבנות יחד דברים גדולים. השאלה החשובה היא מה בונים: האם משהו שמקרב ומועיל לכולם, או משהו שמראה רק כמה אנחנו חשובים.</w:t>
      </w:r>
    </w:p>
    <w:p>
      <w:pPr>
        <w:bidi/>
        <w:jc w:val="right"/>
      </w:pPr>
      <w:r>
        <w:rPr>
          <w:rFonts w:ascii="Arial" w:hAnsi="Arial" w:cs="Arial"/>
          <w:sz w:val="24"/>
          <w:rtl/>
          <w:szCs w:val="24"/>
        </w:rPr>
        <w:t>שאלה: מה הכיתה שלנו יכולה לבנות יחד השבוע, כשכולנו מדברים באותה שפה?</w:t>
      </w:r>
    </w:p>
    <w:p>
      <w:pPr>
        <w:bidi/>
        <w:jc w:val="right"/>
      </w:pPr>
      <w:r>
        <w:rPr>
          <w:rFonts w:ascii="Arial" w:hAnsi="Arial" w:cs="Arial"/>
          <w:sz w:val="24"/>
          <w:rtl/>
          <w:szCs w:val="24"/>
        </w:rPr>
        <w:t>🧩 חידה: רכבת יוצאת מהתחנה כל 20 דקות. הראשונה יוצאת ב-7:00. באיזו שעה תצא הרכבת החמישית?  (תשובה: 8:20)</w:t>
      </w:r>
    </w:p>
    <w:p>
      <w:pPr>
        <w:bidi/>
        <w:jc w:val="right"/>
      </w:pPr>
      <w:r>
        <w:rPr>
          <w:rFonts w:ascii="Arial" w:hAnsi="Arial" w:cs="Arial"/>
          <w:sz w:val="24"/>
          <w:rtl/>
          <w:szCs w:val="24"/>
        </w:rPr>
        <w:t>🎯 מטרות: להתאמן כל יום עשר דקות על משהו קשה · להקשיב עד הסוף בלי לקטוע · לנשום שלוש נשימות לפני תגובה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שיהיה סוף שבוע רגוע, בלי למהר לשום מקום</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דניאל שבר בטעות את הרמקול של חבר במסיבה. אף אחד לא ראה, והוא יכול פשוט לשתוק. מצד שני, החבר יחפש מי עשה את זה. מה עולה לנו לקחת אחריות, ומה עולה לנו לא לקחת?</w:t>
      </w:r>
    </w:p>
    <w:p>
      <w:pPr>
        <w:bidi/>
        <w:jc w:val="right"/>
      </w:pPr>
      <w:r>
        <w:rPr>
          <w:rFonts w:ascii="Arial" w:hAnsi="Arial" w:cs="Arial"/>
          <w:sz w:val="24"/>
          <w:rtl/>
          <w:szCs w:val="24"/>
        </w:rPr>
        <w:t>• מה ההבדל בין אחריות לבין אשמה?</w:t>
      </w:r>
    </w:p>
    <w:p>
      <w:pPr>
        <w:bidi/>
        <w:jc w:val="right"/>
      </w:pPr>
      <w:r>
        <w:rPr>
          <w:rFonts w:ascii="Arial" w:hAnsi="Arial" w:cs="Arial"/>
          <w:sz w:val="24"/>
          <w:rtl/>
          <w:szCs w:val="24"/>
        </w:rPr>
        <w:t>• האם צריך לספר על טעות שאף אחד לא ראה?</w:t>
      </w:r>
    </w:p>
    <w:p>
      <w:pPr>
        <w:bidi/>
        <w:jc w:val="right"/>
      </w:pPr>
      <w:r>
        <w:rPr>
          <w:rFonts w:ascii="Arial" w:hAnsi="Arial" w:cs="Arial"/>
          <w:b/>
          <w:color w:val="2B8A3E"/>
          <w:sz w:val="26"/>
          <w:rtl/>
          <w:szCs w:val="26"/>
          <w:bCs/>
        </w:rPr>
        <w:t>▌ ✨ מילים לחיים: "אל נא תהי מריבה" (בראשית יג, ח)</w:t>
      </w:r>
    </w:p>
    <w:p>
      <w:pPr>
        <w:bidi/>
        <w:jc w:val="right"/>
      </w:pPr>
      <w:r>
        <w:rPr>
          <w:rFonts w:ascii="Arial" w:hAnsi="Arial" w:cs="Arial"/>
          <w:sz w:val="24"/>
          <w:rtl/>
          <w:szCs w:val="24"/>
        </w:rPr>
        <w:t>כשהיה ויכוח בין הרועים, אברם הציע לוותר ולמצוא פתרון שמתאים לשני הצדדים. גם אצלנו, בהפסקה או בעבודה בקבוצה, אפשר לעצור רגע לפני שהמחלוקת גדלה ולחפש דרך שכולם יוכלו לחיות איתה.</w:t>
      </w:r>
    </w:p>
    <w:p>
      <w:pPr>
        <w:bidi/>
        <w:jc w:val="right"/>
      </w:pPr>
      <w:r>
        <w:rPr>
          <w:rFonts w:ascii="Arial" w:hAnsi="Arial" w:cs="Arial"/>
          <w:sz w:val="24"/>
          <w:rtl/>
          <w:szCs w:val="24"/>
        </w:rPr>
        <w:t>שאלה: מה עוזר לכם להירגע ולחפש פתרון כשמתחיל ויכוח?</w:t>
      </w:r>
    </w:p>
    <w:p>
      <w:pPr>
        <w:bidi/>
        <w:jc w:val="right"/>
      </w:pPr>
      <w:r>
        <w:rPr>
          <w:rFonts w:ascii="Arial" w:hAnsi="Arial" w:cs="Arial"/>
          <w:sz w:val="24"/>
          <w:rtl/>
          <w:szCs w:val="24"/>
        </w:rPr>
        <w:t>🧩 חידה: אם מחרתיים יהיה יום שישי, איזה יום היה אתמול?  (תשובה: יום שלישי (היום יום רביעי))</w:t>
      </w:r>
    </w:p>
    <w:p>
      <w:pPr>
        <w:bidi/>
        <w:jc w:val="right"/>
      </w:pPr>
      <w:r>
        <w:rPr>
          <w:rFonts w:ascii="Arial" w:hAnsi="Arial" w:cs="Arial"/>
          <w:sz w:val="24"/>
          <w:rtl/>
          <w:szCs w:val="24"/>
        </w:rPr>
        <w:t>🎯 מטרות: להגיש משימה אחת בזמן בלי תזכורת · לקבל על עצמי תפקיד אחד בכיתה · להודות בטעות קטנה ולתקן אותה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שתהיה לכם מנוחה טובה, ושגם על עצמכם תשמרו</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בוויכוח בכיתה על נושא שנוי במחלוקת, מאיה ואיתי חושבים הפוך לגמרי. הוויכוח מתחמם, ומישהו קורא לאיתי "טיפש". המורה עוצרת ושואלת: "האם אפשר לא להסכים ועדיין לכבד?" מה דעתכם?</w:t>
      </w:r>
    </w:p>
    <w:p>
      <w:pPr>
        <w:bidi/>
        <w:jc w:val="right"/>
      </w:pPr>
      <w:r>
        <w:rPr>
          <w:rFonts w:ascii="Arial" w:hAnsi="Arial" w:cs="Arial"/>
          <w:sz w:val="24"/>
          <w:rtl/>
          <w:szCs w:val="24"/>
        </w:rPr>
        <w:t>• מה ההבדל בין ויכוח לבין העלבה?</w:t>
      </w:r>
    </w:p>
    <w:p>
      <w:pPr>
        <w:bidi/>
        <w:jc w:val="right"/>
      </w:pPr>
      <w:r>
        <w:rPr>
          <w:rFonts w:ascii="Arial" w:hAnsi="Arial" w:cs="Arial"/>
          <w:sz w:val="24"/>
          <w:rtl/>
          <w:szCs w:val="24"/>
        </w:rPr>
        <w:t>• איך מגיבים כשמישהו לא מכבד אותנו?</w:t>
      </w:r>
    </w:p>
    <w:p>
      <w:pPr>
        <w:bidi/>
        <w:jc w:val="right"/>
      </w:pPr>
      <w:r>
        <w:rPr>
          <w:rFonts w:ascii="Arial" w:hAnsi="Arial" w:cs="Arial"/>
          <w:b/>
          <w:color w:val="2B8A3E"/>
          <w:sz w:val="26"/>
          <w:rtl/>
          <w:szCs w:val="26"/>
          <w:bCs/>
        </w:rPr>
        <w:t>▌ ✨ מילים לחיים: "וירץ לקראתם" (בראשית יח, ב)</w:t>
      </w:r>
    </w:p>
    <w:p>
      <w:pPr>
        <w:bidi/>
        <w:jc w:val="right"/>
      </w:pPr>
      <w:r>
        <w:rPr>
          <w:rFonts w:ascii="Arial" w:hAnsi="Arial" w:cs="Arial"/>
          <w:sz w:val="24"/>
          <w:rtl/>
          <w:szCs w:val="24"/>
        </w:rPr>
        <w:t>אברהם ישב בפתח האוהל ביום חם, וכשראה אורחים הוא לא חיכה, אלא רץ לקראתם. השבוע נתרגל לשים לב למי שמגיע, תלמיד חדש, אורח או חבר עצוב, ולצאת לקראתו בלב פתוח.</w:t>
      </w:r>
    </w:p>
    <w:p>
      <w:pPr>
        <w:bidi/>
        <w:jc w:val="right"/>
      </w:pPr>
      <w:r>
        <w:rPr>
          <w:rFonts w:ascii="Arial" w:hAnsi="Arial" w:cs="Arial"/>
          <w:sz w:val="24"/>
          <w:rtl/>
          <w:szCs w:val="24"/>
        </w:rPr>
        <w:t>שאלה: איך הייתם רוצים שיקבלו אתכם כשאתם מגיעים למקום חדש?</w:t>
      </w:r>
    </w:p>
    <w:p>
      <w:pPr>
        <w:bidi/>
        <w:jc w:val="right"/>
      </w:pPr>
      <w:r>
        <w:rPr>
          <w:rFonts w:ascii="Arial" w:hAnsi="Arial" w:cs="Arial"/>
          <w:sz w:val="24"/>
          <w:rtl/>
          <w:szCs w:val="24"/>
        </w:rPr>
        <w:t>🧩 חידה: בכיתה 30 תלמידים. 18 אוהבים כדורגל, 15 אוהבים כדורסל ו-5 לא אוהבים אף אחד מהם. כמה אוהבים את שניהם?  (תשובה: 8 (25 אוהבים לפחות אחד, ו-18 ועוד 15 זה 33))</w:t>
      </w:r>
    </w:p>
    <w:p>
      <w:pPr>
        <w:bidi/>
        <w:jc w:val="right"/>
      </w:pPr>
      <w:r>
        <w:rPr>
          <w:rFonts w:ascii="Arial" w:hAnsi="Arial" w:cs="Arial"/>
          <w:sz w:val="24"/>
          <w:rtl/>
          <w:szCs w:val="24"/>
        </w:rPr>
        <w:t>🎯 מטרות: לא להעליב גם כשאני לא מסכים או מסכימה · לפנות לכולם בשם, לא בכינוי · לכבד את הפרטיות של חברים ברשת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שיהיה לכם סוף שבוע שבו מכבדים ומכבדות אתכם</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בשיחה בטלפון אדל אומרת "אני מקשיבה", אבל בו בזמן גוללת ברשת. החבר שלה שואל שאלה, והיא עונה "מה?". הוא אומר "עזבי, לא חשוב". כמה משיחות היום שלנו קורות כשחצי מאיתנו במקום אחר?</w:t>
      </w:r>
    </w:p>
    <w:p>
      <w:pPr>
        <w:bidi/>
        <w:jc w:val="right"/>
      </w:pPr>
      <w:r>
        <w:rPr>
          <w:rFonts w:ascii="Arial" w:hAnsi="Arial" w:cs="Arial"/>
          <w:sz w:val="24"/>
          <w:rtl/>
          <w:szCs w:val="24"/>
        </w:rPr>
        <w:t>• האם אפשר להקשיב ובו בזמן להסתכל בטלפון?</w:t>
      </w:r>
    </w:p>
    <w:p>
      <w:pPr>
        <w:bidi/>
        <w:jc w:val="right"/>
      </w:pPr>
      <w:r>
        <w:rPr>
          <w:rFonts w:ascii="Arial" w:hAnsi="Arial" w:cs="Arial"/>
          <w:sz w:val="24"/>
          <w:rtl/>
          <w:szCs w:val="24"/>
        </w:rPr>
        <w:t>• מתי כדאי לא לתת עצה ורק להקשיב?</w:t>
      </w:r>
    </w:p>
    <w:p>
      <w:pPr>
        <w:bidi/>
        <w:jc w:val="right"/>
      </w:pPr>
      <w:r>
        <w:rPr>
          <w:rFonts w:ascii="Arial" w:hAnsi="Arial" w:cs="Arial"/>
          <w:b/>
          <w:color w:val="2B8A3E"/>
          <w:sz w:val="26"/>
          <w:rtl/>
          <w:szCs w:val="26"/>
          <w:bCs/>
        </w:rPr>
        <w:t>▌ ✨ מילים לחיים: "גם לגמליך אשאב" (בראשית כד, יט)</w:t>
      </w:r>
    </w:p>
    <w:p>
      <w:pPr>
        <w:bidi/>
        <w:jc w:val="right"/>
      </w:pPr>
      <w:r>
        <w:rPr>
          <w:rFonts w:ascii="Arial" w:hAnsi="Arial" w:cs="Arial"/>
          <w:sz w:val="24"/>
          <w:rtl/>
          <w:szCs w:val="24"/>
        </w:rPr>
        <w:t>רבקה התבקשה לתת מעט מים, אבל היא שאבה גם לכל הגמלים, הרבה מעבר למה שביקשו ממנה. נדיבות אמיתית מתגלה כשעושים קצת יותר, מתוך רצון ולא מתוך חובה.</w:t>
      </w:r>
    </w:p>
    <w:p>
      <w:pPr>
        <w:bidi/>
        <w:jc w:val="right"/>
      </w:pPr>
      <w:r>
        <w:rPr>
          <w:rFonts w:ascii="Arial" w:hAnsi="Arial" w:cs="Arial"/>
          <w:sz w:val="24"/>
          <w:rtl/>
          <w:szCs w:val="24"/>
        </w:rPr>
        <w:t>שאלה: מתי מישהו עשה בשבילכם יותר ממה שביקשתם, ואיך הרגשתם?</w:t>
      </w:r>
    </w:p>
    <w:p>
      <w:pPr>
        <w:bidi/>
        <w:jc w:val="right"/>
      </w:pPr>
      <w:r>
        <w:rPr>
          <w:rFonts w:ascii="Arial" w:hAnsi="Arial" w:cs="Arial"/>
          <w:sz w:val="24"/>
          <w:rtl/>
          <w:szCs w:val="24"/>
        </w:rPr>
        <w:t>🧩 חידה: מה המספר הבא בסדרה: 3, 6, 11, 18, 27, ?  (תשובה: 38 (מוסיפים 3, 5, 7, 9 ואז 11))</w:t>
      </w:r>
    </w:p>
    <w:p>
      <w:pPr>
        <w:bidi/>
        <w:jc w:val="right"/>
      </w:pPr>
      <w:r>
        <w:rPr>
          <w:rFonts w:ascii="Arial" w:hAnsi="Arial" w:cs="Arial"/>
          <w:sz w:val="24"/>
          <w:rtl/>
          <w:szCs w:val="24"/>
        </w:rPr>
        <w:t>🎯 מטרות: להניח את הטלפון בצד בשיחה אחת ביום · לחזור במילים שלי על מה ששמעתי · לשאול "ומה עוד?" לפני שאני עונה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שיהיה לכם סוף שבוע עם שיחות טובות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עלתה ארצה בגיל שלוש ולא זוכרת את הכפר שבו נולדה. בסיגד היא שומעת את הקסים קוראים ומרגישה משהו, אבל לא יודעת להגדיר אותו. חברה שואלת אותה "את מרגישה יותר מפה או משם?" האם צריך לבחור?</w:t>
      </w:r>
    </w:p>
    <w:p>
      <w:pPr>
        <w:bidi/>
        <w:jc w:val="right"/>
      </w:pPr>
      <w:r>
        <w:rPr>
          <w:rFonts w:ascii="Arial" w:hAnsi="Arial" w:cs="Arial"/>
          <w:sz w:val="24"/>
          <w:rtl/>
          <w:szCs w:val="24"/>
        </w:rPr>
        <w:t>• האם אפשר להשתייך לשני מקומות בבת אחת?</w:t>
      </w:r>
    </w:p>
    <w:p>
      <w:pPr>
        <w:bidi/>
        <w:jc w:val="right"/>
      </w:pPr>
      <w:r>
        <w:rPr>
          <w:rFonts w:ascii="Arial" w:hAnsi="Arial" w:cs="Arial"/>
          <w:sz w:val="24"/>
          <w:rtl/>
          <w:szCs w:val="24"/>
        </w:rPr>
        <w:t>• מה אנחנו יכולים ללמוד מקהילה ששמרה על חלום דורות רבים?</w:t>
      </w:r>
    </w:p>
    <w:p>
      <w:pPr>
        <w:bidi/>
        <w:jc w:val="right"/>
      </w:pPr>
      <w:r>
        <w:rPr>
          <w:rFonts w:ascii="Arial" w:hAnsi="Arial" w:cs="Arial"/>
          <w:b/>
          <w:color w:val="2B8A3E"/>
          <w:sz w:val="26"/>
          <w:rtl/>
          <w:szCs w:val="26"/>
          <w:bCs/>
        </w:rPr>
        <w:t>▌ ✨ מילים לחיים: "וישב יצחק ויחפר" (בראשית כו, יח)</w:t>
      </w:r>
    </w:p>
    <w:p>
      <w:pPr>
        <w:bidi/>
        <w:jc w:val="right"/>
      </w:pPr>
      <w:r>
        <w:rPr>
          <w:rFonts w:ascii="Arial" w:hAnsi="Arial" w:cs="Arial"/>
          <w:sz w:val="24"/>
          <w:rtl/>
          <w:szCs w:val="24"/>
        </w:rPr>
        <w:t>יצחק חזר לחפור את הבארות שהיו סתומות, ולא ויתר גם כשהעבודה הייתה קשה. התמדה פירושה לנסות שוב ושוב, בשיעורי בית, באימון או בחברות שצריך לחדש.</w:t>
      </w:r>
    </w:p>
    <w:p>
      <w:pPr>
        <w:bidi/>
        <w:jc w:val="right"/>
      </w:pPr>
      <w:r>
        <w:rPr>
          <w:rFonts w:ascii="Arial" w:hAnsi="Arial" w:cs="Arial"/>
          <w:sz w:val="24"/>
          <w:rtl/>
          <w:szCs w:val="24"/>
        </w:rPr>
        <w:t>שאלה: באיזה תחום הייתם רוצים לחזור ולנסות שוב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 חידה: ראש חודש כסליו השנה נמשך יומיים. היום הראשון שלו הוא בעצם היום האחרון של החודש הקודם. איזה תאריך עברי הוא?  (תשובה: ל׳ בחשוון)</w:t>
      </w:r>
    </w:p>
    <w:p>
      <w:pPr>
        <w:bidi/>
        <w:jc w:val="right"/>
      </w:pPr>
      <w:r>
        <w:rPr>
          <w:rFonts w:ascii="Arial" w:hAnsi="Arial" w:cs="Arial"/>
          <w:sz w:val="24"/>
          <w:rtl/>
          <w:szCs w:val="24"/>
        </w:rPr>
        <w:t>🎯 מטרות: ללמוד מנהג אחד של הסיגד ולספר עליו · לשאול מישהו מהכיתה על חג חשוב במשפחה שלו · לבחור דבר אחד לחדש בחודש כסליו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חודש טוב לכולם, ושיהיה סוף שבוע של חיבור ושל מנוחה</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יוסף רוצה להשתתף בהצגה, אבל מפחד שיצחקו על המבטא שלו. הוא כבר מכיר את כל השורות בעל פה. ביום האודישן הוא עומד ליד הדלת עשר דקות. איך נראה אומץ מבפנים, כשאף אחד לא רואה?</w:t>
      </w:r>
    </w:p>
    <w:p>
      <w:pPr>
        <w:bidi/>
        <w:jc w:val="right"/>
      </w:pPr>
      <w:r>
        <w:rPr>
          <w:rFonts w:ascii="Arial" w:hAnsi="Arial" w:cs="Arial"/>
          <w:sz w:val="24"/>
          <w:rtl/>
          <w:szCs w:val="24"/>
        </w:rPr>
        <w:t>• מה פירוש אומץ שקט?</w:t>
      </w:r>
    </w:p>
    <w:p>
      <w:pPr>
        <w:bidi/>
        <w:jc w:val="right"/>
      </w:pPr>
      <w:r>
        <w:rPr>
          <w:rFonts w:ascii="Arial" w:hAnsi="Arial" w:cs="Arial"/>
          <w:sz w:val="24"/>
          <w:rtl/>
          <w:szCs w:val="24"/>
        </w:rPr>
        <w:t>• איך עומדים מול לחץ של חברים?</w:t>
      </w:r>
    </w:p>
    <w:p>
      <w:pPr>
        <w:bidi/>
        <w:jc w:val="right"/>
      </w:pPr>
      <w:r>
        <w:rPr>
          <w:rFonts w:ascii="Arial" w:hAnsi="Arial" w:cs="Arial"/>
          <w:b/>
          <w:color w:val="2B8A3E"/>
          <w:sz w:val="26"/>
          <w:rtl/>
          <w:szCs w:val="26"/>
          <w:bCs/>
        </w:rPr>
        <w:t>▌ ✨ מילים לחיים: "ויהיו בעיניו כימים אחדים" (בראשית כט, כ)</w:t>
      </w:r>
    </w:p>
    <w:p>
      <w:pPr>
        <w:bidi/>
        <w:jc w:val="right"/>
      </w:pPr>
      <w:r>
        <w:rPr>
          <w:rFonts w:ascii="Arial" w:hAnsi="Arial" w:cs="Arial"/>
          <w:sz w:val="24"/>
          <w:rtl/>
          <w:szCs w:val="24"/>
        </w:rPr>
        <w:t>יעקב עבד שנים רבות, אבל מתוך אהבה הן נראו לו כמו ימים ספורים. כשאנחנו עושים משהו שאכפת לנו ממנו באמת, גם מאמץ ארוך נעשה קל יותר.</w:t>
      </w:r>
    </w:p>
    <w:p>
      <w:pPr>
        <w:bidi/>
        <w:jc w:val="right"/>
      </w:pPr>
      <w:r>
        <w:rPr>
          <w:rFonts w:ascii="Arial" w:hAnsi="Arial" w:cs="Arial"/>
          <w:sz w:val="24"/>
          <w:rtl/>
          <w:szCs w:val="24"/>
        </w:rPr>
        <w:t>שאלה: מה אתם אוהבים לעשות כל כך, שהזמן פשוט עף?</w:t>
      </w:r>
    </w:p>
    <w:p>
      <w:pPr>
        <w:bidi/>
        <w:jc w:val="right"/>
      </w:pPr>
      <w:r>
        <w:rPr>
          <w:rFonts w:ascii="Arial" w:hAnsi="Arial" w:cs="Arial"/>
          <w:sz w:val="24"/>
          <w:rtl/>
          <w:szCs w:val="24"/>
        </w:rPr>
        <w:t>🧩 חידה: מה המספר הבא בסדרה: 1, 1, 2, 3, 5, 8, ?  (תשובה: 13 (כל מספר הוא סכום שני הקודמים))</w:t>
      </w:r>
    </w:p>
    <w:p>
      <w:pPr>
        <w:bidi/>
        <w:jc w:val="right"/>
      </w:pPr>
      <w:r>
        <w:rPr>
          <w:rFonts w:ascii="Arial" w:hAnsi="Arial" w:cs="Arial"/>
          <w:sz w:val="24"/>
          <w:rtl/>
          <w:szCs w:val="24"/>
        </w:rPr>
        <w:t>🎯 מטרות: להגיד את דעתי בשיעור לפחות פעם אחת · לעמוד לצד מי שצוחקים עליו · לבקש עזרה כשאני צריך או צריכה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שיהיה לכם סוף שבוע שבו תרגישו חזקים וחזקות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בשכבה מתארגן איסוף משחקים לילדים במחלקת ילדים בבית חולים. נועה רוצה לתרום, אבל גם רוצה שידעו שתרמה, ולכן מצלמת הכול. חבר אומר שזה "רק בשביל הלייקים". האם הכוונה חשובה, אם בסוף ילד מקבל משחק?</w:t>
      </w:r>
    </w:p>
    <w:p>
      <w:pPr>
        <w:bidi/>
        <w:jc w:val="right"/>
      </w:pPr>
      <w:r>
        <w:rPr>
          <w:rFonts w:ascii="Arial" w:hAnsi="Arial" w:cs="Arial"/>
          <w:sz w:val="24"/>
          <w:rtl/>
          <w:szCs w:val="24"/>
        </w:rPr>
        <w:t>• האם הכוונה חשובה כשנותנים?</w:t>
      </w:r>
    </w:p>
    <w:p>
      <w:pPr>
        <w:bidi/>
        <w:jc w:val="right"/>
      </w:pPr>
      <w:r>
        <w:rPr>
          <w:rFonts w:ascii="Arial" w:hAnsi="Arial" w:cs="Arial"/>
          <w:sz w:val="24"/>
          <w:rtl/>
          <w:szCs w:val="24"/>
        </w:rPr>
        <w:t>• איך נותנים בלי להשפיל את מי שמקבל?</w:t>
      </w:r>
    </w:p>
    <w:p>
      <w:pPr>
        <w:bidi/>
        <w:jc w:val="right"/>
      </w:pPr>
      <w:r>
        <w:rPr>
          <w:rFonts w:ascii="Arial" w:hAnsi="Arial" w:cs="Arial"/>
          <w:b/>
          <w:color w:val="2B8A3E"/>
          <w:sz w:val="26"/>
          <w:rtl/>
          <w:szCs w:val="26"/>
          <w:bCs/>
        </w:rPr>
        <w:t>▌ ✨ מילים לחיים: "וירץ עשו לקראתו" (בראשית לג, ד)</w:t>
      </w:r>
    </w:p>
    <w:p>
      <w:pPr>
        <w:bidi/>
        <w:jc w:val="right"/>
      </w:pPr>
      <w:r>
        <w:rPr>
          <w:rFonts w:ascii="Arial" w:hAnsi="Arial" w:cs="Arial"/>
          <w:sz w:val="24"/>
          <w:rtl/>
          <w:szCs w:val="24"/>
        </w:rPr>
        <w:t>אחרי שנים של כעס וריחוק, האחים נפגשים ומתחבקים. פיוס אפשרי גם אחרי ריב ארוך, כשמישהו מוכן לעשות את הצעד הראשון ולפתוח את הלב.</w:t>
      </w:r>
    </w:p>
    <w:p>
      <w:pPr>
        <w:bidi/>
        <w:jc w:val="right"/>
      </w:pPr>
      <w:r>
        <w:rPr>
          <w:rFonts w:ascii="Arial" w:hAnsi="Arial" w:cs="Arial"/>
          <w:sz w:val="24"/>
          <w:rtl/>
          <w:szCs w:val="24"/>
        </w:rPr>
        <w:t>שאלה: מה יכול לעזור לשני חברים לחזור לדבר אחרי ריב?</w:t>
      </w:r>
    </w:p>
    <w:p>
      <w:pPr>
        <w:bidi/>
        <w:jc w:val="right"/>
      </w:pPr>
      <w:r>
        <w:rPr>
          <w:rFonts w:ascii="Arial" w:hAnsi="Arial" w:cs="Arial"/>
          <w:sz w:val="24"/>
          <w:rtl/>
          <w:szCs w:val="24"/>
        </w:rPr>
        <w:t>🧩 חידה: לאלמז יש פי שניים עפרונות מאשר לליה. ביחד יש להן 18 עפרונות. כמה עפרונות יש לליה?  (תשובה: 6 עפרונות (ולאלמז 12))</w:t>
      </w:r>
    </w:p>
    <w:p>
      <w:pPr>
        <w:bidi/>
        <w:jc w:val="right"/>
      </w:pPr>
      <w:r>
        <w:rPr>
          <w:rFonts w:ascii="Arial" w:hAnsi="Arial" w:cs="Arial"/>
          <w:sz w:val="24"/>
          <w:rtl/>
          <w:szCs w:val="24"/>
        </w:rPr>
        <w:t>🎯 מטרות: לתת שעה מזמני למישהו שצריך · לעזור לחבר בשיעורי בית · לתרום משחק או בגד שאני לא צריך או צריכה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שיהיה לכם סוף שבוע מלא בטוב, לתת וגם לקבל</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שמה לב שבכל חג יש ילדים שנשארים לבד בחופשה. היא מציעה לכיתה רעיון: כל אחד יכתוב פתק אור קטן לתלמיד או תלמידה מכיתה אחרת שהוא לא מכיר. בהתחלה זה נראה מוזר, אבל כשהפתקים מתחילים להגיע – פתאום כולם מחכים לשלהם.</w:t>
      </w:r>
    </w:p>
    <w:p>
      <w:pPr>
        <w:bidi/>
        <w:jc w:val="right"/>
      </w:pPr>
      <w:r>
        <w:rPr>
          <w:rFonts w:ascii="Arial" w:hAnsi="Arial" w:cs="Arial"/>
          <w:sz w:val="24"/>
          <w:rtl/>
          <w:szCs w:val="24"/>
        </w:rPr>
        <w:t>• למה פתק קטן ממישהו שלא מכירים יכול לשמח כל כך?</w:t>
      </w:r>
    </w:p>
    <w:p>
      <w:pPr>
        <w:bidi/>
        <w:jc w:val="right"/>
      </w:pPr>
      <w:r>
        <w:rPr>
          <w:rFonts w:ascii="Arial" w:hAnsi="Arial" w:cs="Arial"/>
          <w:sz w:val="24"/>
          <w:rtl/>
          <w:szCs w:val="24"/>
        </w:rPr>
        <w:t>• מי בסביבה שלנו אולי צריך קצת אור החודש?</w:t>
      </w:r>
    </w:p>
    <w:p>
      <w:pPr>
        <w:bidi/>
        <w:jc w:val="right"/>
      </w:pPr>
      <w:r>
        <w:rPr>
          <w:rFonts w:ascii="Arial" w:hAnsi="Arial" w:cs="Arial"/>
          <w:b/>
          <w:color w:val="2B8A3E"/>
          <w:sz w:val="26"/>
          <w:rtl/>
          <w:szCs w:val="26"/>
          <w:bCs/>
        </w:rPr>
        <w:t>▌ ✨ מילים לחיים: "את אחי אנכי מבקש" (בראשית לז, טז)</w:t>
      </w:r>
    </w:p>
    <w:p>
      <w:pPr>
        <w:bidi/>
        <w:jc w:val="right"/>
      </w:pPr>
      <w:r>
        <w:rPr>
          <w:rFonts w:ascii="Arial" w:hAnsi="Arial" w:cs="Arial"/>
          <w:sz w:val="24"/>
          <w:rtl/>
          <w:szCs w:val="24"/>
        </w:rPr>
        <w:t>יוסף הולך בשדות ומחפש את אחיו, גם אחרי שהיחסים ביניהם היו קשים. לפעמים צריך לצאת ולחפש את הקשר עם מי שקרוב אלינו, אח, אחות או חבר שהתרחק.</w:t>
      </w:r>
    </w:p>
    <w:p>
      <w:pPr>
        <w:bidi/>
        <w:jc w:val="right"/>
      </w:pPr>
      <w:r>
        <w:rPr>
          <w:rFonts w:ascii="Arial" w:hAnsi="Arial" w:cs="Arial"/>
          <w:sz w:val="24"/>
          <w:rtl/>
          <w:szCs w:val="24"/>
        </w:rPr>
        <w:t>שאלה: את מי הייתם רוצים לחפש ולהתקרב אליו השבוע?</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 חידה: בחנוכה מדליקים בערב הראשון נר אחד, בשני שניים, וכך עד שמונה. כמה נרות מדליקים בכל החג, בלי השמש?  (תשובה: 36 (1+2+3+4+5+6+7+8))</w:t>
      </w:r>
    </w:p>
    <w:p>
      <w:pPr>
        <w:bidi/>
        <w:jc w:val="right"/>
      </w:pPr>
      <w:r>
        <w:rPr>
          <w:rFonts w:ascii="Arial" w:hAnsi="Arial" w:cs="Arial"/>
          <w:sz w:val="24"/>
          <w:rtl/>
          <w:szCs w:val="24"/>
        </w:rPr>
        <w:t>🎯 מטרות: לכתוב פתק אור לתלמיד או תלמידה מכיתה אחרת · להוסיף כל יום מעשה טוב אחד – כמו נר נוסף · להזמין מישהו להצטרף אלינו בחופשה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חג אורים שמח – שיהיה לכולנו חג מואר, חם ומתוק</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בחנוכה מספרים על קבוצה קטנה שלא ויתרה על מה שהיה חשוב לה, ועל פח שמן קטן שהספיק לשמונה ימים. גם בחיים שלנו יש רגעים שבהם נראה שהכוח שלנו קטן מדי. ובכל זאת, מעשה קטן של אומץ או נתינה יכול להאיר הרבה יותר ממה שחשבנו. מתי משהו קטן הפתיע אתכם בכוח שלו?</w:t>
      </w:r>
    </w:p>
    <w:p>
      <w:pPr>
        <w:bidi/>
        <w:jc w:val="right"/>
      </w:pPr>
      <w:r>
        <w:rPr>
          <w:rFonts w:ascii="Arial" w:hAnsi="Arial" w:cs="Arial"/>
          <w:sz w:val="24"/>
          <w:rtl/>
          <w:szCs w:val="24"/>
        </w:rPr>
        <w:t>• מתי מעשה קטן שלכם האיר למישהו את היום?</w:t>
      </w:r>
    </w:p>
    <w:p>
      <w:pPr>
        <w:bidi/>
        <w:jc w:val="right"/>
      </w:pPr>
      <w:r>
        <w:rPr>
          <w:rFonts w:ascii="Arial" w:hAnsi="Arial" w:cs="Arial"/>
          <w:sz w:val="24"/>
          <w:rtl/>
          <w:szCs w:val="24"/>
        </w:rPr>
        <w:t>• למה לדעתכם חשוב לכבד בנות ונשים גם ביום מיוחד?</w:t>
      </w:r>
    </w:p>
    <w:p>
      <w:pPr>
        <w:bidi/>
        <w:jc w:val="right"/>
      </w:pPr>
      <w:r>
        <w:rPr>
          <w:rFonts w:ascii="Arial" w:hAnsi="Arial" w:cs="Arial"/>
          <w:b/>
          <w:color w:val="2B8A3E"/>
          <w:sz w:val="26"/>
          <w:rtl/>
          <w:szCs w:val="26"/>
          <w:bCs/>
        </w:rPr>
        <w:t>▌ ✨ מילים לחיים: "אבל אשמים אנחנו" (בראשית מב, כא)</w:t>
      </w:r>
    </w:p>
    <w:p>
      <w:pPr>
        <w:bidi/>
        <w:jc w:val="right"/>
      </w:pPr>
      <w:r>
        <w:rPr>
          <w:rFonts w:ascii="Arial" w:hAnsi="Arial" w:cs="Arial"/>
          <w:sz w:val="24"/>
          <w:rtl/>
          <w:szCs w:val="24"/>
        </w:rPr>
        <w:t>האחים עוצרים ומודים בטעות שעשו לפני שנים. לקחת אחריות זה לא קל, אבל זה הצעד הראשון לתיקון, בכיתה, בבית ובכל קשר.</w:t>
      </w:r>
    </w:p>
    <w:p>
      <w:pPr>
        <w:bidi/>
        <w:jc w:val="right"/>
      </w:pPr>
      <w:r>
        <w:rPr>
          <w:rFonts w:ascii="Arial" w:hAnsi="Arial" w:cs="Arial"/>
          <w:sz w:val="24"/>
          <w:rtl/>
          <w:szCs w:val="24"/>
        </w:rPr>
        <w:t>שאלה: מה עוזר לכם להודות בטעות ולומר סליחה?</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 חידה: בחנוכה מדליקים נר אחד בלילה הראשון, שניים בשני, וכך עד שמונה, ובכל לילה גם שמש. כמה נרות צריך לכל החג?  (תשובה: 44)</w:t>
      </w:r>
    </w:p>
    <w:p>
      <w:pPr>
        <w:bidi/>
        <w:jc w:val="right"/>
      </w:pPr>
      <w:r>
        <w:rPr>
          <w:rFonts w:ascii="Arial" w:hAnsi="Arial" w:cs="Arial"/>
          <w:sz w:val="24"/>
          <w:rtl/>
          <w:szCs w:val="24"/>
        </w:rPr>
        <w:t>🎯 מטרות: לעשות מעשה טוב אחד בכל יום של חנוכה · לפרגן לבנות ולנשים שעוזרות לי · להכיר מנהג חנוכה של חבר או חברה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שיהיה לכולנו סוף חג מואר, מתוק וחם, עם האנשים שאנחנו אוהבים</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עברה תקופה קשה: ציונים ירדו, וחברה טובה עברה עיר. בערב אחד כתבה רשימה של "דברים שעוד מחכים לי": טיול השנתי, הכלב שהבטיחו לה, הספר החדש של הסדרה האהובה. הרשימה לא פתרה כלום, אבל משהו בה נרגע. למה?</w:t>
      </w:r>
    </w:p>
    <w:p>
      <w:pPr>
        <w:bidi/>
        <w:jc w:val="right"/>
      </w:pPr>
      <w:r>
        <w:rPr>
          <w:rFonts w:ascii="Arial" w:hAnsi="Arial" w:cs="Arial"/>
          <w:sz w:val="24"/>
          <w:rtl/>
          <w:szCs w:val="24"/>
        </w:rPr>
        <w:t>• מה עוזר לכם בתקופה קשה?</w:t>
      </w:r>
    </w:p>
    <w:p>
      <w:pPr>
        <w:bidi/>
        <w:jc w:val="right"/>
      </w:pPr>
      <w:r>
        <w:rPr>
          <w:rFonts w:ascii="Arial" w:hAnsi="Arial" w:cs="Arial"/>
          <w:sz w:val="24"/>
          <w:rtl/>
          <w:szCs w:val="24"/>
        </w:rPr>
        <w:t>• איך נותנים תקווה לחבר בלי להגיד "יהיה בסדר" ריק?</w:t>
      </w:r>
    </w:p>
    <w:p>
      <w:pPr>
        <w:bidi/>
        <w:jc w:val="right"/>
      </w:pPr>
      <w:r>
        <w:rPr>
          <w:rFonts w:ascii="Arial" w:hAnsi="Arial" w:cs="Arial"/>
          <w:b/>
          <w:color w:val="2B8A3E"/>
          <w:sz w:val="26"/>
          <w:rtl/>
          <w:szCs w:val="26"/>
          <w:bCs/>
        </w:rPr>
        <w:t>▌ ✨ מילים לחיים: "אני יוסף אחיכם" (בראשית מה, ד)</w:t>
      </w:r>
    </w:p>
    <w:p>
      <w:pPr>
        <w:bidi/>
        <w:jc w:val="right"/>
      </w:pPr>
      <w:r>
        <w:rPr>
          <w:rFonts w:ascii="Arial" w:hAnsi="Arial" w:cs="Arial"/>
          <w:sz w:val="24"/>
          <w:rtl/>
          <w:szCs w:val="24"/>
        </w:rPr>
        <w:t>אחרי שנים של סוד, יוסף מגלה לאחיו מי הוא ובוחר לקרב במקום להעניש. לבחור בקרבה אחרי פגיעה דורש אומץ גדול ולב רחב.</w:t>
      </w:r>
    </w:p>
    <w:p>
      <w:pPr>
        <w:bidi/>
        <w:jc w:val="right"/>
      </w:pPr>
      <w:r>
        <w:rPr>
          <w:rFonts w:ascii="Arial" w:hAnsi="Arial" w:cs="Arial"/>
          <w:sz w:val="24"/>
          <w:rtl/>
          <w:szCs w:val="24"/>
        </w:rPr>
        <w:t>שאלה: מה צריך לקרות כדי שנוכל לסלוח למישהו שפגע בנו?</w:t>
      </w:r>
    </w:p>
    <w:p>
      <w:pPr>
        <w:bidi/>
        <w:jc w:val="right"/>
      </w:pPr>
      <w:r>
        <w:rPr>
          <w:rFonts w:ascii="Arial" w:hAnsi="Arial" w:cs="Arial"/>
          <w:sz w:val="24"/>
          <w:rtl/>
          <w:szCs w:val="24"/>
        </w:rPr>
        <w:t>🧩 חידה: חילזון בתחתית בור בעומק 10 מטרים. ביום הוא מטפס 3 מטרים, ובלילה מחליק 2 מטרים. באיזה יום ייצא מהבור?  (תשובה: ביום השמיני (אחרי 7 ימים הוא ב-7 מטרים, וביום השמיני מטפס ל-10))</w:t>
      </w:r>
    </w:p>
    <w:p>
      <w:pPr>
        <w:bidi/>
        <w:jc w:val="right"/>
      </w:pPr>
      <w:r>
        <w:rPr>
          <w:rFonts w:ascii="Arial" w:hAnsi="Arial" w:cs="Arial"/>
          <w:sz w:val="24"/>
          <w:rtl/>
          <w:szCs w:val="24"/>
        </w:rPr>
        <w:t>🎯 מטרות: לכתוב רשימת "דברים שמחכים לי" · לעודד חבר שעובר זמן קשה · להציב מטרה קטנה ולעשות צעד ראשון</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שסוף השבוע יביא לכם רגעים של אור ושל מנוחה</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בכיתה יש ילדה שמגיעה תמיד באיחור וכולם מגלגלים עיניים. יום אחד מאיה ראתה אותה בבוקר מלווה את אחיה הקטן לגן, ורק אז רצה לבית הספר. פתאום האיחורים נראו אחרת. כמה פעמים אנחנו שופטים בלי לדעת את הסיפור המלא?</w:t>
      </w:r>
    </w:p>
    <w:p>
      <w:pPr>
        <w:bidi/>
        <w:jc w:val="right"/>
      </w:pPr>
      <w:r>
        <w:rPr>
          <w:rFonts w:ascii="Arial" w:hAnsi="Arial" w:cs="Arial"/>
          <w:sz w:val="24"/>
          <w:rtl/>
          <w:szCs w:val="24"/>
        </w:rPr>
        <w:t>• איך לומדים לא לשפוט מהר?</w:t>
      </w:r>
    </w:p>
    <w:p>
      <w:pPr>
        <w:bidi/>
        <w:jc w:val="right"/>
      </w:pPr>
      <w:r>
        <w:rPr>
          <w:rFonts w:ascii="Arial" w:hAnsi="Arial" w:cs="Arial"/>
          <w:sz w:val="24"/>
          <w:rtl/>
          <w:szCs w:val="24"/>
        </w:rPr>
        <w:t>• מה ההבדל בין רחמים לבין אמפתיה?</w:t>
      </w:r>
    </w:p>
    <w:p>
      <w:pPr>
        <w:bidi/>
        <w:jc w:val="right"/>
      </w:pPr>
      <w:r>
        <w:rPr>
          <w:rFonts w:ascii="Arial" w:hAnsi="Arial" w:cs="Arial"/>
          <w:b/>
          <w:color w:val="2B8A3E"/>
          <w:sz w:val="26"/>
          <w:rtl/>
          <w:szCs w:val="26"/>
          <w:bCs/>
        </w:rPr>
        <w:t>▌ ✨ מילים לחיים: "וידבר על לבם" (בראשית נ, כא)</w:t>
      </w:r>
    </w:p>
    <w:p>
      <w:pPr>
        <w:bidi/>
        <w:jc w:val="right"/>
      </w:pPr>
      <w:r>
        <w:rPr>
          <w:rFonts w:ascii="Arial" w:hAnsi="Arial" w:cs="Arial"/>
          <w:sz w:val="24"/>
          <w:rtl/>
          <w:szCs w:val="24"/>
        </w:rPr>
        <w:t>יוסף לא רק סלח לאחיו, הוא גם דיבר אליהם בעדינות והרגיע אותם. למילים רכות יש כוח גדול: הן מחזקות, מרגיעות ובונות אמון.</w:t>
      </w:r>
    </w:p>
    <w:p>
      <w:pPr>
        <w:bidi/>
        <w:jc w:val="right"/>
      </w:pPr>
      <w:r>
        <w:rPr>
          <w:rFonts w:ascii="Arial" w:hAnsi="Arial" w:cs="Arial"/>
          <w:sz w:val="24"/>
          <w:rtl/>
          <w:szCs w:val="24"/>
        </w:rPr>
        <w:t>שאלה: איזו מילה טובה הייתם רוצים לשמוע השבוע, ולמי תגידו אותה?</w:t>
      </w:r>
    </w:p>
    <w:p>
      <w:pPr>
        <w:bidi/>
        <w:jc w:val="right"/>
      </w:pPr>
      <w:r>
        <w:rPr>
          <w:rFonts w:ascii="Arial" w:hAnsi="Arial" w:cs="Arial"/>
          <w:sz w:val="24"/>
          <w:rtl/>
          <w:szCs w:val="24"/>
        </w:rPr>
        <w:t>🧩 חידה: אם 5 מכונות מכינות 5 כוסות ב-5 דקות, כמה זמן ייקח ל-100 מכונות להכין 100 כוסות?  (תשובה: 5 דקות (כל מכונה מכינה כוס אחת ב-5 דקות))</w:t>
      </w:r>
    </w:p>
    <w:p>
      <w:pPr>
        <w:bidi/>
        <w:jc w:val="right"/>
      </w:pPr>
      <w:r>
        <w:rPr>
          <w:rFonts w:ascii="Arial" w:hAnsi="Arial" w:cs="Arial"/>
          <w:sz w:val="24"/>
          <w:rtl/>
          <w:szCs w:val="24"/>
        </w:rPr>
        <w:t>🎯 מטרות: לשאול שאלה לפני שאני שופט או שופטת · להגיד "אני מבין או מבינה" במקום עצה · לשים לב למישהו שנראה שקט מהרגיל</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שיהיה לכם סוף שבוע עם אנשים שמבינים אתכם</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לקראת יום הכיתה צריך לארגן משחקים, כיבוד וקישוטים. מיכאל טוב בתכנון, ליה במוזיקה, ויוסף בבישול. אבל כולם רוצים דווקא את התפקיד של המנחה. איך מחלקים תפקידים כך שכל אחד ירגיש חשוב?</w:t>
      </w:r>
    </w:p>
    <w:p>
      <w:pPr>
        <w:bidi/>
        <w:jc w:val="right"/>
      </w:pPr>
      <w:r>
        <w:rPr>
          <w:rFonts w:ascii="Arial" w:hAnsi="Arial" w:cs="Arial"/>
          <w:sz w:val="24"/>
          <w:rtl/>
          <w:szCs w:val="24"/>
        </w:rPr>
        <w:t>• איך מחלקים תפקידים בצורה הוגנת?</w:t>
      </w:r>
    </w:p>
    <w:p>
      <w:pPr>
        <w:bidi/>
        <w:jc w:val="right"/>
      </w:pPr>
      <w:r>
        <w:rPr>
          <w:rFonts w:ascii="Arial" w:hAnsi="Arial" w:cs="Arial"/>
          <w:sz w:val="24"/>
          <w:rtl/>
          <w:szCs w:val="24"/>
        </w:rPr>
        <w:t>• מה עושים כשלא מסכימים בקבוצה?</w:t>
      </w:r>
    </w:p>
    <w:p>
      <w:pPr>
        <w:bidi/>
        <w:jc w:val="right"/>
      </w:pPr>
      <w:r>
        <w:rPr>
          <w:rFonts w:ascii="Arial" w:hAnsi="Arial" w:cs="Arial"/>
          <w:b/>
          <w:color w:val="2B8A3E"/>
          <w:sz w:val="26"/>
          <w:rtl/>
          <w:szCs w:val="26"/>
          <w:bCs/>
        </w:rPr>
        <w:t>▌ ✨ מילים לחיים: "אסרה נא ואראה" (שמות ג, ג)</w:t>
      </w:r>
    </w:p>
    <w:p>
      <w:pPr>
        <w:bidi/>
        <w:jc w:val="right"/>
      </w:pPr>
      <w:r>
        <w:rPr>
          <w:rFonts w:ascii="Arial" w:hAnsi="Arial" w:cs="Arial"/>
          <w:sz w:val="24"/>
          <w:rtl/>
          <w:szCs w:val="24"/>
        </w:rPr>
        <w:t>משה היה יכול להמשיך בדרכו, אבל הוא עצר כדי להתבונן בדבר מוזר. השבוע נסו גם אתם לעצור לרגע, לשים לב למשהו שאחרים מפספסים – חבר שקט, פרח בחצר או שאלה מסקרנת.</w:t>
      </w:r>
    </w:p>
    <w:p>
      <w:pPr>
        <w:bidi/>
        <w:jc w:val="right"/>
      </w:pPr>
      <w:r>
        <w:rPr>
          <w:rFonts w:ascii="Arial" w:hAnsi="Arial" w:cs="Arial"/>
          <w:sz w:val="24"/>
          <w:rtl/>
          <w:szCs w:val="24"/>
        </w:rPr>
        <w:t>שאלה: מה גרם לכם פעם לעצור ולהסתכל שוב?</w:t>
      </w:r>
    </w:p>
    <w:p>
      <w:pPr>
        <w:bidi/>
        <w:jc w:val="right"/>
      </w:pPr>
      <w:r>
        <w:rPr>
          <w:rFonts w:ascii="Arial" w:hAnsi="Arial" w:cs="Arial"/>
          <w:sz w:val="24"/>
          <w:rtl/>
          <w:szCs w:val="24"/>
        </w:rPr>
        <w:t>🧩 חידה: נועה צובעת גדר לבד ב-6 שעות, ודניאל צובע אותה לבד ב-3 שעות. כמה זמן ייקח להם לצבוע אותה יחד?  (תשובה: שעתיים (ביחד הם צובעים חצי גדר בשעה))</w:t>
      </w:r>
    </w:p>
    <w:p>
      <w:pPr>
        <w:bidi/>
        <w:jc w:val="right"/>
      </w:pPr>
      <w:r>
        <w:rPr>
          <w:rFonts w:ascii="Arial" w:hAnsi="Arial" w:cs="Arial"/>
          <w:sz w:val="24"/>
          <w:rtl/>
          <w:szCs w:val="24"/>
        </w:rPr>
        <w:t>🎯 מטרות: להציע רעיון וגם לשמוע רעיונות של אחרים · לקחת תפקיד בעבודה קבוצתית ולעמוד בו · לעזור למי שנתקע במשימה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שיהיה לכם סוף שבוע של יחד טוב, בבית ועם חברים</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אלמז קיבלה את המבחן בחזרה וראתה שהמורה סימנה לה תשובה כנכונה, למרות שהיא טעתה. שתי נקודות נוספות יכולות להעלות את הציון שלה מעל 90. החברות אומרות לה: זו טעות של המורה, לא שלך. אלמז מתלבטת אם לגשת ולספר.</w:t>
      </w:r>
    </w:p>
    <w:p>
      <w:pPr>
        <w:bidi/>
        <w:jc w:val="right"/>
      </w:pPr>
      <w:r>
        <w:rPr>
          <w:rFonts w:ascii="Arial" w:hAnsi="Arial" w:cs="Arial"/>
          <w:sz w:val="24"/>
          <w:rtl/>
          <w:szCs w:val="24"/>
        </w:rPr>
        <w:t>• למה לפעמים קשה לתקן טעות שדווקא משתלמת לנו?</w:t>
      </w:r>
    </w:p>
    <w:p>
      <w:pPr>
        <w:bidi/>
        <w:jc w:val="right"/>
      </w:pPr>
      <w:r>
        <w:rPr>
          <w:rFonts w:ascii="Arial" w:hAnsi="Arial" w:cs="Arial"/>
          <w:sz w:val="24"/>
          <w:rtl/>
          <w:szCs w:val="24"/>
        </w:rPr>
        <w:t>• איך ירגישו אלמז והמורה אם היא תספר?</w:t>
      </w:r>
    </w:p>
    <w:p>
      <w:pPr>
        <w:bidi/>
        <w:jc w:val="right"/>
      </w:pPr>
      <w:r>
        <w:rPr>
          <w:rFonts w:ascii="Arial" w:hAnsi="Arial" w:cs="Arial"/>
          <w:b/>
          <w:color w:val="2B8A3E"/>
          <w:sz w:val="26"/>
          <w:rtl/>
          <w:szCs w:val="26"/>
          <w:bCs/>
        </w:rPr>
        <w:t>▌ ✨ מילים לחיים: "מקצר רוח ומעבדה קשה" (שמות ו, ט)</w:t>
      </w:r>
    </w:p>
    <w:p>
      <w:pPr>
        <w:bidi/>
        <w:jc w:val="right"/>
      </w:pPr>
      <w:r>
        <w:rPr>
          <w:rFonts w:ascii="Arial" w:hAnsi="Arial" w:cs="Arial"/>
          <w:sz w:val="24"/>
          <w:rtl/>
          <w:szCs w:val="24"/>
        </w:rPr>
        <w:t>בני ישראל לא הצליחו לשמוע את המילים המעודדות כי היו עייפים ועמוסים. לפעמים גם חבר שלא מגיב אלינו פשוט עבר יום קשה. השבוע ננסה לשאול קודם "מה שלומך?" לפני שנכעס או נעלב.</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sz w:val="24"/>
          <w:rtl/>
          <w:szCs w:val="24"/>
        </w:rPr>
        <w:t>🧩 חידה: אני שייך לך, אבל חברים וחברות משתמשים בי הרבה יותר ממך. מה אני?  (תשובה: השם שלך)</w:t>
      </w:r>
    </w:p>
    <w:p>
      <w:pPr>
        <w:bidi/>
        <w:jc w:val="right"/>
      </w:pPr>
      <w:r>
        <w:rPr>
          <w:rFonts w:ascii="Arial" w:hAnsi="Arial" w:cs="Arial"/>
          <w:sz w:val="24"/>
          <w:rtl/>
          <w:szCs w:val="24"/>
        </w:rPr>
        <w:t>🎯 מטרות: לתקן טעות אחת שלי בלי שיבקשו ממני · לעמוד בהבטחה קטנה שנתתי · לכתוב עבודה במילים שלי בלבד</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שיהיה לכולנו סוף שבוע נעים, עם שיחות כנות ולב קל</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לא מצליח לעבור את שלב 12 במשחק החשבון שהמורה נתנה, ולכן מתחיל לחשוב שהוא פשוט לא טוב במתמטיקה. החברה שלו אדל שמה לב שבכל ניסיון טל טועה בדיוק באותו מקום. אולי התמדה היא לא רק לנסות שוב, אלא לנסות קצת אחרת?</w:t>
      </w:r>
    </w:p>
    <w:p>
      <w:pPr>
        <w:bidi/>
        <w:jc w:val="right"/>
      </w:pPr>
      <w:r>
        <w:rPr>
          <w:rFonts w:ascii="Arial" w:hAnsi="Arial" w:cs="Arial"/>
          <w:sz w:val="24"/>
          <w:rtl/>
          <w:szCs w:val="24"/>
        </w:rPr>
        <w:t>• מה ההבדל בין להתמיד לבין לחזור על אותה טעות?</w:t>
      </w:r>
    </w:p>
    <w:p>
      <w:pPr>
        <w:bidi/>
        <w:jc w:val="right"/>
      </w:pPr>
      <w:r>
        <w:rPr>
          <w:rFonts w:ascii="Arial" w:hAnsi="Arial" w:cs="Arial"/>
          <w:sz w:val="24"/>
          <w:rtl/>
          <w:szCs w:val="24"/>
        </w:rPr>
        <w:t>• למי אפשר לפנות כשמרגישים תקועים?</w:t>
      </w:r>
    </w:p>
    <w:p>
      <w:pPr>
        <w:bidi/>
        <w:jc w:val="right"/>
      </w:pPr>
      <w:r>
        <w:rPr>
          <w:rFonts w:ascii="Arial" w:hAnsi="Arial" w:cs="Arial"/>
          <w:b/>
          <w:color w:val="2B8A3E"/>
          <w:sz w:val="26"/>
          <w:rtl/>
          <w:szCs w:val="26"/>
          <w:bCs/>
        </w:rPr>
        <w:t>▌ ✨ מילים לחיים: "בנערינו ובזקנינו נלך" (שמות י, ט)</w:t>
      </w:r>
    </w:p>
    <w:p>
      <w:pPr>
        <w:bidi/>
        <w:jc w:val="right"/>
      </w:pPr>
      <w:r>
        <w:rPr>
          <w:rFonts w:ascii="Arial" w:hAnsi="Arial" w:cs="Arial"/>
          <w:sz w:val="24"/>
          <w:rtl/>
          <w:szCs w:val="24"/>
        </w:rPr>
        <w:t>משה מתעקש שכולם ייצאו יחד – הצעירים והמבוגרים. קבוצה חזקה היא קבוצה שלא משאירה אף אחד מאחור. השבוע נחשוב איך כל אחד ואחת בכיתה, בכל גיל ובכל קצב, מרגישים חלק.</w:t>
      </w:r>
    </w:p>
    <w:p>
      <w:pPr>
        <w:bidi/>
        <w:jc w:val="right"/>
      </w:pPr>
      <w:r>
        <w:rPr>
          <w:rFonts w:ascii="Arial" w:hAnsi="Arial" w:cs="Arial"/>
          <w:sz w:val="24"/>
          <w:rtl/>
          <w:szCs w:val="24"/>
        </w:rPr>
        <w:t>שאלה: מה אפשר ללמוד מאנשים מבוגרים או צעירים מכם?</w:t>
      </w:r>
    </w:p>
    <w:p>
      <w:pPr>
        <w:bidi/>
        <w:jc w:val="right"/>
      </w:pPr>
      <w:r>
        <w:rPr>
          <w:rFonts w:ascii="Arial" w:hAnsi="Arial" w:cs="Arial"/>
          <w:sz w:val="24"/>
          <w:rtl/>
          <w:szCs w:val="24"/>
        </w:rPr>
        <w:t>🧩 חידה: חילזון מטפס על קיר בגובה 10 מטרים. כל יום הוא עולה 3 מטרים, וכל לילה מחליק מטר אחד למטה. באיזה יום יגיע לראש הקיר?  (תשובה: ביום החמישי (אחרי 4 ימים ולילות הוא בגובה 8 מטרים, וביום החמישי עולה עוד 3))</w:t>
      </w:r>
    </w:p>
    <w:p>
      <w:pPr>
        <w:bidi/>
        <w:jc w:val="right"/>
      </w:pPr>
      <w:r>
        <w:rPr>
          <w:rFonts w:ascii="Arial" w:hAnsi="Arial" w:cs="Arial"/>
          <w:sz w:val="24"/>
          <w:rtl/>
          <w:szCs w:val="24"/>
        </w:rPr>
        <w:t>🎯 מטרות: לבחור מיומנות אחת ולהתאמן בה עשר דקות ביום · לרשום כל ערב צעד אחד שעשיתי לקראת המטרה · לבקש עזרה במקום לוותר</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שיהיה לכולנו סוף שבוע רגוע, עם כוח חדש להמשיך בשבוע הבא</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לכיתה הגיע תלמיד חדש, מיכאל, שעלה לפני שנה. רוב הילדים שאלו אותו רק מאיפה הוא. נועה שאלה מה הוא הכי אוהב לאכול בבית, ואיזה משחק ילדים שיחקו אצלו בשכונה. פתאום התחילה שיחה אמיתית.</w:t>
      </w:r>
    </w:p>
    <w:p>
      <w:pPr>
        <w:bidi/>
        <w:jc w:val="right"/>
      </w:pPr>
      <w:r>
        <w:rPr>
          <w:rFonts w:ascii="Arial" w:hAnsi="Arial" w:cs="Arial"/>
          <w:sz w:val="24"/>
          <w:rtl/>
          <w:szCs w:val="24"/>
        </w:rPr>
        <w:t>• מה ההבדל בין שאלה רגילה לשאלה שפותחת שיחה?</w:t>
      </w:r>
    </w:p>
    <w:p>
      <w:pPr>
        <w:bidi/>
        <w:jc w:val="right"/>
      </w:pPr>
      <w:r>
        <w:rPr>
          <w:rFonts w:ascii="Arial" w:hAnsi="Arial" w:cs="Arial"/>
          <w:sz w:val="24"/>
          <w:rtl/>
          <w:szCs w:val="24"/>
        </w:rPr>
        <w:t>• מה הייתם רוצים לשאול מישהו שאתם עוד לא מכירים טוב?</w:t>
      </w:r>
    </w:p>
    <w:p>
      <w:pPr>
        <w:bidi/>
        <w:jc w:val="right"/>
      </w:pPr>
      <w:r>
        <w:rPr>
          <w:rFonts w:ascii="Arial" w:hAnsi="Arial" w:cs="Arial"/>
          <w:b/>
          <w:color w:val="2B8A3E"/>
          <w:sz w:val="26"/>
          <w:rtl/>
          <w:szCs w:val="26"/>
          <w:bCs/>
        </w:rPr>
        <w:t>▌ ✨ מילים לחיים: "שתים עשרה עינת מים" (שמות טו, כז)</w:t>
      </w:r>
    </w:p>
    <w:p>
      <w:pPr>
        <w:bidi/>
        <w:jc w:val="right"/>
      </w:pPr>
      <w:r>
        <w:rPr>
          <w:rFonts w:ascii="Arial" w:hAnsi="Arial" w:cs="Arial"/>
          <w:sz w:val="24"/>
          <w:rtl/>
          <w:szCs w:val="24"/>
        </w:rPr>
        <w:t>אחרי מסע ארוך וצמא במדבר, בני ישראל מגיעים לאילים ומוצאים מים ועצי תמר. גם בשבוע עמוס כדאי לחפש את "נווה המדבר" שלנו – הפסקה, שיר אהוב, משחק עם חברים או שיחה טובה.</w:t>
      </w:r>
    </w:p>
    <w:p>
      <w:pPr>
        <w:bidi/>
        <w:jc w:val="right"/>
      </w:pPr>
      <w:r>
        <w:rPr>
          <w:rFonts w:ascii="Arial" w:hAnsi="Arial" w:cs="Arial"/>
          <w:sz w:val="24"/>
          <w:rtl/>
          <w:szCs w:val="24"/>
        </w:rPr>
        <w:t>שאלה: מה נותן לכם מנוחה ומילוי כוחות באמצע שבוע עמוס?</w:t>
      </w:r>
    </w:p>
    <w:p>
      <w:pPr>
        <w:bidi/>
        <w:jc w:val="right"/>
      </w:pPr>
      <w:r>
        <w:rPr>
          <w:rFonts w:ascii="Arial" w:hAnsi="Arial" w:cs="Arial"/>
          <w:sz w:val="24"/>
          <w:rtl/>
          <w:szCs w:val="24"/>
        </w:rPr>
        <w:t>🧩 חידה: מילה בת ארבע אותיות: אם מורידים את האות הראשונה – נשאר מה שצומח לנו על הראש. מה המילה?  (תשובה: משער (מורידים מ׳ ונשאר שער))</w:t>
      </w:r>
    </w:p>
    <w:p>
      <w:pPr>
        <w:bidi/>
        <w:jc w:val="right"/>
      </w:pPr>
      <w:r>
        <w:rPr>
          <w:rFonts w:ascii="Arial" w:hAnsi="Arial" w:cs="Arial"/>
          <w:sz w:val="24"/>
          <w:rtl/>
          <w:szCs w:val="24"/>
        </w:rPr>
        <w:t>🎯 מטרות: לשאול שאלה אחת בכל שיעור · לקרוא על נושא שמסקרן אותי עשר דקות ביום · לשאול בן משפחה על משהו מהילדות שלו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שיהיה לכולנו סוף שבוע מלא גילויים קטנים והפתעות טובות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בפרויקט קבוצתי, רוב הקבוצה רצתה להכין שוב מצגת, כמו תמיד. אדל הציעה להציג את הנושא כתוכנית רדיו קצרה. בהתחלה צחקו, ואז כל אחד מצא תפקיד: קריין, מראיינת, מומחה מומצא. זו הייתה ההצגה שכולם זכרו.</w:t>
      </w:r>
    </w:p>
    <w:p>
      <w:pPr>
        <w:bidi/>
        <w:jc w:val="right"/>
      </w:pPr>
      <w:r>
        <w:rPr>
          <w:rFonts w:ascii="Arial" w:hAnsi="Arial" w:cs="Arial"/>
          <w:sz w:val="24"/>
          <w:rtl/>
          <w:szCs w:val="24"/>
        </w:rPr>
        <w:t>• למה לפעמים צוחקים על רעיון חדש לפני שמנסים אותו?</w:t>
      </w:r>
    </w:p>
    <w:p>
      <w:pPr>
        <w:bidi/>
        <w:jc w:val="right"/>
      </w:pPr>
      <w:r>
        <w:rPr>
          <w:rFonts w:ascii="Arial" w:hAnsi="Arial" w:cs="Arial"/>
          <w:sz w:val="24"/>
          <w:rtl/>
          <w:szCs w:val="24"/>
        </w:rPr>
        <w:t>• איך אפשר לתת לכל רעיון בקבוצה הזדמנות?</w:t>
      </w:r>
    </w:p>
    <w:p>
      <w:pPr>
        <w:bidi/>
        <w:jc w:val="right"/>
      </w:pPr>
      <w:r>
        <w:rPr>
          <w:rFonts w:ascii="Arial" w:hAnsi="Arial" w:cs="Arial"/>
          <w:b/>
          <w:color w:val="2B8A3E"/>
          <w:sz w:val="26"/>
          <w:rtl/>
          <w:szCs w:val="26"/>
          <w:bCs/>
        </w:rPr>
        <w:t>▌ ✨ מילים לחיים: "לא תוכל עשהו לבדך" (שמות יח, יח)</w:t>
      </w:r>
    </w:p>
    <w:p>
      <w:pPr>
        <w:bidi/>
        <w:jc w:val="right"/>
      </w:pPr>
      <w:r>
        <w:rPr>
          <w:rFonts w:ascii="Arial" w:hAnsi="Arial" w:cs="Arial"/>
          <w:sz w:val="24"/>
          <w:rtl/>
          <w:szCs w:val="24"/>
        </w:rPr>
        <w:t>יתרו רואה את משה עובד לבד מבוקר עד ערב ומציע לו לחלק את העבודה. גם המנהיג הכי חזק צריך עזרה. השבוע נזכור שלבקש עזרה זה לא חולשה, אלא חוכמה, ושאפשר להצליח יחד.</w:t>
      </w:r>
    </w:p>
    <w:p>
      <w:pPr>
        <w:bidi/>
        <w:jc w:val="right"/>
      </w:pPr>
      <w:r>
        <w:rPr>
          <w:rFonts w:ascii="Arial" w:hAnsi="Arial" w:cs="Arial"/>
          <w:sz w:val="24"/>
          <w:rtl/>
          <w:szCs w:val="24"/>
        </w:rPr>
        <w:t>שאלה: במה הייתם רוצים לבקש עזרה השבוע, ובמה אתם יכולים לעזור?</w:t>
      </w:r>
    </w:p>
    <w:p>
      <w:pPr>
        <w:bidi/>
        <w:jc w:val="right"/>
      </w:pPr>
      <w:r>
        <w:rPr>
          <w:rFonts w:ascii="Arial" w:hAnsi="Arial" w:cs="Arial"/>
          <w:sz w:val="24"/>
          <w:rtl/>
          <w:szCs w:val="24"/>
        </w:rPr>
        <w:t>🧩 חידה: איך כותבים את המספר 100 בעזרת שש ספרות 9 בלבד?  (תשובה: 99 ועוד 99 חלקי 99 (99+1=100))</w:t>
      </w:r>
    </w:p>
    <w:p>
      <w:pPr>
        <w:bidi/>
        <w:jc w:val="right"/>
      </w:pPr>
      <w:r>
        <w:rPr>
          <w:rFonts w:ascii="Arial" w:hAnsi="Arial" w:cs="Arial"/>
          <w:sz w:val="24"/>
          <w:rtl/>
          <w:szCs w:val="24"/>
        </w:rPr>
        <w:t>🎯 מטרות: למצוא דרך חדשה ללמוד חומר שקשה לי · להפוך חפץ ישן למשהו שימושי · להציע רעיון לא שגרתי בעבודה קבוצתית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שיהיה לכולנו סוף שבוע צבעוני, עם זמן לדמיין, לבנות ולשחק</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חט״ב (ז׳–ט׳) · ממלכתי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