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A63C06"/>
          <w:sz w:val="48"/>
          <w:rtl/>
          <w:szCs w:val="48"/>
          <w:bCs/>
        </w:rPr>
        <w:t>פותחים שבוע · נפרדים משבוע – חט״ב (ז׳–ט׳) · ממלכתי · חלק ב: מ־31.1 עד 2.7.2027</w:t>
      </w:r>
    </w:p>
    <w:p>
      <w:pPr>
        <w:bidi/>
        <w:jc w:val="center"/>
      </w:pPr>
      <w:r>
        <w:rPr>
          <w:rFonts w:ascii="Arial" w:hAnsi="Arial" w:cs="Arial"/>
          <w:color w:val="555577"/>
          <w:sz w:val="28"/>
          <w:rtl/>
          <w:szCs w:val="28"/>
        </w:rPr>
        <w:t>חוברת שנתית למורה: לכל שבוע ערך, סיפור, שאלות, חידה, מטרות ומעגל סיכום</w:t>
      </w:r>
    </w:p>
    <w:p>
      <w:pPr>
        <w:bidi/>
        <w:jc w:val="right"/>
      </w:pPr>
      <w:r>
        <w:rPr>
          <w:rFonts w:ascii="Arial" w:hAnsi="Arial" w:cs="Arial"/>
          <w:sz w:val="24"/>
          <w:rtl/>
          <w:szCs w:val="24"/>
        </w:rPr>
        <w:t>איך משתמשים: ביום ראשון פותחים את מצגת "פותחים שבוע", וביום שישי את "נפרדים משבוע". החוברת מרכזת את כל התוכן כדי שאפשר יהיה להתכונן מראש או לעבוד בלי מסך.</w:t>
      </w:r>
    </w:p>
    <w:p>
      <w:pPr>
        <w:bidi/>
        <w:jc w:val="right"/>
      </w:pPr>
      <w:r>
        <w:rPr>
          <w:rFonts w:ascii="Arial" w:hAnsi="Arial" w:cs="Arial"/>
          <w:sz w:val="24"/>
          <w:rtl/>
          <w:szCs w:val="24"/>
        </w:rPr>
        <w:t>התאריכים העבריים והפרשות חושבו אוטומטית – לוודא מול לוח השנה של בית הספר.</w:t>
      </w:r>
    </w:p>
    <w:p>
      <w:pPr>
        <w:bidi/>
        <w:pStyle w:val="Heading2"/>
        <w:jc w:val="right"/>
      </w:pPr>
      <w:r>
        <w:rPr>
          <w:rFonts w:ascii="Arial" w:hAnsi="Arial" w:cs="Arial"/>
          <w:b/>
          <w:color w:val="2B8A3E"/>
          <w:sz w:val="32"/>
          <w:rtl/>
          <w:szCs w:val="32"/>
          <w:bCs/>
        </w:rPr>
        <w:t>🌾 ענווה – שבוע 31.1 עד 5.2.2027 · כ״ג שבט תשפ״ז</w:t>
      </w:r>
    </w:p>
    <w:p>
      <w:pPr>
        <w:bidi/>
        <w:jc w:val="right"/>
      </w:pPr>
      <w:r>
        <w:rPr>
          <w:rFonts w:ascii="Arial" w:hAnsi="Arial" w:cs="Arial"/>
          <w:color w:val="555577"/>
          <w:sz w:val="24"/>
          <w:rtl/>
          <w:szCs w:val="24"/>
        </w:rPr>
        <w:t>להכיר בכוחות שלנו בלי להתנשא, ולהשאיר מקום גם לאחרים · המשפט של השבוע: "מי שיודע הרבה יודע גם כמה עוד אפשר ללמוד"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הוא הכי טוב בכיתה במחשבים, ולפעמים זה נשמע בקול שלו. כשליה שאלה אותו שאלה פשוטה, הוא ענה: את לא יודעת את זה? ליה השתתקה ולא שאלה יותר. בערב מיכאל חשב על הרגע הזה, ובבוקר ניגש אליה.</w:t>
      </w:r>
    </w:p>
    <w:p>
      <w:pPr>
        <w:bidi/>
        <w:jc w:val="right"/>
      </w:pPr>
      <w:r>
        <w:rPr>
          <w:rFonts w:ascii="Arial" w:hAnsi="Arial" w:cs="Arial"/>
          <w:sz w:val="24"/>
          <w:rtl/>
          <w:szCs w:val="24"/>
        </w:rPr>
        <w:t>• מה מיכאל יכול להגיד לליה בבוקר?</w:t>
      </w:r>
    </w:p>
    <w:p>
      <w:pPr>
        <w:bidi/>
        <w:jc w:val="right"/>
      </w:pPr>
      <w:r>
        <w:rPr>
          <w:rFonts w:ascii="Arial" w:hAnsi="Arial" w:cs="Arial"/>
          <w:sz w:val="24"/>
          <w:rtl/>
          <w:szCs w:val="24"/>
        </w:rPr>
        <w:t>• איך אפשר לעזור לאחרים בלי לגרום להם להרגיש קטנים?</w:t>
      </w:r>
    </w:p>
    <w:p>
      <w:pPr>
        <w:bidi/>
        <w:jc w:val="right"/>
      </w:pPr>
      <w:r>
        <w:rPr>
          <w:rFonts w:ascii="Arial" w:hAnsi="Arial" w:cs="Arial"/>
          <w:b/>
          <w:color w:val="2B8A3E"/>
          <w:sz w:val="26"/>
          <w:rtl/>
          <w:szCs w:val="26"/>
          <w:bCs/>
        </w:rPr>
        <w:t>▌ ✨ מילים לחיים: "עזב תעזב עמו" (שמות כג, ה)</w:t>
      </w:r>
    </w:p>
    <w:p>
      <w:pPr>
        <w:bidi/>
        <w:jc w:val="right"/>
      </w:pPr>
      <w:r>
        <w:rPr>
          <w:rFonts w:ascii="Arial" w:hAnsi="Arial" w:cs="Arial"/>
          <w:sz w:val="24"/>
          <w:rtl/>
          <w:szCs w:val="24"/>
        </w:rPr>
        <w:t>התורה מבקשת לעזור להרים משא גם למי שאנחנו לא מסתדרים איתו. עזרה אמיתית לא תלויה רק במי שאנחנו אוהבים. השבוע נסו להושיט יד גם למי שהוא לא החבר הכי קרוב שלכם.</w:t>
      </w:r>
    </w:p>
    <w:p>
      <w:pPr>
        <w:bidi/>
        <w:jc w:val="right"/>
      </w:pPr>
      <w:r>
        <w:rPr>
          <w:rFonts w:ascii="Arial" w:hAnsi="Arial" w:cs="Arial"/>
          <w:sz w:val="24"/>
          <w:rtl/>
          <w:szCs w:val="24"/>
        </w:rPr>
        <w:t>שאלה: למה לפעמים קשה יותר לעזור למי שאנחנו לא מסתדרים איתו?</w:t>
      </w:r>
    </w:p>
    <w:p>
      <w:pPr>
        <w:bidi/>
        <w:jc w:val="right"/>
      </w:pPr>
      <w:r>
        <w:rPr>
          <w:rFonts w:ascii="Arial" w:hAnsi="Arial" w:cs="Arial"/>
          <w:sz w:val="24"/>
          <w:rtl/>
          <w:szCs w:val="24"/>
        </w:rPr>
        <w:t>🧩 חידה: אני אף פעם לא עוצר, אי אפשר לראות אותי, ואף אחד לא יכול להחזיר אותי אחורה. מה אני?  (תשובה: הזמן)</w:t>
      </w:r>
    </w:p>
    <w:p>
      <w:pPr>
        <w:bidi/>
        <w:jc w:val="right"/>
      </w:pPr>
      <w:r>
        <w:rPr>
          <w:rFonts w:ascii="Arial" w:hAnsi="Arial" w:cs="Arial"/>
          <w:sz w:val="24"/>
          <w:rtl/>
          <w:szCs w:val="24"/>
        </w:rPr>
        <w:t>🎯 מטרות: לשאול שאלה גם כשאני חושב או חושבת שאני יודע · להזכיר מישהו שעזר לי כשמשבחים אותי · להקשיב עד הסוף לפני שאני מתקן או מתקנת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הצלחה של השבוע ועל מי שעזר לכם להגיע אליה</w:t>
      </w:r>
    </w:p>
    <w:p>
      <w:pPr>
        <w:bidi/>
        <w:jc w:val="right"/>
      </w:pPr>
      <w:r>
        <w:rPr>
          <w:rFonts w:ascii="Arial" w:hAnsi="Arial" w:cs="Arial"/>
          <w:sz w:val="24"/>
          <w:rtl/>
          <w:szCs w:val="24"/>
        </w:rPr>
        <w:t>• 🙏 למי אתם רוצים להודות על עזרה שקטה שאולי אף אחד לא ראה?</w:t>
      </w:r>
    </w:p>
    <w:p>
      <w:pPr>
        <w:bidi/>
        <w:jc w:val="right"/>
      </w:pPr>
      <w:r>
        <w:rPr>
          <w:rFonts w:ascii="Arial" w:hAnsi="Arial" w:cs="Arial"/>
          <w:sz w:val="24"/>
          <w:rtl/>
          <w:szCs w:val="24"/>
        </w:rPr>
        <w:t>• 💛 העבירו מחמאה למישהו שעזר בשקט, בלי לבקש תשומת לב</w:t>
      </w:r>
    </w:p>
    <w:p>
      <w:pPr>
        <w:bidi/>
        <w:jc w:val="right"/>
      </w:pPr>
      <w:r>
        <w:rPr>
          <w:rFonts w:ascii="Arial" w:hAnsi="Arial" w:cs="Arial"/>
          <w:sz w:val="24"/>
          <w:rtl/>
          <w:szCs w:val="24"/>
        </w:rPr>
        <w:t>• 💡 מה למדתי השבוע ממישהו אחר בכיתה?</w:t>
      </w:r>
    </w:p>
    <w:p>
      <w:pPr>
        <w:bidi/>
        <w:jc w:val="right"/>
      </w:pPr>
      <w:r>
        <w:rPr>
          <w:rFonts w:ascii="Arial" w:hAnsi="Arial" w:cs="Arial"/>
          <w:sz w:val="24"/>
          <w:rtl/>
          <w:szCs w:val="24"/>
        </w:rPr>
        <w:t>• 🌇 שיהיה לכולנו סוף שבוע שקט ונעים, עם הרבה רגעים של יחד</w:t>
      </w:r>
    </w:p>
    <w:p>
      <w:pPr>
        <w:bidi/>
        <w:jc w:val="right"/>
      </w:pPr>
      <w:r>
        <w:rPr>
          <w:rFonts w:ascii="Arial" w:hAnsi="Arial" w:cs="Arial"/>
          <w:sz w:val="24"/>
          <w:rtl/>
          <w:szCs w:val="24"/>
        </w:rPr>
        <w:t>• 🌙 חשבו בשקט על דבר אחד שאתם טובים בו ועל דבר אחד שאתם עוד לומדים – שניהם בסדר גמור</w:t>
      </w:r>
    </w:p>
    <w:p>
      <w:pPr>
        <w:bidi/>
        <w:pStyle w:val="Heading2"/>
        <w:jc w:val="right"/>
      </w:pPr>
      <w:r>
        <w:rPr>
          <w:rFonts w:ascii="Arial" w:hAnsi="Arial" w:cs="Arial"/>
          <w:b/>
          <w:color w:val="2B8A3E"/>
          <w:sz w:val="32"/>
          <w:rtl/>
          <w:szCs w:val="32"/>
          <w:bCs/>
        </w:rPr>
        <w:t>🌤️ אופטימיות – שבוע 7.2 עד 12.2.2027 · ל׳ שבט תשפ״ז</w:t>
      </w:r>
    </w:p>
    <w:p>
      <w:pPr>
        <w:bidi/>
        <w:jc w:val="right"/>
      </w:pPr>
      <w:r>
        <w:rPr>
          <w:rFonts w:ascii="Arial" w:hAnsi="Arial" w:cs="Arial"/>
          <w:color w:val="555577"/>
          <w:sz w:val="24"/>
          <w:rtl/>
          <w:szCs w:val="24"/>
        </w:rPr>
        <w:t>להאמין שדברים יכולים להשתפר, ולחפש את הטוב גם ביום קשה · המשפט של השבוע: "גם ביום אפור מסתתרת קרן שמש קטנה – רק צריך לחפש"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נועה עברה דירה באמצע השנה ולא הכירה אף אחד בכיתה החדשה. בשבוע הראשון היא אכלה לבד בהפסקה. היא החליטה שכל יום תגיד שלום למישהו אחד חדש. ביום הרביעי, אדל הזמינה אותה לשבת איתה.</w:t>
      </w:r>
    </w:p>
    <w:p>
      <w:pPr>
        <w:bidi/>
        <w:jc w:val="right"/>
      </w:pPr>
      <w:r>
        <w:rPr>
          <w:rFonts w:ascii="Arial" w:hAnsi="Arial" w:cs="Arial"/>
          <w:sz w:val="24"/>
          <w:rtl/>
          <w:szCs w:val="24"/>
        </w:rPr>
        <w:t>• מה היה קורה אילו נועה הייתה מוותרת אחרי יום אחד?</w:t>
      </w:r>
    </w:p>
    <w:p>
      <w:pPr>
        <w:bidi/>
        <w:jc w:val="right"/>
      </w:pPr>
      <w:r>
        <w:rPr>
          <w:rFonts w:ascii="Arial" w:hAnsi="Arial" w:cs="Arial"/>
          <w:sz w:val="24"/>
          <w:rtl/>
          <w:szCs w:val="24"/>
        </w:rPr>
        <w:t>• מה עוזר לכם לראות את הטוב ביום קשה?</w:t>
      </w:r>
    </w:p>
    <w:p>
      <w:pPr>
        <w:bidi/>
        <w:jc w:val="right"/>
      </w:pPr>
      <w:r>
        <w:rPr>
          <w:rFonts w:ascii="Arial" w:hAnsi="Arial" w:cs="Arial"/>
          <w:b/>
          <w:color w:val="2B8A3E"/>
          <w:sz w:val="26"/>
          <w:rtl/>
          <w:szCs w:val="26"/>
          <w:bCs/>
        </w:rPr>
        <w:t>▌ ✨ מילים לחיים: "אשר ידבנו לבו" (שמות כה, ב)</w:t>
      </w:r>
    </w:p>
    <w:p>
      <w:pPr>
        <w:bidi/>
        <w:jc w:val="right"/>
      </w:pPr>
      <w:r>
        <w:rPr>
          <w:rFonts w:ascii="Arial" w:hAnsi="Arial" w:cs="Arial"/>
          <w:sz w:val="24"/>
          <w:rtl/>
          <w:szCs w:val="24"/>
        </w:rPr>
        <w:t>את המשכן בנו מנדבות שכל אחד נתן מרצונו, לפי מה שהלב שלו רצה. נתינה אמיתית באה מבפנים ולא מחובה. השבוע אפשר לתת משהו קטן – זמן, חיוך, עזרה או רעיון – רק כי בא לכם.</w:t>
      </w:r>
    </w:p>
    <w:p>
      <w:pPr>
        <w:bidi/>
        <w:jc w:val="right"/>
      </w:pPr>
      <w:r>
        <w:rPr>
          <w:rFonts w:ascii="Arial" w:hAnsi="Arial" w:cs="Arial"/>
          <w:sz w:val="24"/>
          <w:rtl/>
          <w:szCs w:val="24"/>
        </w:rPr>
        <w:t>שאלה: מה הדבר שהכי כיף לכם לתת לאחרים?</w:t>
      </w:r>
    </w:p>
    <w:p>
      <w:pPr>
        <w:bidi/>
        <w:jc w:val="right"/>
      </w:pPr>
      <w:r>
        <w:rPr>
          <w:rFonts w:ascii="Arial" w:hAnsi="Arial" w:cs="Arial"/>
          <w:sz w:val="24"/>
          <w:rtl/>
          <w:szCs w:val="24"/>
        </w:rPr>
        <w:t>🧩 חידה: בכוס יש חצי מים. מוסיפים לה עוד רבע כוס, ואז שותים שליש כוס. כמה מים נשארו בכוס?  (תשובה: 5/12 כוס (חמש חלקי שתים־עשרה): חצי ועוד רבע זה 9/12, פחות שליש (4/12) נשארים 5/12)</w:t>
      </w:r>
    </w:p>
    <w:p>
      <w:pPr>
        <w:bidi/>
        <w:jc w:val="right"/>
      </w:pPr>
      <w:r>
        <w:rPr>
          <w:rFonts w:ascii="Arial" w:hAnsi="Arial" w:cs="Arial"/>
          <w:sz w:val="24"/>
          <w:rtl/>
          <w:szCs w:val="24"/>
        </w:rPr>
        <w:t>🎯 מטרות: לכתוב שלושה דברים טובים בכל ערב · להחליף משפט שלילי על עצמי במשפט מעודד · לעודד חבר או חברה לפני מבחן או משימה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ברגע השבוע שהתחיל לא טוב והסתיים טוב יותר</w:t>
      </w:r>
    </w:p>
    <w:p>
      <w:pPr>
        <w:bidi/>
        <w:jc w:val="right"/>
      </w:pPr>
      <w:r>
        <w:rPr>
          <w:rFonts w:ascii="Arial" w:hAnsi="Arial" w:cs="Arial"/>
          <w:sz w:val="24"/>
          <w:rtl/>
          <w:szCs w:val="24"/>
        </w:rPr>
        <w:t>• 🙏 למי אתם רוצים להודות על כך שהרים לכם את מצב הרוח?</w:t>
      </w:r>
    </w:p>
    <w:p>
      <w:pPr>
        <w:bidi/>
        <w:jc w:val="right"/>
      </w:pPr>
      <w:r>
        <w:rPr>
          <w:rFonts w:ascii="Arial" w:hAnsi="Arial" w:cs="Arial"/>
          <w:sz w:val="24"/>
          <w:rtl/>
          <w:szCs w:val="24"/>
        </w:rPr>
        <w:t>• 💛 העבירו מחמאה על חיוך, על עידוד או על מילה טובה שקיבלתם השבוע</w:t>
      </w:r>
    </w:p>
    <w:p>
      <w:pPr>
        <w:bidi/>
        <w:jc w:val="right"/>
      </w:pPr>
      <w:r>
        <w:rPr>
          <w:rFonts w:ascii="Arial" w:hAnsi="Arial" w:cs="Arial"/>
          <w:sz w:val="24"/>
          <w:rtl/>
          <w:szCs w:val="24"/>
        </w:rPr>
        <w:t>• 💡 מה למדתי השבוע על הדרך שבה אני מסתכל או מסתכלת על דברים?</w:t>
      </w:r>
    </w:p>
    <w:p>
      <w:pPr>
        <w:bidi/>
        <w:jc w:val="right"/>
      </w:pPr>
      <w:r>
        <w:rPr>
          <w:rFonts w:ascii="Arial" w:hAnsi="Arial" w:cs="Arial"/>
          <w:sz w:val="24"/>
          <w:rtl/>
          <w:szCs w:val="24"/>
        </w:rPr>
        <w:t>• 🌇 שיהיה לכולנו סוף שבוע מואר, עם דבר טוב אחד שנחכה לו</w:t>
      </w:r>
    </w:p>
    <w:p>
      <w:pPr>
        <w:bidi/>
        <w:jc w:val="right"/>
      </w:pPr>
      <w:r>
        <w:rPr>
          <w:rFonts w:ascii="Arial" w:hAnsi="Arial" w:cs="Arial"/>
          <w:sz w:val="24"/>
          <w:rtl/>
          <w:szCs w:val="24"/>
        </w:rPr>
        <w:t>• 🌙 נשמו פנימה תקווה, נשפו החוצה דאגה, ותנו לשבוע הבא להגיע בנחת</w:t>
      </w:r>
    </w:p>
    <w:p>
      <w:pPr>
        <w:bidi/>
        <w:pStyle w:val="Heading2"/>
        <w:jc w:val="right"/>
      </w:pPr>
      <w:r>
        <w:rPr>
          <w:rFonts w:ascii="Arial" w:hAnsi="Arial" w:cs="Arial"/>
          <w:b/>
          <w:color w:val="2B8A3E"/>
          <w:sz w:val="32"/>
          <w:rtl/>
          <w:szCs w:val="32"/>
          <w:bCs/>
        </w:rPr>
        <w:t>🌱 שמירה על הסביבה – שבוע 14.2 עד 19.2.2027 · ז׳ אדר א׳ תשפ״ז</w:t>
      </w:r>
    </w:p>
    <w:p>
      <w:pPr>
        <w:bidi/>
        <w:jc w:val="right"/>
      </w:pPr>
      <w:r>
        <w:rPr>
          <w:rFonts w:ascii="Arial" w:hAnsi="Arial" w:cs="Arial"/>
          <w:color w:val="555577"/>
          <w:sz w:val="24"/>
          <w:rtl/>
          <w:szCs w:val="24"/>
        </w:rPr>
        <w:t>לדאוג לטבע, לאוויר, למים ולמקום שבו אנחנו חיים, היום ולמען הדורות הבאים · המשפט של השבוע: "כדור הארץ הוא הבית היחיד שלנו – בואו נשמור עליו יחד"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הכיתה תכננה מסיבת סוף שנה עם הרבה כלים חד־פעמיים. ליה הציעה שכל אחד יביא צלחת וכוס מהבית. חלק אמרו שזה מסובך מדי. בסוף מצאו פתרון: כוסות רב־פעמיות של הכיתה, עם שם של כל תלמיד ותלמידה.</w:t>
      </w:r>
    </w:p>
    <w:p>
      <w:pPr>
        <w:bidi/>
        <w:jc w:val="right"/>
      </w:pPr>
      <w:r>
        <w:rPr>
          <w:rFonts w:ascii="Arial" w:hAnsi="Arial" w:cs="Arial"/>
          <w:sz w:val="24"/>
          <w:rtl/>
          <w:szCs w:val="24"/>
        </w:rPr>
        <w:t>• איך אפשר לשכנע אחרים בלי להטיף?</w:t>
      </w:r>
    </w:p>
    <w:p>
      <w:pPr>
        <w:bidi/>
        <w:jc w:val="right"/>
      </w:pPr>
      <w:r>
        <w:rPr>
          <w:rFonts w:ascii="Arial" w:hAnsi="Arial" w:cs="Arial"/>
          <w:sz w:val="24"/>
          <w:rtl/>
          <w:szCs w:val="24"/>
        </w:rPr>
        <w:t>• איזה שינוי ירוק הייתם רוצים לראות בכיתה?</w:t>
      </w:r>
    </w:p>
    <w:p>
      <w:pPr>
        <w:bidi/>
        <w:jc w:val="right"/>
      </w:pPr>
      <w:r>
        <w:rPr>
          <w:rFonts w:ascii="Arial" w:hAnsi="Arial" w:cs="Arial"/>
          <w:b/>
          <w:color w:val="2B8A3E"/>
          <w:sz w:val="26"/>
          <w:rtl/>
          <w:szCs w:val="26"/>
          <w:bCs/>
        </w:rPr>
        <w:t>▌ ✨ מילים לחיים: "לכבוד ולתפארת" (שמות כח, ב)</w:t>
      </w:r>
    </w:p>
    <w:p>
      <w:pPr>
        <w:bidi/>
        <w:jc w:val="right"/>
      </w:pPr>
      <w:r>
        <w:rPr>
          <w:rFonts w:ascii="Arial" w:hAnsi="Arial" w:cs="Arial"/>
          <w:sz w:val="24"/>
          <w:rtl/>
          <w:szCs w:val="24"/>
        </w:rPr>
        <w:t>בגדי הכהן נעשו בהקפדה, לכבוד ולתפארת. הכבוד אינו רק בבגדים, אלא בדרך שבה אנחנו מתנהגים ומתייחסים זה לזה. השבוע נשים לב איך המילים והמעשים שלנו מכבדים את עצמנו ואת האחרים.</w:t>
      </w:r>
    </w:p>
    <w:p>
      <w:pPr>
        <w:bidi/>
        <w:jc w:val="right"/>
      </w:pPr>
      <w:r>
        <w:rPr>
          <w:rFonts w:ascii="Arial" w:hAnsi="Arial" w:cs="Arial"/>
          <w:sz w:val="24"/>
          <w:rtl/>
          <w:szCs w:val="24"/>
        </w:rPr>
        <w:t>שאלה: איך מראים כבוד לאחרים בלי מילים?</w:t>
      </w:r>
    </w:p>
    <w:p>
      <w:pPr>
        <w:bidi/>
        <w:jc w:val="right"/>
      </w:pPr>
      <w:r>
        <w:rPr>
          <w:rFonts w:ascii="Arial" w:hAnsi="Arial" w:cs="Arial"/>
          <w:sz w:val="24"/>
          <w:rtl/>
          <w:szCs w:val="24"/>
        </w:rPr>
        <w:t>🧩 חידה: אני עץ, אבל אין לי ענפים ולא עלים. מכינים אותי מנייר ומניחים עליי מילים. מה אני?  (תשובה: עץ משפחה)</w:t>
      </w:r>
    </w:p>
    <w:p>
      <w:pPr>
        <w:bidi/>
        <w:jc w:val="right"/>
      </w:pPr>
      <w:r>
        <w:rPr>
          <w:rFonts w:ascii="Arial" w:hAnsi="Arial" w:cs="Arial"/>
          <w:sz w:val="24"/>
          <w:rtl/>
          <w:szCs w:val="24"/>
        </w:rPr>
        <w:t>🎯 מטרות: להביא בקבוק רב־פעמי לבית הספר כל יום · להפריד פסולת בבית לפחים הנכונים · לאסוף חמישה פריטי פסולת בחצר או בשכונה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מעשה ירוק אחד שעשיתם או ראיתם השבוע</w:t>
      </w:r>
    </w:p>
    <w:p>
      <w:pPr>
        <w:bidi/>
        <w:jc w:val="right"/>
      </w:pPr>
      <w:r>
        <w:rPr>
          <w:rFonts w:ascii="Arial" w:hAnsi="Arial" w:cs="Arial"/>
          <w:sz w:val="24"/>
          <w:rtl/>
          <w:szCs w:val="24"/>
        </w:rPr>
        <w:t>• 🙏 למי אתם רוצים להודות על כך שעזר לשמור על הכיתה או על החצר נקיים?</w:t>
      </w:r>
    </w:p>
    <w:p>
      <w:pPr>
        <w:bidi/>
        <w:jc w:val="right"/>
      </w:pPr>
      <w:r>
        <w:rPr>
          <w:rFonts w:ascii="Arial" w:hAnsi="Arial" w:cs="Arial"/>
          <w:sz w:val="24"/>
          <w:rtl/>
          <w:szCs w:val="24"/>
        </w:rPr>
        <w:t>• 💛 העבירו מחמאה למי שראיתם דואג לסביבה – גם בדבר קטן</w:t>
      </w:r>
    </w:p>
    <w:p>
      <w:pPr>
        <w:bidi/>
        <w:jc w:val="right"/>
      </w:pPr>
      <w:r>
        <w:rPr>
          <w:rFonts w:ascii="Arial" w:hAnsi="Arial" w:cs="Arial"/>
          <w:sz w:val="24"/>
          <w:rtl/>
          <w:szCs w:val="24"/>
        </w:rPr>
        <w:t>• 💡 מה למדתי השבוע על הטבע ועל ההשפעה שלי עליו?</w:t>
      </w:r>
    </w:p>
    <w:p>
      <w:pPr>
        <w:bidi/>
        <w:jc w:val="right"/>
      </w:pPr>
      <w:r>
        <w:rPr>
          <w:rFonts w:ascii="Arial" w:hAnsi="Arial" w:cs="Arial"/>
          <w:sz w:val="24"/>
          <w:rtl/>
          <w:szCs w:val="24"/>
        </w:rPr>
        <w:t>• 🌇 שיהיה לכולנו סוף שבוע עם אוויר צח, טבע ירוק ורגע בחוץ</w:t>
      </w:r>
    </w:p>
    <w:p>
      <w:pPr>
        <w:bidi/>
        <w:jc w:val="right"/>
      </w:pPr>
      <w:r>
        <w:rPr>
          <w:rFonts w:ascii="Arial" w:hAnsi="Arial" w:cs="Arial"/>
          <w:sz w:val="24"/>
          <w:rtl/>
          <w:szCs w:val="24"/>
        </w:rPr>
        <w:t>• 🌙 דמיינו עץ גדול ושקט, הקשיבו לרוח בעלים, ונשמו עמוק כמוהו</w:t>
      </w:r>
    </w:p>
    <w:p>
      <w:pPr>
        <w:bidi/>
        <w:pStyle w:val="Heading2"/>
        <w:jc w:val="right"/>
      </w:pPr>
      <w:r>
        <w:rPr>
          <w:rFonts w:ascii="Arial" w:hAnsi="Arial" w:cs="Arial"/>
          <w:b/>
          <w:color w:val="2B8A3E"/>
          <w:sz w:val="32"/>
          <w:rtl/>
          <w:szCs w:val="32"/>
          <w:bCs/>
        </w:rPr>
        <w:t>🫶 ערבות הדדית – שבוע 21.2 עד 26.2.2027 · י״ד אדר א׳ תשפ״ז</w:t>
      </w:r>
    </w:p>
    <w:p>
      <w:pPr>
        <w:bidi/>
        <w:jc w:val="right"/>
      </w:pPr>
      <w:r>
        <w:rPr>
          <w:rFonts w:ascii="Arial" w:hAnsi="Arial" w:cs="Arial"/>
          <w:color w:val="555577"/>
          <w:sz w:val="24"/>
          <w:rtl/>
          <w:szCs w:val="24"/>
        </w:rPr>
        <w:t>התחושה שכולנו קשורים זה לזה, ושכל אחד ואחת אחראים גם לטובת האחרים · המשפט של השבוע: "כשאחד נופל, כולנו מושיטים יד – ככה בונים כיתה חזקה"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בעבודה קבוצתית, מאיה מתקשה ומרגישה שהיא מעכבת את כולם. שני חברים בקבוצה מתלוננים, אבל איתי אומר: אנחנו קבוצה – ההצלחה של כל אחד היא ההצלחה של כולנו. הם מחלקים מחדש את המשימות כך שכל אחד יתרום ממה שהוא טוב בו.</w:t>
      </w:r>
    </w:p>
    <w:p>
      <w:pPr>
        <w:bidi/>
        <w:jc w:val="right"/>
      </w:pPr>
      <w:r>
        <w:rPr>
          <w:rFonts w:ascii="Arial" w:hAnsi="Arial" w:cs="Arial"/>
          <w:sz w:val="24"/>
          <w:rtl/>
          <w:szCs w:val="24"/>
        </w:rPr>
        <w:t>• מה הייתם אומרים לחברים שמתלוננים בקבוצה?</w:t>
      </w:r>
    </w:p>
    <w:p>
      <w:pPr>
        <w:bidi/>
        <w:jc w:val="right"/>
      </w:pPr>
      <w:r>
        <w:rPr>
          <w:rFonts w:ascii="Arial" w:hAnsi="Arial" w:cs="Arial"/>
          <w:sz w:val="24"/>
          <w:rtl/>
          <w:szCs w:val="24"/>
        </w:rPr>
        <w:t>• איך מחלקים עבודה כך שכולם ירגישו שהם תורמים?</w:t>
      </w:r>
    </w:p>
    <w:p>
      <w:pPr>
        <w:bidi/>
        <w:jc w:val="right"/>
      </w:pPr>
      <w:r>
        <w:rPr>
          <w:rFonts w:ascii="Arial" w:hAnsi="Arial" w:cs="Arial"/>
          <w:b/>
          <w:color w:val="2B8A3E"/>
          <w:sz w:val="26"/>
          <w:rtl/>
          <w:szCs w:val="26"/>
          <w:bCs/>
        </w:rPr>
        <w:t>▌ ✨ מילים לחיים: "העשיר לא ירבה" (שמות ל, טו)</w:t>
      </w:r>
    </w:p>
    <w:p>
      <w:pPr>
        <w:bidi/>
        <w:jc w:val="right"/>
      </w:pPr>
      <w:r>
        <w:rPr>
          <w:rFonts w:ascii="Arial" w:hAnsi="Arial" w:cs="Arial"/>
          <w:sz w:val="24"/>
          <w:rtl/>
          <w:szCs w:val="24"/>
        </w:rPr>
        <w:t>במחצית השקל כולם נתנו אותו סכום – לא העשיר יותר ולא העני פחות. כל אחד נספר בדיוק באותה חשיבות. השבוע נזכור שבכיתה שלנו לכל אחד ואחת יש מקום שווה, בלי קשר למה שיש להם.</w:t>
      </w:r>
    </w:p>
    <w:p>
      <w:pPr>
        <w:bidi/>
        <w:jc w:val="right"/>
      </w:pPr>
      <w:r>
        <w:rPr>
          <w:rFonts w:ascii="Arial" w:hAnsi="Arial" w:cs="Arial"/>
          <w:sz w:val="24"/>
          <w:rtl/>
          <w:szCs w:val="24"/>
        </w:rPr>
        <w:t>שאלה: מה עוזר לכל אחד בכיתה להרגיש שהוא שווה וחשוב?</w:t>
      </w:r>
    </w:p>
    <w:p>
      <w:pPr>
        <w:bidi/>
        <w:jc w:val="right"/>
      </w:pPr>
      <w:r>
        <w:rPr>
          <w:rFonts w:ascii="Arial" w:hAnsi="Arial" w:cs="Arial"/>
          <w:sz w:val="24"/>
          <w:rtl/>
          <w:szCs w:val="24"/>
        </w:rPr>
        <w:t>🧩 חידה: חמישה חברים נפגשו, וכל אחד לחץ יד לכל אחד מהאחרים פעם אחת. כמה לחיצות ידיים היו?  (תשובה: 10)</w:t>
      </w:r>
    </w:p>
    <w:p>
      <w:pPr>
        <w:bidi/>
        <w:jc w:val="right"/>
      </w:pPr>
      <w:r>
        <w:rPr>
          <w:rFonts w:ascii="Arial" w:hAnsi="Arial" w:cs="Arial"/>
          <w:sz w:val="24"/>
          <w:rtl/>
          <w:szCs w:val="24"/>
        </w:rPr>
        <w:t>🎯 מטרות: להתקשר או לכתוב לחבר או חברה שלא היו בבית הספר · לעזור למישהו בשיעורי בית פעם אחת השבוע · לשים לב למי שיושב לבד ולהזמין להצטרף</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מישהו דאג לכם או שאתם דאגתם למישהו</w:t>
      </w:r>
    </w:p>
    <w:p>
      <w:pPr>
        <w:bidi/>
        <w:jc w:val="right"/>
      </w:pPr>
      <w:r>
        <w:rPr>
          <w:rFonts w:ascii="Arial" w:hAnsi="Arial" w:cs="Arial"/>
          <w:sz w:val="24"/>
          <w:rtl/>
          <w:szCs w:val="24"/>
        </w:rPr>
        <w:t>• 🙏 למי אתם רוצים להודות על כך שהיה שם בשבילכם השבוע?</w:t>
      </w:r>
    </w:p>
    <w:p>
      <w:pPr>
        <w:bidi/>
        <w:jc w:val="right"/>
      </w:pPr>
      <w:r>
        <w:rPr>
          <w:rFonts w:ascii="Arial" w:hAnsi="Arial" w:cs="Arial"/>
          <w:sz w:val="24"/>
          <w:rtl/>
          <w:szCs w:val="24"/>
        </w:rPr>
        <w:t>• 💛 העבירו מחמאה על רגע שבו מישהו חשב על האחר ולא רק על עצמו</w:t>
      </w:r>
    </w:p>
    <w:p>
      <w:pPr>
        <w:bidi/>
        <w:jc w:val="right"/>
      </w:pPr>
      <w:r>
        <w:rPr>
          <w:rFonts w:ascii="Arial" w:hAnsi="Arial" w:cs="Arial"/>
          <w:sz w:val="24"/>
          <w:rtl/>
          <w:szCs w:val="24"/>
        </w:rPr>
        <w:t>• 💡 מה למדתי השבוע על הכוח של כיתה שדואגת לכל אחד ואחת?</w:t>
      </w:r>
    </w:p>
    <w:p>
      <w:pPr>
        <w:bidi/>
        <w:jc w:val="right"/>
      </w:pPr>
      <w:r>
        <w:rPr>
          <w:rFonts w:ascii="Arial" w:hAnsi="Arial" w:cs="Arial"/>
          <w:sz w:val="24"/>
          <w:rtl/>
          <w:szCs w:val="24"/>
        </w:rPr>
        <w:t>• 🌇 שיהיה לכולנו סוף שבוע חם ומחבק, עם אנשים שאכפת להם מאיתנו</w:t>
      </w:r>
    </w:p>
    <w:p>
      <w:pPr>
        <w:bidi/>
        <w:jc w:val="right"/>
      </w:pPr>
      <w:r>
        <w:rPr>
          <w:rFonts w:ascii="Arial" w:hAnsi="Arial" w:cs="Arial"/>
          <w:sz w:val="24"/>
          <w:rtl/>
          <w:szCs w:val="24"/>
        </w:rPr>
        <w:t>• 🌙 הסתכלו סביב המעגל וחשבו: כל מי שיושב כאן הוא חלק מאיתנו, ואנחנו חלק ממנו</w:t>
      </w:r>
    </w:p>
    <w:p>
      <w:pPr>
        <w:bidi/>
        <w:pStyle w:val="Heading2"/>
        <w:jc w:val="right"/>
      </w:pPr>
      <w:r>
        <w:rPr>
          <w:rFonts w:ascii="Arial" w:hAnsi="Arial" w:cs="Arial"/>
          <w:b/>
          <w:color w:val="2B8A3E"/>
          <w:sz w:val="32"/>
          <w:rtl/>
          <w:szCs w:val="32"/>
          <w:bCs/>
        </w:rPr>
        <w:t>🌈 קבלת השונה – שבוע 28.2 עד 5.3.2027 · כ״א אדר א׳ תשפ״ז</w:t>
      </w:r>
    </w:p>
    <w:p>
      <w:pPr>
        <w:bidi/>
        <w:jc w:val="right"/>
      </w:pPr>
      <w:r>
        <w:rPr>
          <w:rFonts w:ascii="Arial" w:hAnsi="Arial" w:cs="Arial"/>
          <w:color w:val="555577"/>
          <w:sz w:val="24"/>
          <w:rtl/>
          <w:szCs w:val="24"/>
        </w:rPr>
        <w:t>לכבד ולקבל אנשים שונים מאיתנו במראה, במנהגים, ביכולות ובדעות · המשפט של השבוע: "כמו בפאזל – דווקא החלקים השונים יוצרים תמונה שלמה"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בשיעור, מישהו צחק על המבטא של מיכאל כשקרא בקול. מיכאל השתתק והוריד את הראש. טל לא צחק, אבל גם לא אמר כלום. בהפסקה טל מתלבט: האם השתיקה שלו היא בעצם בחירה?</w:t>
      </w:r>
    </w:p>
    <w:p>
      <w:pPr>
        <w:bidi/>
        <w:jc w:val="right"/>
      </w:pPr>
      <w:r>
        <w:rPr>
          <w:rFonts w:ascii="Arial" w:hAnsi="Arial" w:cs="Arial"/>
          <w:sz w:val="24"/>
          <w:rtl/>
          <w:szCs w:val="24"/>
        </w:rPr>
        <w:t>• מה טל יכול לעשות עכשיו, אחרי שהרגע עבר?</w:t>
      </w:r>
    </w:p>
    <w:p>
      <w:pPr>
        <w:bidi/>
        <w:jc w:val="right"/>
      </w:pPr>
      <w:r>
        <w:rPr>
          <w:rFonts w:ascii="Arial" w:hAnsi="Arial" w:cs="Arial"/>
          <w:sz w:val="24"/>
          <w:rtl/>
          <w:szCs w:val="24"/>
        </w:rPr>
        <w:t>• למה לפעמים שותקים כשמישהו נפגע?</w:t>
      </w:r>
    </w:p>
    <w:p>
      <w:pPr>
        <w:bidi/>
        <w:jc w:val="right"/>
      </w:pPr>
      <w:r>
        <w:rPr>
          <w:rFonts w:ascii="Arial" w:hAnsi="Arial" w:cs="Arial"/>
          <w:b/>
          <w:color w:val="2B8A3E"/>
          <w:sz w:val="26"/>
          <w:rtl/>
          <w:szCs w:val="26"/>
          <w:bCs/>
        </w:rPr>
        <w:t>▌ ✨ מילים לחיים: "וכל אשה חכמת לב" (שמות לה, כה)</w:t>
      </w:r>
    </w:p>
    <w:p>
      <w:pPr>
        <w:bidi/>
        <w:jc w:val="right"/>
      </w:pPr>
      <w:r>
        <w:rPr>
          <w:rFonts w:ascii="Arial" w:hAnsi="Arial" w:cs="Arial"/>
          <w:sz w:val="24"/>
          <w:rtl/>
          <w:szCs w:val="24"/>
        </w:rPr>
        <w:t>נשים חכמות לב טוו בידיהן את החוטים למשכן, וכל אחד ואחת תרמו בכישרון שלהם. לכל אחד ואחת יש כישרון מיוחד שאפשר להביא לקבוצה. השבוע נחפש את חכמת הלב שבנו ובחברים שלנו.</w:t>
      </w:r>
    </w:p>
    <w:p>
      <w:pPr>
        <w:bidi/>
        <w:jc w:val="right"/>
      </w:pPr>
      <w:r>
        <w:rPr>
          <w:rFonts w:ascii="Arial" w:hAnsi="Arial" w:cs="Arial"/>
          <w:sz w:val="24"/>
          <w:rtl/>
          <w:szCs w:val="24"/>
        </w:rPr>
        <w:t>שאלה: איזה כישרון שלכם יכול לעזור לכיתה?</w:t>
      </w:r>
    </w:p>
    <w:p>
      <w:pPr>
        <w:bidi/>
        <w:jc w:val="right"/>
      </w:pPr>
      <w:r>
        <w:rPr>
          <w:rFonts w:ascii="Arial" w:hAnsi="Arial" w:cs="Arial"/>
          <w:sz w:val="24"/>
          <w:rtl/>
          <w:szCs w:val="24"/>
        </w:rPr>
        <w:t>🧩 חידה: איזה מספר יוצא דופן ולמה: 3, 5, 7, 9, 11?  (תשובה: 9 – כי הוא היחיד שאינו מספר ראשוני (מתחלק ב־3))</w:t>
      </w:r>
    </w:p>
    <w:p>
      <w:pPr>
        <w:bidi/>
        <w:jc w:val="right"/>
      </w:pPr>
      <w:r>
        <w:rPr>
          <w:rFonts w:ascii="Arial" w:hAnsi="Arial" w:cs="Arial"/>
          <w:sz w:val="24"/>
          <w:rtl/>
          <w:szCs w:val="24"/>
        </w:rPr>
        <w:t>🎯 מטרות: להכיר מנהג אחד של משפחה אחרת בכיתה · לעצור צחוק או עקיצה על מישהו · לעבוד בקבוצה עם מישהו שעוד לא עבדתי איתו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שתפו בדבר חדש שגיליתם השבוע על מישהו שונה מכם</w:t>
      </w:r>
    </w:p>
    <w:p>
      <w:pPr>
        <w:bidi/>
        <w:jc w:val="right"/>
      </w:pPr>
      <w:r>
        <w:rPr>
          <w:rFonts w:ascii="Arial" w:hAnsi="Arial" w:cs="Arial"/>
          <w:sz w:val="24"/>
          <w:rtl/>
          <w:szCs w:val="24"/>
        </w:rPr>
        <w:t>• 🙏 למי אתם רוצים להודות על כך שקיבל אתכם בדיוק כמו שאתם?</w:t>
      </w:r>
    </w:p>
    <w:p>
      <w:pPr>
        <w:bidi/>
        <w:jc w:val="right"/>
      </w:pPr>
      <w:r>
        <w:rPr>
          <w:rFonts w:ascii="Arial" w:hAnsi="Arial" w:cs="Arial"/>
          <w:sz w:val="24"/>
          <w:rtl/>
          <w:szCs w:val="24"/>
        </w:rPr>
        <w:t>• 💛 העבירו מחמאה על משהו מיוחד ושונה שאתם אוהבים אצל חבר או חברה</w:t>
      </w:r>
    </w:p>
    <w:p>
      <w:pPr>
        <w:bidi/>
        <w:jc w:val="right"/>
      </w:pPr>
      <w:r>
        <w:rPr>
          <w:rFonts w:ascii="Arial" w:hAnsi="Arial" w:cs="Arial"/>
          <w:sz w:val="24"/>
          <w:rtl/>
          <w:szCs w:val="24"/>
        </w:rPr>
        <w:t>• 💡 מה למדתי השבוע מאדם שחושב או חי אחרת ממני?</w:t>
      </w:r>
    </w:p>
    <w:p>
      <w:pPr>
        <w:bidi/>
        <w:jc w:val="right"/>
      </w:pPr>
      <w:r>
        <w:rPr>
          <w:rFonts w:ascii="Arial" w:hAnsi="Arial" w:cs="Arial"/>
          <w:sz w:val="24"/>
          <w:rtl/>
          <w:szCs w:val="24"/>
        </w:rPr>
        <w:t>• 🌇 שיהיה לכולנו סוף שבוע צבעוני, מלא באנשים, בטעמים ובמנהגים מגוונים</w:t>
      </w:r>
    </w:p>
    <w:p>
      <w:pPr>
        <w:bidi/>
        <w:jc w:val="right"/>
      </w:pPr>
      <w:r>
        <w:rPr>
          <w:rFonts w:ascii="Arial" w:hAnsi="Arial" w:cs="Arial"/>
          <w:sz w:val="24"/>
          <w:rtl/>
          <w:szCs w:val="24"/>
        </w:rPr>
        <w:t>• 🌙 חשבו בשקט: מה מיוחד בי? ואיזה כיף שכל אחד כאן מיוחד בדרך משלו</w:t>
      </w:r>
    </w:p>
    <w:p>
      <w:pPr>
        <w:bidi/>
        <w:pStyle w:val="Heading2"/>
        <w:jc w:val="right"/>
      </w:pPr>
      <w:r>
        <w:rPr>
          <w:rFonts w:ascii="Arial" w:hAnsi="Arial" w:cs="Arial"/>
          <w:b/>
          <w:color w:val="2B8A3E"/>
          <w:sz w:val="32"/>
          <w:rtl/>
          <w:szCs w:val="32"/>
          <w:bCs/>
        </w:rPr>
        <w:t>🎁 נדיבות – שבוע 7.3 עד 12.3.2027 · כ״ח אדר א׳ תשפ״ז</w:t>
      </w:r>
    </w:p>
    <w:p>
      <w:pPr>
        <w:bidi/>
        <w:jc w:val="right"/>
      </w:pPr>
      <w:r>
        <w:rPr>
          <w:rFonts w:ascii="Arial" w:hAnsi="Arial" w:cs="Arial"/>
          <w:color w:val="555577"/>
          <w:sz w:val="24"/>
          <w:rtl/>
          <w:szCs w:val="24"/>
        </w:rPr>
        <w:t>לתת מכל הלב – זמן, עזרה, מילה טובה או חפץ – בלי לצפות לתמורה · המשפט של השבוע: "מה שנותנים באהבה – חוזר אלינו כחיוך"</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נדיבות היא לא רק כסף או מתנות. איתי מצטיין בשרטוט, והוא שם לב שאלמז מתקשה במשימת האמנות. במקום לעשות בשבילה, הוא יושב איתה רבע שעה ומראה לה טריק פשוט. למחרת היא מלמדת את הטריק לעוד שני תלמידים.</w:t>
      </w:r>
    </w:p>
    <w:p>
      <w:pPr>
        <w:bidi/>
        <w:jc w:val="right"/>
      </w:pPr>
      <w:r>
        <w:rPr>
          <w:rFonts w:ascii="Arial" w:hAnsi="Arial" w:cs="Arial"/>
          <w:sz w:val="24"/>
          <w:rtl/>
          <w:szCs w:val="24"/>
        </w:rPr>
        <w:t>• מה ההבדל בין לעשות בשביל מישהו לבין ללמד אותו?</w:t>
      </w:r>
    </w:p>
    <w:p>
      <w:pPr>
        <w:bidi/>
        <w:jc w:val="right"/>
      </w:pPr>
      <w:r>
        <w:rPr>
          <w:rFonts w:ascii="Arial" w:hAnsi="Arial" w:cs="Arial"/>
          <w:sz w:val="24"/>
          <w:rtl/>
          <w:szCs w:val="24"/>
        </w:rPr>
        <w:t>• מה אתם יכולים לתת לאחרים מהכישרון שלכם?</w:t>
      </w:r>
    </w:p>
    <w:p>
      <w:pPr>
        <w:bidi/>
        <w:jc w:val="right"/>
      </w:pPr>
      <w:r>
        <w:rPr>
          <w:rFonts w:ascii="Arial" w:hAnsi="Arial" w:cs="Arial"/>
          <w:b/>
          <w:color w:val="2B8A3E"/>
          <w:sz w:val="26"/>
          <w:rtl/>
          <w:szCs w:val="26"/>
          <w:bCs/>
        </w:rPr>
        <w:t>▌ ✨ מילים לחיים: "ויכל משה את המלאכה" (שמות מ, לג)</w:t>
      </w:r>
    </w:p>
    <w:p>
      <w:pPr>
        <w:bidi/>
        <w:jc w:val="right"/>
      </w:pPr>
      <w:r>
        <w:rPr>
          <w:rFonts w:ascii="Arial" w:hAnsi="Arial" w:cs="Arial"/>
          <w:sz w:val="24"/>
          <w:rtl/>
          <w:szCs w:val="24"/>
        </w:rPr>
        <w:t>אחרי עבודה ארוכה ומפורטת משה מסיים את בניית המשכן. לסיים משהו עד הסוף נותן תחושה נהדרת. השבוע נבחר משימה אחת שהתחלנו ונשלים אותה, ונשמח בהצלחה הקטנה.</w:t>
      </w:r>
    </w:p>
    <w:p>
      <w:pPr>
        <w:bidi/>
        <w:jc w:val="right"/>
      </w:pPr>
      <w:r>
        <w:rPr>
          <w:rFonts w:ascii="Arial" w:hAnsi="Arial" w:cs="Arial"/>
          <w:sz w:val="24"/>
          <w:rtl/>
          <w:szCs w:val="24"/>
        </w:rPr>
        <w:t>שאלה: מה המשימה שהכי תשמחו לסיים השבוע?</w:t>
      </w:r>
    </w:p>
    <w:p>
      <w:pPr>
        <w:bidi/>
        <w:jc w:val="right"/>
      </w:pPr>
      <w:r>
        <w:rPr>
          <w:rFonts w:ascii="Arial" w:hAnsi="Arial" w:cs="Arial"/>
          <w:sz w:val="24"/>
          <w:rtl/>
          <w:szCs w:val="24"/>
        </w:rPr>
        <w:t>🧩 חידה: לאמא של מאיה יש 12 עוגיות. היא נותנת חצי לשכנים, ומהשאר שליש לסבתא. כמה עוגיות נשארו?  (תשובה: 4 (חצי מ־12 זה 6, שליש מ־6 זה 2, ונשארו 4))</w:t>
      </w:r>
    </w:p>
    <w:p>
      <w:pPr>
        <w:bidi/>
        <w:jc w:val="right"/>
      </w:pPr>
      <w:r>
        <w:rPr>
          <w:rFonts w:ascii="Arial" w:hAnsi="Arial" w:cs="Arial"/>
          <w:sz w:val="24"/>
          <w:rtl/>
          <w:szCs w:val="24"/>
        </w:rPr>
        <w:t>🎯 מטרות: ללמד מישהו משהו שאני טוב או טובה בו · לתת מזמני לעזרה בבית או בשכונה · לכתוב פתק תודה למישהו שלא מצפה לו</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מתנה קטנה, מעשה או מילה שנתתם או קיבלתם השבוע</w:t>
      </w:r>
    </w:p>
    <w:p>
      <w:pPr>
        <w:bidi/>
        <w:jc w:val="right"/>
      </w:pPr>
      <w:r>
        <w:rPr>
          <w:rFonts w:ascii="Arial" w:hAnsi="Arial" w:cs="Arial"/>
          <w:sz w:val="24"/>
          <w:rtl/>
          <w:szCs w:val="24"/>
        </w:rPr>
        <w:t>• 🙏 למי אתם רוצים להודות על משהו שנתן לכם השבוע בלב רחב?</w:t>
      </w:r>
    </w:p>
    <w:p>
      <w:pPr>
        <w:bidi/>
        <w:jc w:val="right"/>
      </w:pPr>
      <w:r>
        <w:rPr>
          <w:rFonts w:ascii="Arial" w:hAnsi="Arial" w:cs="Arial"/>
          <w:sz w:val="24"/>
          <w:rtl/>
          <w:szCs w:val="24"/>
        </w:rPr>
        <w:t>• 💛 העבירו מחמאה על רגע של נתינה שראיתם בכיתה</w:t>
      </w:r>
    </w:p>
    <w:p>
      <w:pPr>
        <w:bidi/>
        <w:jc w:val="right"/>
      </w:pPr>
      <w:r>
        <w:rPr>
          <w:rFonts w:ascii="Arial" w:hAnsi="Arial" w:cs="Arial"/>
          <w:sz w:val="24"/>
          <w:rtl/>
          <w:szCs w:val="24"/>
        </w:rPr>
        <w:t>• 💡 מה למדתי השבוע על התחושה של לתת?</w:t>
      </w:r>
    </w:p>
    <w:p>
      <w:pPr>
        <w:bidi/>
        <w:jc w:val="right"/>
      </w:pPr>
      <w:r>
        <w:rPr>
          <w:rFonts w:ascii="Arial" w:hAnsi="Arial" w:cs="Arial"/>
          <w:sz w:val="24"/>
          <w:rtl/>
          <w:szCs w:val="24"/>
        </w:rPr>
        <w:t>• 🌇 שיהיה לכולנו סוף שבוע מלא ברגעים של נתינה ושל חיבוקים</w:t>
      </w:r>
    </w:p>
    <w:p>
      <w:pPr>
        <w:bidi/>
        <w:jc w:val="right"/>
      </w:pPr>
      <w:r>
        <w:rPr>
          <w:rFonts w:ascii="Arial" w:hAnsi="Arial" w:cs="Arial"/>
          <w:sz w:val="24"/>
          <w:rtl/>
          <w:szCs w:val="24"/>
        </w:rPr>
        <w:t>• 🌙 נשמו עמוק ודמיינו שאתם שולחים חיוך שקט לכל מי שיושב כאן במעגל</w:t>
      </w:r>
    </w:p>
    <w:p>
      <w:pPr>
        <w:bidi/>
        <w:pStyle w:val="Heading2"/>
        <w:jc w:val="right"/>
      </w:pPr>
      <w:r>
        <w:rPr>
          <w:rFonts w:ascii="Arial" w:hAnsi="Arial" w:cs="Arial"/>
          <w:b/>
          <w:color w:val="2B8A3E"/>
          <w:sz w:val="32"/>
          <w:rtl/>
          <w:szCs w:val="32"/>
          <w:bCs/>
        </w:rPr>
        <w:t>🧘 שליטה עצמית – שבוע 14.3 עד 19.3.2027 · ה׳ אדר ב׳ תשפ״ז</w:t>
      </w:r>
    </w:p>
    <w:p>
      <w:pPr>
        <w:bidi/>
        <w:jc w:val="right"/>
      </w:pPr>
      <w:r>
        <w:rPr>
          <w:rFonts w:ascii="Arial" w:hAnsi="Arial" w:cs="Arial"/>
          <w:color w:val="555577"/>
          <w:sz w:val="24"/>
          <w:rtl/>
          <w:szCs w:val="24"/>
        </w:rPr>
        <w:t>לעצור רגע לפני שמגיבים, ולבחור איך לפעול גם כשהרגשות חזקים · המשפט של השבוע: "בין מה שקרה לבין מה שאעשה – יש נשימה אחת שלי"</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איתי מקבל הודעה עוקצנית בקבוצת השכבה בזמן שיעורי הבית. האצבעות שלו כבר מקלידות תשובה חריפה. הוא שם את הטלפון בצד לעשר דקות, הולך לשתות מים, וחוזר. עכשיו הוא בוחר אם לענות, איך, ואם בכלל.</w:t>
      </w:r>
    </w:p>
    <w:p>
      <w:pPr>
        <w:bidi/>
        <w:jc w:val="right"/>
      </w:pPr>
      <w:r>
        <w:rPr>
          <w:rFonts w:ascii="Arial" w:hAnsi="Arial" w:cs="Arial"/>
          <w:sz w:val="24"/>
          <w:rtl/>
          <w:szCs w:val="24"/>
        </w:rPr>
        <w:t>• למה כדאי לחכות לפני שעונים להודעה שמכעיסה?</w:t>
      </w:r>
    </w:p>
    <w:p>
      <w:pPr>
        <w:bidi/>
        <w:jc w:val="right"/>
      </w:pPr>
      <w:r>
        <w:rPr>
          <w:rFonts w:ascii="Arial" w:hAnsi="Arial" w:cs="Arial"/>
          <w:sz w:val="24"/>
          <w:rtl/>
          <w:szCs w:val="24"/>
        </w:rPr>
        <w:t>• מה הייתם עונים במקום איתי – אם בכלל?</w:t>
      </w:r>
    </w:p>
    <w:p>
      <w:pPr>
        <w:bidi/>
        <w:jc w:val="right"/>
      </w:pPr>
      <w:r>
        <w:rPr>
          <w:rFonts w:ascii="Arial" w:hAnsi="Arial" w:cs="Arial"/>
          <w:b/>
          <w:color w:val="2B8A3E"/>
          <w:sz w:val="26"/>
          <w:rtl/>
          <w:szCs w:val="26"/>
          <w:bCs/>
        </w:rPr>
        <w:t>▌ ✨ מילים לחיים: "והשיב את הגזלה" (ויקרא ה, כג)</w:t>
      </w:r>
    </w:p>
    <w:p>
      <w:pPr>
        <w:bidi/>
        <w:jc w:val="right"/>
      </w:pPr>
      <w:r>
        <w:rPr>
          <w:rFonts w:ascii="Arial" w:hAnsi="Arial" w:cs="Arial"/>
          <w:sz w:val="24"/>
          <w:rtl/>
          <w:szCs w:val="24"/>
        </w:rPr>
        <w:t>התורה מלמדת שמי שלקח משהו שלא שלו צריך להחזיר אותו. לתקן זה יותר מלהגיד סליחה – זה לעשות מעשה. השבוע נחשוב אם יש משהו שכדאי להחזיר או לתקן, גם דבר קטן כמו עט שנשאל.</w:t>
      </w:r>
    </w:p>
    <w:p>
      <w:pPr>
        <w:bidi/>
        <w:jc w:val="right"/>
      </w:pPr>
      <w:r>
        <w:rPr>
          <w:rFonts w:ascii="Arial" w:hAnsi="Arial" w:cs="Arial"/>
          <w:sz w:val="24"/>
          <w:rtl/>
          <w:szCs w:val="24"/>
        </w:rPr>
        <w:t>שאלה: מה ההבדל בין להתנצל לבין לתקן?</w:t>
      </w:r>
    </w:p>
    <w:p>
      <w:pPr>
        <w:bidi/>
        <w:jc w:val="right"/>
      </w:pPr>
      <w:r>
        <w:rPr>
          <w:rFonts w:ascii="Arial" w:hAnsi="Arial" w:cs="Arial"/>
          <w:sz w:val="24"/>
          <w:rtl/>
          <w:szCs w:val="24"/>
        </w:rPr>
        <w:t>🧩 חידה: בשקית 3 סוכריות אדומות ו־3 ירוקות, ואסור להציץ. כמה סוכריות לפחות צריך להוציא כדי להיות בטוחים שיש לנו שתיים באותו צבע?  (תשובה: 3)</w:t>
      </w:r>
    </w:p>
    <w:p>
      <w:pPr>
        <w:bidi/>
        <w:jc w:val="right"/>
      </w:pPr>
      <w:r>
        <w:rPr>
          <w:rFonts w:ascii="Arial" w:hAnsi="Arial" w:cs="Arial"/>
          <w:sz w:val="24"/>
          <w:rtl/>
          <w:szCs w:val="24"/>
        </w:rPr>
        <w:t>🎯 מטרות: לחכות עשר דקות לפני שאני עונה להודעה מעצבנת · לשים את הטלפון בצד בזמן שיעורי הבית · לזהות את הסימן הראשון של כעס בגוף שלי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עצרתם לפני שהגבתם</w:t>
      </w:r>
    </w:p>
    <w:p>
      <w:pPr>
        <w:bidi/>
        <w:jc w:val="right"/>
      </w:pPr>
      <w:r>
        <w:rPr>
          <w:rFonts w:ascii="Arial" w:hAnsi="Arial" w:cs="Arial"/>
          <w:sz w:val="24"/>
          <w:rtl/>
          <w:szCs w:val="24"/>
        </w:rPr>
        <w:t>• 🙏 למי אתם רוצים להודות על כך שעזר לכם להירגע ברגע קשה?</w:t>
      </w:r>
    </w:p>
    <w:p>
      <w:pPr>
        <w:bidi/>
        <w:jc w:val="right"/>
      </w:pPr>
      <w:r>
        <w:rPr>
          <w:rFonts w:ascii="Arial" w:hAnsi="Arial" w:cs="Arial"/>
          <w:sz w:val="24"/>
          <w:rtl/>
          <w:szCs w:val="24"/>
        </w:rPr>
        <w:t>• 💛 העבירו מחמאה למי שראיתם מגיב ברוגע ובסבלנות השבוע</w:t>
      </w:r>
    </w:p>
    <w:p>
      <w:pPr>
        <w:bidi/>
        <w:jc w:val="right"/>
      </w:pPr>
      <w:r>
        <w:rPr>
          <w:rFonts w:ascii="Arial" w:hAnsi="Arial" w:cs="Arial"/>
          <w:sz w:val="24"/>
          <w:rtl/>
          <w:szCs w:val="24"/>
        </w:rPr>
        <w:t>• 💡 מה למדתי השבוע על הרגשות שלי ועל מה שעוזר לי להירגע?</w:t>
      </w:r>
    </w:p>
    <w:p>
      <w:pPr>
        <w:bidi/>
        <w:jc w:val="right"/>
      </w:pPr>
      <w:r>
        <w:rPr>
          <w:rFonts w:ascii="Arial" w:hAnsi="Arial" w:cs="Arial"/>
          <w:sz w:val="24"/>
          <w:rtl/>
          <w:szCs w:val="24"/>
        </w:rPr>
        <w:t>• 🌇 שיהיה לכולנו סוף שבוע רגוע ונינוח, עם זמן לנוח באמת</w:t>
      </w:r>
    </w:p>
    <w:p>
      <w:pPr>
        <w:bidi/>
        <w:jc w:val="right"/>
      </w:pPr>
      <w:r>
        <w:rPr>
          <w:rFonts w:ascii="Arial" w:hAnsi="Arial" w:cs="Arial"/>
          <w:sz w:val="24"/>
          <w:rtl/>
          <w:szCs w:val="24"/>
        </w:rPr>
        <w:t>• 🌙 נשמו פנימה בארבע, החזיקו בארבע, נשפו בארבע – והרגישו את הגוף נרגע</w:t>
      </w:r>
    </w:p>
    <w:p>
      <w:pPr>
        <w:bidi/>
        <w:pStyle w:val="Heading2"/>
        <w:jc w:val="right"/>
      </w:pPr>
      <w:r>
        <w:rPr>
          <w:rFonts w:ascii="Arial" w:hAnsi="Arial" w:cs="Arial"/>
          <w:b/>
          <w:color w:val="2B8A3E"/>
          <w:sz w:val="32"/>
          <w:rtl/>
          <w:szCs w:val="32"/>
          <w:bCs/>
        </w:rPr>
        <w:t>🔄 גמישות מחשבתית – שבוע 21.3 עד 26.3.2027 · י״ב אדר ב׳ תשפ״ז</w:t>
      </w:r>
    </w:p>
    <w:p>
      <w:pPr>
        <w:bidi/>
        <w:jc w:val="right"/>
      </w:pPr>
      <w:r>
        <w:rPr>
          <w:rFonts w:ascii="Arial" w:hAnsi="Arial" w:cs="Arial"/>
          <w:color w:val="555577"/>
          <w:sz w:val="24"/>
          <w:rtl/>
          <w:szCs w:val="24"/>
        </w:rPr>
        <w:t>היכולת לשנות תוכנית, לראות דברים מכמה צדדים ולמצוא פתרון חדש · המשפט של השבוע: "כשהדרך נחסמת – מחפשים שביל אחר, לא מוותרים על היעד"</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בטוח שהדרך היחידה לפתור את התרגיל היא זו שהמורה הראתה, ונתקע. נועה פותרת אותו בדרך אחרת לגמרי, עם ציור. בהתחלה מיכאל אומר: זה לא נכון, ככה לא עושים. ואז הוא בודק, ומגלה שהתשובה זהה.</w:t>
      </w:r>
    </w:p>
    <w:p>
      <w:pPr>
        <w:bidi/>
        <w:jc w:val="right"/>
      </w:pPr>
      <w:r>
        <w:rPr>
          <w:rFonts w:ascii="Arial" w:hAnsi="Arial" w:cs="Arial"/>
          <w:sz w:val="24"/>
          <w:rtl/>
          <w:szCs w:val="24"/>
        </w:rPr>
        <w:t>• למה קשה לנו לקבל דרך שונה משלנו?</w:t>
      </w:r>
    </w:p>
    <w:p>
      <w:pPr>
        <w:bidi/>
        <w:jc w:val="right"/>
      </w:pPr>
      <w:r>
        <w:rPr>
          <w:rFonts w:ascii="Arial" w:hAnsi="Arial" w:cs="Arial"/>
          <w:sz w:val="24"/>
          <w:rtl/>
          <w:szCs w:val="24"/>
        </w:rPr>
        <w:t>• מה אפשר ללמוד מהדרך של מישהו אחר?</w:t>
      </w:r>
    </w:p>
    <w:p>
      <w:pPr>
        <w:bidi/>
        <w:jc w:val="right"/>
      </w:pPr>
      <w:r>
        <w:rPr>
          <w:rFonts w:ascii="Arial" w:hAnsi="Arial" w:cs="Arial"/>
          <w:b/>
          <w:color w:val="2B8A3E"/>
          <w:sz w:val="26"/>
          <w:rtl/>
          <w:szCs w:val="26"/>
          <w:bCs/>
        </w:rPr>
        <w:t>▌ ✨ מילים לחיים: "והרים את הדשן" (ויקרא ו, ג)</w:t>
      </w:r>
    </w:p>
    <w:p>
      <w:pPr>
        <w:bidi/>
        <w:jc w:val="right"/>
      </w:pPr>
      <w:r>
        <w:rPr>
          <w:rFonts w:ascii="Arial" w:hAnsi="Arial" w:cs="Arial"/>
          <w:sz w:val="24"/>
          <w:rtl/>
          <w:szCs w:val="24"/>
        </w:rPr>
        <w:t>הכוהן, בבגדי הקודש, הוא שמרים את האפר מהמזבח בכל בוקר. אין עבודה קטנה מדי או לא מכובדת. השבוע נשים לב גם לעבודות הקטנות – לסדר, לנקות, לעזור – ונעשה אותן בשמחה.</w:t>
      </w:r>
    </w:p>
    <w:p>
      <w:pPr>
        <w:bidi/>
        <w:jc w:val="right"/>
      </w:pPr>
      <w:r>
        <w:rPr>
          <w:rFonts w:ascii="Arial" w:hAnsi="Arial" w:cs="Arial"/>
          <w:sz w:val="24"/>
          <w:rtl/>
          <w:szCs w:val="24"/>
        </w:rPr>
        <w:t>שאלה: איזו עבודה קטנה אתם עושים שאף אחד לא רואה?</w:t>
      </w:r>
    </w:p>
    <w:p>
      <w:pPr>
        <w:bidi/>
        <w:jc w:val="right"/>
      </w:pPr>
      <w:r>
        <w:rPr>
          <w:rFonts w:ascii="Arial" w:hAnsi="Arial" w:cs="Arial"/>
          <w:sz w:val="24"/>
          <w:rtl/>
          <w:szCs w:val="24"/>
        </w:rPr>
        <w:t>🧩 חידה: איך אפשר לקבל 4 מהמספרים 2, 2 בשלוש דרכים שונות?  (תשובה: 2+2, 2×2, ו־2 בחזקת 2)</w:t>
      </w:r>
    </w:p>
    <w:p>
      <w:pPr>
        <w:bidi/>
        <w:jc w:val="right"/>
      </w:pPr>
      <w:r>
        <w:rPr>
          <w:rFonts w:ascii="Arial" w:hAnsi="Arial" w:cs="Arial"/>
          <w:sz w:val="24"/>
          <w:rtl/>
          <w:szCs w:val="24"/>
        </w:rPr>
        <w:t>🎯 מטרות: לפתור תרגיל אחד בשתי דרכים שונות · להקשיב לדעה אחרת עד הסוף לפני שאני עונה · להכין תוכנית ב׳ למשימה חשובה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רגע השבוע שבו שיניתם תוכנית או דעה</w:t>
      </w:r>
    </w:p>
    <w:p>
      <w:pPr>
        <w:bidi/>
        <w:jc w:val="right"/>
      </w:pPr>
      <w:r>
        <w:rPr>
          <w:rFonts w:ascii="Arial" w:hAnsi="Arial" w:cs="Arial"/>
          <w:sz w:val="24"/>
          <w:rtl/>
          <w:szCs w:val="24"/>
        </w:rPr>
        <w:t>• 🙏 למי אתם רוצים להודות על רעיון שעזר לכם לראות משהו אחרת?</w:t>
      </w:r>
    </w:p>
    <w:p>
      <w:pPr>
        <w:bidi/>
        <w:jc w:val="right"/>
      </w:pPr>
      <w:r>
        <w:rPr>
          <w:rFonts w:ascii="Arial" w:hAnsi="Arial" w:cs="Arial"/>
          <w:sz w:val="24"/>
          <w:rtl/>
          <w:szCs w:val="24"/>
        </w:rPr>
        <w:t>• 💛 העבירו מחמאה על פתרון יצירתי או על גמישות שראיתם אצל מישהו</w:t>
      </w:r>
    </w:p>
    <w:p>
      <w:pPr>
        <w:bidi/>
        <w:jc w:val="right"/>
      </w:pPr>
      <w:r>
        <w:rPr>
          <w:rFonts w:ascii="Arial" w:hAnsi="Arial" w:cs="Arial"/>
          <w:sz w:val="24"/>
          <w:rtl/>
          <w:szCs w:val="24"/>
        </w:rPr>
        <w:t>• 💡 מה למדתי השבוע מדרך חשיבה שונה משלי?</w:t>
      </w:r>
    </w:p>
    <w:p>
      <w:pPr>
        <w:bidi/>
        <w:jc w:val="right"/>
      </w:pPr>
      <w:r>
        <w:rPr>
          <w:rFonts w:ascii="Arial" w:hAnsi="Arial" w:cs="Arial"/>
          <w:sz w:val="24"/>
          <w:rtl/>
          <w:szCs w:val="24"/>
        </w:rPr>
        <w:t>• 🌇 שיהיה לכולנו סוף שבוע נעים, גם אם התוכניות ישתנו קצת בדרך</w:t>
      </w:r>
    </w:p>
    <w:p>
      <w:pPr>
        <w:bidi/>
        <w:jc w:val="right"/>
      </w:pPr>
      <w:r>
        <w:rPr>
          <w:rFonts w:ascii="Arial" w:hAnsi="Arial" w:cs="Arial"/>
          <w:sz w:val="24"/>
          <w:rtl/>
          <w:szCs w:val="24"/>
        </w:rPr>
        <w:t>• 🌙 דמיינו עץ שמתכופף ברוח ולא נשבר, ונשמו לאט כמו הענפים שלו</w:t>
      </w:r>
    </w:p>
    <w:p>
      <w:pPr>
        <w:bidi/>
        <w:pStyle w:val="Heading2"/>
        <w:jc w:val="right"/>
      </w:pPr>
      <w:r>
        <w:rPr>
          <w:rFonts w:ascii="Arial" w:hAnsi="Arial" w:cs="Arial"/>
          <w:b/>
          <w:color w:val="2B8A3E"/>
          <w:sz w:val="32"/>
          <w:rtl/>
          <w:szCs w:val="32"/>
          <w:bCs/>
        </w:rPr>
        <w:t>🤲 עזרה לזולת – שבוע 28.3 עד 2.4.2027 · י״ט אדר ב׳ תשפ״ז</w:t>
      </w:r>
    </w:p>
    <w:p>
      <w:pPr>
        <w:bidi/>
        <w:jc w:val="right"/>
      </w:pPr>
      <w:r>
        <w:rPr>
          <w:rFonts w:ascii="Arial" w:hAnsi="Arial" w:cs="Arial"/>
          <w:color w:val="555577"/>
          <w:sz w:val="24"/>
          <w:rtl/>
          <w:szCs w:val="24"/>
        </w:rPr>
        <w:t>לשים לב למי שצריך, להושיט יד ולעזור – בבית, בכיתה ובקהילה · המשפט של השבוע: "יד אחת שמושטת יכולה לשנות למישהו את כל היום"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מאיה רואה בהפסקה ילד מכיתה ז׳ שהתיק שלו נפל והמחברות התפזרו, וכמה ילדים צוחקים. היא מתלבטת: אם תעזור, אולי יצחקו גם עליה. היא בכל זאת מתכופפת ואוספת איתו את המחברות, ועוד שתי בנות מצטרפות.</w:t>
      </w:r>
    </w:p>
    <w:p>
      <w:pPr>
        <w:bidi/>
        <w:jc w:val="right"/>
      </w:pPr>
      <w:r>
        <w:rPr>
          <w:rFonts w:ascii="Arial" w:hAnsi="Arial" w:cs="Arial"/>
          <w:sz w:val="24"/>
          <w:rtl/>
          <w:szCs w:val="24"/>
        </w:rPr>
        <w:t>• מה עזר למאיה להחליט לעזור למרות החשש?</w:t>
      </w:r>
    </w:p>
    <w:p>
      <w:pPr>
        <w:bidi/>
        <w:jc w:val="right"/>
      </w:pPr>
      <w:r>
        <w:rPr>
          <w:rFonts w:ascii="Arial" w:hAnsi="Arial" w:cs="Arial"/>
          <w:sz w:val="24"/>
          <w:rtl/>
          <w:szCs w:val="24"/>
        </w:rPr>
        <w:t>• מה קורה כשאדם אחד מתחיל לעזור?</w:t>
      </w:r>
    </w:p>
    <w:p>
      <w:pPr>
        <w:bidi/>
        <w:jc w:val="right"/>
      </w:pPr>
      <w:r>
        <w:rPr>
          <w:rFonts w:ascii="Arial" w:hAnsi="Arial" w:cs="Arial"/>
          <w:b/>
          <w:color w:val="2B8A3E"/>
          <w:sz w:val="26"/>
          <w:rtl/>
          <w:szCs w:val="26"/>
          <w:bCs/>
        </w:rPr>
        <w:t>▌ ✨ מילים לחיים: "וידם אהרן" (ויקרא י, ג)</w:t>
      </w:r>
    </w:p>
    <w:p>
      <w:pPr>
        <w:bidi/>
        <w:jc w:val="right"/>
      </w:pPr>
      <w:r>
        <w:rPr>
          <w:rFonts w:ascii="Arial" w:hAnsi="Arial" w:cs="Arial"/>
          <w:sz w:val="24"/>
          <w:rtl/>
          <w:szCs w:val="24"/>
        </w:rPr>
        <w:t>לפעמים הדבר הכי חזק שאפשר לעשות הוא לשתוק לרגע. שתיקה כזאת היא לא חולשה, אלא זמן להקשיב לעצמנו לפני שעונים. השבוע ננסה לעצור רגע לפני תגובה, במיוחד כשמשהו מרגיז או מפתיע.</w:t>
      </w:r>
    </w:p>
    <w:p>
      <w:pPr>
        <w:bidi/>
        <w:jc w:val="right"/>
      </w:pPr>
      <w:r>
        <w:rPr>
          <w:rFonts w:ascii="Arial" w:hAnsi="Arial" w:cs="Arial"/>
          <w:sz w:val="24"/>
          <w:rtl/>
          <w:szCs w:val="24"/>
        </w:rPr>
        <w:t>שאלה: מתי שתיקה קצרה עזרה לכם או למישהו שאתם מכירים?</w:t>
      </w:r>
    </w:p>
    <w:p>
      <w:pPr>
        <w:bidi/>
        <w:jc w:val="right"/>
      </w:pPr>
      <w:r>
        <w:rPr>
          <w:rFonts w:ascii="Arial" w:hAnsi="Arial" w:cs="Arial"/>
          <w:sz w:val="24"/>
          <w:rtl/>
          <w:szCs w:val="24"/>
        </w:rPr>
        <w:t>🧩 חידה: שלושה ילדים מנקים את הכיתה ב־6 דקות. כמה זמן ייקח לשישה ילדים לנקות את אותה כיתה, אם כולם עובדים באותו קצב?  (תשובה: 3 דקות)</w:t>
      </w:r>
    </w:p>
    <w:p>
      <w:pPr>
        <w:bidi/>
        <w:jc w:val="right"/>
      </w:pPr>
      <w:r>
        <w:rPr>
          <w:rFonts w:ascii="Arial" w:hAnsi="Arial" w:cs="Arial"/>
          <w:sz w:val="24"/>
          <w:rtl/>
          <w:szCs w:val="24"/>
        </w:rPr>
        <w:t>🎯 מטרות: להציע עזרה בלימודים למישהו שמתקשה · לעזור לשכן או לשכנה בדבר קטן · לשים לב למי שנשאר לבד ולהזמין אותו להצטרף</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מי שרוצה – ספרו על עזרה שנתתם או קיבלתם השבוע</w:t>
      </w:r>
    </w:p>
    <w:p>
      <w:pPr>
        <w:bidi/>
        <w:jc w:val="right"/>
      </w:pPr>
      <w:r>
        <w:rPr>
          <w:rFonts w:ascii="Arial" w:hAnsi="Arial" w:cs="Arial"/>
          <w:sz w:val="24"/>
          <w:rtl/>
          <w:szCs w:val="24"/>
        </w:rPr>
        <w:t>• 🙏 למי אתם רוצים להודות על כך שעזר לכם השבוע?</w:t>
      </w:r>
    </w:p>
    <w:p>
      <w:pPr>
        <w:bidi/>
        <w:jc w:val="right"/>
      </w:pPr>
      <w:r>
        <w:rPr>
          <w:rFonts w:ascii="Arial" w:hAnsi="Arial" w:cs="Arial"/>
          <w:sz w:val="24"/>
          <w:rtl/>
          <w:szCs w:val="24"/>
        </w:rPr>
        <w:t>• 💛 העבירו מחמאה למי שראיתם עוזר לאחר – גם בדבר קטן</w:t>
      </w:r>
    </w:p>
    <w:p>
      <w:pPr>
        <w:bidi/>
        <w:jc w:val="right"/>
      </w:pPr>
      <w:r>
        <w:rPr>
          <w:rFonts w:ascii="Arial" w:hAnsi="Arial" w:cs="Arial"/>
          <w:sz w:val="24"/>
          <w:rtl/>
          <w:szCs w:val="24"/>
        </w:rPr>
        <w:t>• 💡 מה למדתי השבוע על לעזור ועל לקבל עזרה?</w:t>
      </w:r>
    </w:p>
    <w:p>
      <w:pPr>
        <w:bidi/>
        <w:jc w:val="right"/>
      </w:pPr>
      <w:r>
        <w:rPr>
          <w:rFonts w:ascii="Arial" w:hAnsi="Arial" w:cs="Arial"/>
          <w:sz w:val="24"/>
          <w:rtl/>
          <w:szCs w:val="24"/>
        </w:rPr>
        <w:t>• 🌇 שיהיה לכולנו סוף שבוע טוב, עם ידיים עוזרות ולב פתוח</w:t>
      </w:r>
    </w:p>
    <w:p>
      <w:pPr>
        <w:bidi/>
        <w:jc w:val="right"/>
      </w:pPr>
      <w:r>
        <w:rPr>
          <w:rFonts w:ascii="Arial" w:hAnsi="Arial" w:cs="Arial"/>
          <w:sz w:val="24"/>
          <w:rtl/>
          <w:szCs w:val="24"/>
        </w:rPr>
        <w:t>• 🌙 פתחו את כפות הידיים על הברכיים, ודמיינו שהן מחזיקות עוד רגע של טוב לשבוע הבא</w:t>
      </w:r>
    </w:p>
    <w:p>
      <w:pPr>
        <w:bidi/>
        <w:pStyle w:val="Heading2"/>
        <w:jc w:val="right"/>
      </w:pPr>
      <w:r>
        <w:rPr>
          <w:rFonts w:ascii="Arial" w:hAnsi="Arial" w:cs="Arial"/>
          <w:b/>
          <w:color w:val="2B8A3E"/>
          <w:sz w:val="32"/>
          <w:rtl/>
          <w:szCs w:val="32"/>
          <w:bCs/>
        </w:rPr>
        <w:t>🤝 אמון – שבוע 4.4 עד 9.4.2027 · כ״ו אדר ב׳ תשפ״ז</w:t>
      </w:r>
    </w:p>
    <w:p>
      <w:pPr>
        <w:bidi/>
        <w:jc w:val="right"/>
      </w:pPr>
      <w:r>
        <w:rPr>
          <w:rFonts w:ascii="Arial" w:hAnsi="Arial" w:cs="Arial"/>
          <w:color w:val="555577"/>
          <w:sz w:val="24"/>
          <w:rtl/>
          <w:szCs w:val="24"/>
        </w:rPr>
        <w:t>להאמין שאפשר לסמוך על מישהו, ולהיות בעצמנו אנשים שאפשר לסמוך עליהם · המשפט של השבוע: "אמון נבנה לאט, טיפה אחרי טיפה"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בעבודה בקבוצה, דניאל הבטיח להכין את השקפים עד יום רביעי. ביום רביעי בלילה עוד לא היה כלום, והקבוצה התחילה לדאוג. בבוקר התברר שדניאל עבד עד מאוחר וסיים, אבל שכח לעדכן. האם אמון הוא רק לעשות את המשימה, או גם לתקשר?</w:t>
      </w:r>
    </w:p>
    <w:p>
      <w:pPr>
        <w:bidi/>
        <w:jc w:val="right"/>
      </w:pPr>
      <w:r>
        <w:rPr>
          <w:rFonts w:ascii="Arial" w:hAnsi="Arial" w:cs="Arial"/>
          <w:sz w:val="24"/>
          <w:rtl/>
          <w:szCs w:val="24"/>
        </w:rPr>
        <w:t>• מה גורם לכם להרגיש שאפשר לסמוך על מישהו?</w:t>
      </w:r>
    </w:p>
    <w:p>
      <w:pPr>
        <w:bidi/>
        <w:jc w:val="right"/>
      </w:pPr>
      <w:r>
        <w:rPr>
          <w:rFonts w:ascii="Arial" w:hAnsi="Arial" w:cs="Arial"/>
          <w:sz w:val="24"/>
          <w:rtl/>
          <w:szCs w:val="24"/>
        </w:rPr>
        <w:t>• האם הבטחה קטנה שלא קוימה פוגעת באמון? למה?</w:t>
      </w:r>
    </w:p>
    <w:p>
      <w:pPr>
        <w:bidi/>
        <w:jc w:val="right"/>
      </w:pPr>
      <w:r>
        <w:rPr>
          <w:rFonts w:ascii="Arial" w:hAnsi="Arial" w:cs="Arial"/>
          <w:b/>
          <w:color w:val="2B8A3E"/>
          <w:sz w:val="26"/>
          <w:rtl/>
          <w:szCs w:val="26"/>
          <w:bCs/>
        </w:rPr>
        <w:t>▌ ✨ מילים לחיים: "וראה הכהן את הנגע" (ויקרא יג, ג)</w:t>
      </w:r>
    </w:p>
    <w:p>
      <w:pPr>
        <w:bidi/>
        <w:jc w:val="right"/>
      </w:pPr>
      <w:r>
        <w:rPr>
          <w:rFonts w:ascii="Arial" w:hAnsi="Arial" w:cs="Arial"/>
          <w:sz w:val="24"/>
          <w:rtl/>
          <w:szCs w:val="24"/>
        </w:rPr>
        <w:t>לפני שמחליטים משהו על מישהו, צריך להסתכל באמת ובסבלנות. מבט מקרוב מגלה פעמים רבות תמונה אחרת ממה שחשבנו בהתחלה. השבוע ננסה לראות לעומק, ולא לשפוט מהר לפי רושם ראשון.</w:t>
      </w:r>
    </w:p>
    <w:p>
      <w:pPr>
        <w:bidi/>
        <w:jc w:val="right"/>
      </w:pPr>
      <w:r>
        <w:rPr>
          <w:rFonts w:ascii="Arial" w:hAnsi="Arial" w:cs="Arial"/>
          <w:sz w:val="24"/>
          <w:rtl/>
          <w:szCs w:val="24"/>
        </w:rPr>
        <w:t>שאלה: מתי גיליתם שמישהו שונה ממה שחשבתם עליו בהתחלה?</w:t>
      </w:r>
    </w:p>
    <w:p>
      <w:pPr>
        <w:bidi/>
        <w:jc w:val="right"/>
      </w:pPr>
      <w:r>
        <w:rPr>
          <w:rFonts w:ascii="Arial" w:hAnsi="Arial" w:cs="Arial"/>
          <w:sz w:val="24"/>
          <w:rtl/>
          <w:szCs w:val="24"/>
        </w:rPr>
        <w:t>🧩 חידה: נועה אמרה: "שלשום היה יום חמישי". איזה יום יהיה מחרתיים?  (תשובה: יום שני (היום שבת, מחרתיים יום שני))</w:t>
      </w:r>
    </w:p>
    <w:p>
      <w:pPr>
        <w:bidi/>
        <w:jc w:val="right"/>
      </w:pPr>
      <w:r>
        <w:rPr>
          <w:rFonts w:ascii="Arial" w:hAnsi="Arial" w:cs="Arial"/>
          <w:sz w:val="24"/>
          <w:rtl/>
          <w:szCs w:val="24"/>
        </w:rPr>
        <w:t>🎯 מטרות: לעמוד בכל מועד שקבעתי השבוע · לעדכן את הקבוצה אם משהו משתבש · לשמור סוד של חבר או חברה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סמך עליכם, או אתם סמכתם על מישהו?</w:t>
      </w:r>
    </w:p>
    <w:p>
      <w:pPr>
        <w:bidi/>
        <w:jc w:val="right"/>
      </w:pPr>
      <w:r>
        <w:rPr>
          <w:rFonts w:ascii="Arial" w:hAnsi="Arial" w:cs="Arial"/>
          <w:sz w:val="24"/>
          <w:rtl/>
          <w:szCs w:val="24"/>
        </w:rPr>
        <w:t>• 🙏 למי תרצו להודות על שהיה אמין ושמר על המילה שלו?</w:t>
      </w:r>
    </w:p>
    <w:p>
      <w:pPr>
        <w:bidi/>
        <w:jc w:val="right"/>
      </w:pPr>
      <w:r>
        <w:rPr>
          <w:rFonts w:ascii="Arial" w:hAnsi="Arial" w:cs="Arial"/>
          <w:sz w:val="24"/>
          <w:rtl/>
          <w:szCs w:val="24"/>
        </w:rPr>
        <w:t>• 💛 מחמאה על אמינות: "ראיתי שאפשר לסמוך עליך כש..."</w:t>
      </w:r>
    </w:p>
    <w:p>
      <w:pPr>
        <w:bidi/>
        <w:jc w:val="right"/>
      </w:pPr>
      <w:r>
        <w:rPr>
          <w:rFonts w:ascii="Arial" w:hAnsi="Arial" w:cs="Arial"/>
          <w:sz w:val="24"/>
          <w:rtl/>
          <w:szCs w:val="24"/>
        </w:rPr>
        <w:t>• 💡 מה למדתי השבוע על בניית אמון?</w:t>
      </w:r>
    </w:p>
    <w:p>
      <w:pPr>
        <w:bidi/>
        <w:jc w:val="right"/>
      </w:pPr>
      <w:r>
        <w:rPr>
          <w:rFonts w:ascii="Arial" w:hAnsi="Arial" w:cs="Arial"/>
          <w:sz w:val="24"/>
          <w:rtl/>
          <w:szCs w:val="24"/>
        </w:rPr>
        <w:t>• 🌇 שיהיה לכולנו סוף שבוע רגוע, עם אנשים שאפשר לסמוך עליהם</w:t>
      </w:r>
    </w:p>
    <w:p>
      <w:pPr>
        <w:bidi/>
        <w:jc w:val="right"/>
      </w:pPr>
      <w:r>
        <w:rPr>
          <w:rFonts w:ascii="Arial" w:hAnsi="Arial" w:cs="Arial"/>
          <w:sz w:val="24"/>
          <w:rtl/>
          <w:szCs w:val="24"/>
        </w:rPr>
        <w:t>• 🌙 נשימה עמוקה, ונזכור: כל הבטחה קטנה שקיימנו היא לבנה בבית של אמון</w:t>
      </w:r>
    </w:p>
    <w:p>
      <w:pPr>
        <w:bidi/>
        <w:pStyle w:val="Heading2"/>
        <w:jc w:val="right"/>
      </w:pPr>
      <w:r>
        <w:rPr>
          <w:rFonts w:ascii="Arial" w:hAnsi="Arial" w:cs="Arial"/>
          <w:b/>
          <w:color w:val="2B8A3E"/>
          <w:sz w:val="32"/>
          <w:rtl/>
          <w:szCs w:val="32"/>
          <w:bCs/>
        </w:rPr>
        <w:t>😄 שמחה – שבוע 11.4 עד 16.4.2027 · ד׳ ניסן תשפ״ז</w:t>
      </w:r>
    </w:p>
    <w:p>
      <w:pPr>
        <w:bidi/>
        <w:jc w:val="right"/>
      </w:pPr>
      <w:r>
        <w:rPr>
          <w:rFonts w:ascii="Arial" w:hAnsi="Arial" w:cs="Arial"/>
          <w:color w:val="555577"/>
          <w:sz w:val="24"/>
          <w:rtl/>
          <w:szCs w:val="24"/>
        </w:rPr>
        <w:t>תחושה טובה מבפנים שאפשר לגלות, לשמור עליה ולשתף בה אחרים · המשפט של השבוע: "שמחה שמתחלקת לא נגמרת, היא רק גדלה"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בטיול השנתי ירד גשם, והתוכנית השתנתה. חצי מהקבוצה כעסה, וחצי התחילה לשיר באוטובוס. בסוף כולם זכרו דווקא את השירה. האם שמחה תלויה במה שקורה לנו, או במה שאנחנו בוחרים לעשות עם זה?</w:t>
      </w:r>
    </w:p>
    <w:p>
      <w:pPr>
        <w:bidi/>
        <w:jc w:val="right"/>
      </w:pPr>
      <w:r>
        <w:rPr>
          <w:rFonts w:ascii="Arial" w:hAnsi="Arial" w:cs="Arial"/>
          <w:sz w:val="24"/>
          <w:rtl/>
          <w:szCs w:val="24"/>
        </w:rPr>
        <w:t>• האם אפשר לבחור לשמוח? מתי זה עבד לכם?</w:t>
      </w:r>
    </w:p>
    <w:p>
      <w:pPr>
        <w:bidi/>
        <w:jc w:val="right"/>
      </w:pPr>
      <w:r>
        <w:rPr>
          <w:rFonts w:ascii="Arial" w:hAnsi="Arial" w:cs="Arial"/>
          <w:sz w:val="24"/>
          <w:rtl/>
          <w:szCs w:val="24"/>
        </w:rPr>
        <w:t>• מה ההבדל בין לצחוק עם מישהו לבין לצחוק על מישהו?</w:t>
      </w:r>
    </w:p>
    <w:p>
      <w:pPr>
        <w:bidi/>
        <w:jc w:val="right"/>
      </w:pPr>
      <w:r>
        <w:rPr>
          <w:rFonts w:ascii="Arial" w:hAnsi="Arial" w:cs="Arial"/>
          <w:b/>
          <w:color w:val="2B8A3E"/>
          <w:sz w:val="26"/>
          <w:rtl/>
          <w:szCs w:val="26"/>
          <w:bCs/>
        </w:rPr>
        <w:t>▌ ✨ מילים לחיים: "ויצא הכהן" (ויקרא יד, ג)</w:t>
      </w:r>
    </w:p>
    <w:p>
      <w:pPr>
        <w:bidi/>
        <w:jc w:val="right"/>
      </w:pPr>
      <w:r>
        <w:rPr>
          <w:rFonts w:ascii="Arial" w:hAnsi="Arial" w:cs="Arial"/>
          <w:sz w:val="24"/>
          <w:rtl/>
          <w:szCs w:val="24"/>
        </w:rPr>
        <w:t>הכהן לא חיכה שהאדם יבוא אליו, הוא יצא אליו בעצמו. כך גם אנחנו יכולים לצאת לקראת מי שנשאר בחוץ: חבר שנעדר, ילדה חדשה, מישהו שקשה לו. צעד אחד לקראת מישהו יכול לשנות לו את כל השבוע.</w:t>
      </w:r>
    </w:p>
    <w:p>
      <w:pPr>
        <w:bidi/>
        <w:jc w:val="right"/>
      </w:pPr>
      <w:r>
        <w:rPr>
          <w:rFonts w:ascii="Arial" w:hAnsi="Arial" w:cs="Arial"/>
          <w:sz w:val="24"/>
          <w:rtl/>
          <w:szCs w:val="24"/>
        </w:rPr>
        <w:t>שאלה: למי תרצו לצאת לקראתו השבוע, ואיך?</w:t>
      </w:r>
    </w:p>
    <w:p>
      <w:pPr>
        <w:bidi/>
        <w:jc w:val="right"/>
      </w:pPr>
      <w:r>
        <w:rPr>
          <w:rFonts w:ascii="Arial" w:hAnsi="Arial" w:cs="Arial"/>
          <w:sz w:val="24"/>
          <w:rtl/>
          <w:szCs w:val="24"/>
        </w:rPr>
        <w:t>🧩 חידה: בשקית יש 3 סוכריות אדומות ו-3 ירוקות. בחושך, כמה סוכריות צריך להוציא לפחות כדי להיות בטוחים שיש שתיים באותו צבע?  (תשובה: 3)</w:t>
      </w:r>
    </w:p>
    <w:p>
      <w:pPr>
        <w:bidi/>
        <w:jc w:val="right"/>
      </w:pPr>
      <w:r>
        <w:rPr>
          <w:rFonts w:ascii="Arial" w:hAnsi="Arial" w:cs="Arial"/>
          <w:sz w:val="24"/>
          <w:rtl/>
          <w:szCs w:val="24"/>
        </w:rPr>
        <w:t>🎯 מטרות: לרשום כל ערב רגע אחד טוב · לשמח מישהו בלי שיבקש · לפרגן לחבר או חברה על הצלחה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שמח שלכם השבוע?</w:t>
      </w:r>
    </w:p>
    <w:p>
      <w:pPr>
        <w:bidi/>
        <w:jc w:val="right"/>
      </w:pPr>
      <w:r>
        <w:rPr>
          <w:rFonts w:ascii="Arial" w:hAnsi="Arial" w:cs="Arial"/>
          <w:sz w:val="24"/>
          <w:rtl/>
          <w:szCs w:val="24"/>
        </w:rPr>
        <w:t>• 🙏 למי תרצו להודות על ששימח אתכם השבוע?</w:t>
      </w:r>
    </w:p>
    <w:p>
      <w:pPr>
        <w:bidi/>
        <w:jc w:val="right"/>
      </w:pPr>
      <w:r>
        <w:rPr>
          <w:rFonts w:ascii="Arial" w:hAnsi="Arial" w:cs="Arial"/>
          <w:sz w:val="24"/>
          <w:rtl/>
          <w:szCs w:val="24"/>
        </w:rPr>
        <w:t>• 💛 מחמאה של שמחה: "החיוך שלך עשה לי טוב כש..."</w:t>
      </w:r>
    </w:p>
    <w:p>
      <w:pPr>
        <w:bidi/>
        <w:jc w:val="right"/>
      </w:pPr>
      <w:r>
        <w:rPr>
          <w:rFonts w:ascii="Arial" w:hAnsi="Arial" w:cs="Arial"/>
          <w:sz w:val="24"/>
          <w:rtl/>
          <w:szCs w:val="24"/>
        </w:rPr>
        <w:t>• 💡 מה למדתי השבוע על מה ששמח אותי?</w:t>
      </w:r>
    </w:p>
    <w:p>
      <w:pPr>
        <w:bidi/>
        <w:jc w:val="right"/>
      </w:pPr>
      <w:r>
        <w:rPr>
          <w:rFonts w:ascii="Arial" w:hAnsi="Arial" w:cs="Arial"/>
          <w:sz w:val="24"/>
          <w:rtl/>
          <w:szCs w:val="24"/>
        </w:rPr>
        <w:t>• 🌇 שיהיה לכולנו סוף שבוע מלא צחוק, משחק ורגעים קטנים של שמחה</w:t>
      </w:r>
    </w:p>
    <w:p>
      <w:pPr>
        <w:bidi/>
        <w:jc w:val="right"/>
      </w:pPr>
      <w:r>
        <w:rPr>
          <w:rFonts w:ascii="Arial" w:hAnsi="Arial" w:cs="Arial"/>
          <w:sz w:val="24"/>
          <w:rtl/>
          <w:szCs w:val="24"/>
        </w:rPr>
        <w:t>• 🌙 נעצום עיניים לרגע ונחייך חיוך קטן לעצמנו, כי מגיע לנו</w:t>
      </w:r>
    </w:p>
    <w:p>
      <w:pPr>
        <w:bidi/>
        <w:pStyle w:val="Heading2"/>
        <w:jc w:val="right"/>
      </w:pPr>
      <w:r>
        <w:rPr>
          <w:rFonts w:ascii="Arial" w:hAnsi="Arial" w:cs="Arial"/>
          <w:b/>
          <w:color w:val="2B8A3E"/>
          <w:sz w:val="32"/>
          <w:rtl/>
          <w:szCs w:val="32"/>
          <w:bCs/>
        </w:rPr>
        <w:t>🧭 מנהיגות – שבוע 25.4 עד 30.4.2027 · י״ח ניסן תשפ״ז</w:t>
      </w:r>
    </w:p>
    <w:p>
      <w:pPr>
        <w:bidi/>
        <w:jc w:val="right"/>
      </w:pPr>
      <w:r>
        <w:rPr>
          <w:rFonts w:ascii="Arial" w:hAnsi="Arial" w:cs="Arial"/>
          <w:color w:val="555577"/>
          <w:sz w:val="24"/>
          <w:rtl/>
          <w:szCs w:val="24"/>
        </w:rPr>
        <w:t>היכולת להוביל אחרים בדוגמה אישית, בהקשבה ובאחריות למטרה משותפת · המשפט של השבוע: "מנהיג אמיתי הולך ראשון ודואג שאף אחד לא יישאר מאחור"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בטיול, הקבוצה של נועה הלכה לאיבוד בשביל. כולם התחילו לצעוק ולהאשים. נועה עצרה, ביקשה מכולם לשתות מים ולנשום, ואז שאלה מי זוכר את השלט האחרון. מנהיגות היא לא תמיד להיות הכי חזק, אלא להיות הכי רגוע כשקשה.</w:t>
      </w:r>
    </w:p>
    <w:p>
      <w:pPr>
        <w:bidi/>
        <w:jc w:val="right"/>
      </w:pPr>
      <w:r>
        <w:rPr>
          <w:rFonts w:ascii="Arial" w:hAnsi="Arial" w:cs="Arial"/>
          <w:sz w:val="24"/>
          <w:rtl/>
          <w:szCs w:val="24"/>
        </w:rPr>
        <w:t>• תארו מנהיג או מנהיגה מהחיים שלכם, מה הם עושים אחרת?</w:t>
      </w:r>
    </w:p>
    <w:p>
      <w:pPr>
        <w:bidi/>
        <w:jc w:val="right"/>
      </w:pPr>
      <w:r>
        <w:rPr>
          <w:rFonts w:ascii="Arial" w:hAnsi="Arial" w:cs="Arial"/>
          <w:sz w:val="24"/>
          <w:rtl/>
          <w:szCs w:val="24"/>
        </w:rPr>
        <w:t>• האם אפשר להוביל בלי תפקיד רשמי? איך?</w:t>
      </w:r>
    </w:p>
    <w:p>
      <w:pPr>
        <w:bidi/>
        <w:jc w:val="right"/>
      </w:pPr>
      <w:r>
        <w:rPr>
          <w:rFonts w:ascii="Arial" w:hAnsi="Arial" w:cs="Arial"/>
          <w:b/>
          <w:color w:val="2B8A3E"/>
          <w:sz w:val="26"/>
          <w:rtl/>
          <w:szCs w:val="26"/>
          <w:bCs/>
        </w:rPr>
        <w:t>▌ ✨ מילים לחיים: "וחי בהם" (ויקרא יח, ה)</w:t>
      </w:r>
    </w:p>
    <w:p>
      <w:pPr>
        <w:bidi/>
        <w:jc w:val="right"/>
      </w:pPr>
      <w:r>
        <w:rPr>
          <w:rFonts w:ascii="Arial" w:hAnsi="Arial" w:cs="Arial"/>
          <w:sz w:val="24"/>
          <w:rtl/>
          <w:szCs w:val="24"/>
        </w:rPr>
        <w:t>כללים טובים נועדו לעזור לנו לחיות, לא להכביד עלינו. כשאנחנו שומרים על כללי הכיתה, על בטיחות ועל כבוד, אנחנו יוצרים מקום שבו כולם יכולים לפרוח. השבוע נחשוב איזה כלל עוזר לנו לחיות טוב יותר יחד.</w:t>
      </w:r>
    </w:p>
    <w:p>
      <w:pPr>
        <w:bidi/>
        <w:jc w:val="right"/>
      </w:pPr>
      <w:r>
        <w:rPr>
          <w:rFonts w:ascii="Arial" w:hAnsi="Arial" w:cs="Arial"/>
          <w:sz w:val="24"/>
          <w:rtl/>
          <w:szCs w:val="24"/>
        </w:rPr>
        <w:t>שאלה: איזה כלל בכיתה או בבית עושה לכם את החיים טובים יותר?</w:t>
      </w:r>
    </w:p>
    <w:p>
      <w:pPr>
        <w:bidi/>
        <w:jc w:val="right"/>
      </w:pPr>
      <w:r>
        <w:rPr>
          <w:rFonts w:ascii="Arial" w:hAnsi="Arial" w:cs="Arial"/>
          <w:sz w:val="24"/>
          <w:rtl/>
          <w:szCs w:val="24"/>
        </w:rPr>
        <w:t>🧩 חידה: בתור לקולנוע עומדים ילדים. ליה עומדת חמישית מההתחלה וגם חמישית מהסוף. כמה ילדים בתור?  (תשובה: 9)</w:t>
      </w:r>
    </w:p>
    <w:p>
      <w:pPr>
        <w:bidi/>
        <w:jc w:val="right"/>
      </w:pPr>
      <w:r>
        <w:rPr>
          <w:rFonts w:ascii="Arial" w:hAnsi="Arial" w:cs="Arial"/>
          <w:sz w:val="24"/>
          <w:rtl/>
          <w:szCs w:val="24"/>
        </w:rPr>
        <w:t>🎯 מטרות: להוביל משימה קטנה בכיתה · לשאול את דעת מי ששותק · להתנדב לתפקיד אחד השבוע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ראיתם מישהו מוביל בדרך טובה?</w:t>
      </w:r>
    </w:p>
    <w:p>
      <w:pPr>
        <w:bidi/>
        <w:jc w:val="right"/>
      </w:pPr>
      <w:r>
        <w:rPr>
          <w:rFonts w:ascii="Arial" w:hAnsi="Arial" w:cs="Arial"/>
          <w:sz w:val="24"/>
          <w:rtl/>
          <w:szCs w:val="24"/>
        </w:rPr>
        <w:t>• 🙏 למי תרצו להודות על שהוביל, ארגן או עזר לכולם?</w:t>
      </w:r>
    </w:p>
    <w:p>
      <w:pPr>
        <w:bidi/>
        <w:jc w:val="right"/>
      </w:pPr>
      <w:r>
        <w:rPr>
          <w:rFonts w:ascii="Arial" w:hAnsi="Arial" w:cs="Arial"/>
          <w:sz w:val="24"/>
          <w:rtl/>
          <w:szCs w:val="24"/>
        </w:rPr>
        <w:t>• 💛 מחמאת מנהיגות: "ראיתי איך דאגת לכולם כש..."</w:t>
      </w:r>
    </w:p>
    <w:p>
      <w:pPr>
        <w:bidi/>
        <w:jc w:val="right"/>
      </w:pPr>
      <w:r>
        <w:rPr>
          <w:rFonts w:ascii="Arial" w:hAnsi="Arial" w:cs="Arial"/>
          <w:sz w:val="24"/>
          <w:rtl/>
          <w:szCs w:val="24"/>
        </w:rPr>
        <w:t>• 💡 מה למדתי השבוע על להוביל ועל להקשיב?</w:t>
      </w:r>
    </w:p>
    <w:p>
      <w:pPr>
        <w:bidi/>
        <w:jc w:val="right"/>
      </w:pPr>
      <w:r>
        <w:rPr>
          <w:rFonts w:ascii="Arial" w:hAnsi="Arial" w:cs="Arial"/>
          <w:sz w:val="24"/>
          <w:rtl/>
          <w:szCs w:val="24"/>
        </w:rPr>
        <w:t>• 🌇 שיהיה לכולנו סוף שבוע שבו אנחנו מובילים את עצמנו למנוחה טובה</w:t>
      </w:r>
    </w:p>
    <w:p>
      <w:pPr>
        <w:bidi/>
        <w:jc w:val="right"/>
      </w:pPr>
      <w:r>
        <w:rPr>
          <w:rFonts w:ascii="Arial" w:hAnsi="Arial" w:cs="Arial"/>
          <w:sz w:val="24"/>
          <w:rtl/>
          <w:szCs w:val="24"/>
        </w:rPr>
        <w:t>• 🌙 נשב רגע בשקט ונזכור: כל אחד ואחת מאיתנו יכולים להאיר דרך למישהו</w:t>
      </w:r>
    </w:p>
    <w:p>
      <w:pPr>
        <w:bidi/>
        <w:pStyle w:val="Heading2"/>
        <w:jc w:val="right"/>
      </w:pPr>
      <w:r>
        <w:rPr>
          <w:rFonts w:ascii="Arial" w:hAnsi="Arial" w:cs="Arial"/>
          <w:b/>
          <w:color w:val="2B8A3E"/>
          <w:sz w:val="32"/>
          <w:rtl/>
          <w:szCs w:val="32"/>
          <w:bCs/>
        </w:rPr>
        <w:t>🙌 התנדבות – שבוע 2.5 עד 7.5.2027 · כ״ה ניסן תשפ״ז</w:t>
      </w:r>
    </w:p>
    <w:p>
      <w:pPr>
        <w:bidi/>
        <w:jc w:val="right"/>
      </w:pPr>
      <w:r>
        <w:rPr>
          <w:rFonts w:ascii="Arial" w:hAnsi="Arial" w:cs="Arial"/>
          <w:color w:val="555577"/>
          <w:sz w:val="24"/>
          <w:rtl/>
          <w:szCs w:val="24"/>
        </w:rPr>
        <w:t>לתת מזמננו ומכוחנו לאחרים מרצון, בלי לצפות לתמורה · המשפט של השבוע: "הידיים שלנו קטנות, אבל ביחד הן עושות דברים גדולים"</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בכיתה הציעו לבקר בבית אבות פעם בחודש. חלק מהתלמידים התלהבו, וחלק אמרו שזה מביך ולא יודעים על מה לדבר. אחרי הביקור הראשון התברר שהדיירים פשוט רצו לשמוע על החיים שלהם ולשחק שש-בש. מה עוזר לנו לעבור את המבוכה הראשונה?</w:t>
      </w:r>
    </w:p>
    <w:p>
      <w:pPr>
        <w:bidi/>
        <w:jc w:val="right"/>
      </w:pPr>
      <w:r>
        <w:rPr>
          <w:rFonts w:ascii="Arial" w:hAnsi="Arial" w:cs="Arial"/>
          <w:sz w:val="24"/>
          <w:rtl/>
          <w:szCs w:val="24"/>
        </w:rPr>
        <w:t>• מה עוצר אותנו לפעמים מלהתנדב?</w:t>
      </w:r>
    </w:p>
    <w:p>
      <w:pPr>
        <w:bidi/>
        <w:jc w:val="right"/>
      </w:pPr>
      <w:r>
        <w:rPr>
          <w:rFonts w:ascii="Arial" w:hAnsi="Arial" w:cs="Arial"/>
          <w:sz w:val="24"/>
          <w:rtl/>
          <w:szCs w:val="24"/>
        </w:rPr>
        <w:t>• איזו בעיה בשכונה או בבית הספר הייתם רוצים לפתור בהתנדבות?</w:t>
      </w:r>
    </w:p>
    <w:p>
      <w:pPr>
        <w:bidi/>
        <w:jc w:val="right"/>
      </w:pPr>
      <w:r>
        <w:rPr>
          <w:rFonts w:ascii="Arial" w:hAnsi="Arial" w:cs="Arial"/>
          <w:b/>
          <w:color w:val="2B8A3E"/>
          <w:sz w:val="26"/>
          <w:rtl/>
          <w:szCs w:val="26"/>
          <w:bCs/>
        </w:rPr>
        <w:t>▌ ✨ מילים לחיים: "ואהבת לרעך כמוך" (ויקרא יט, יח)</w:t>
      </w:r>
    </w:p>
    <w:p>
      <w:pPr>
        <w:bidi/>
        <w:jc w:val="right"/>
      </w:pPr>
      <w:r>
        <w:rPr>
          <w:rFonts w:ascii="Arial" w:hAnsi="Arial" w:cs="Arial"/>
          <w:sz w:val="24"/>
          <w:rtl/>
          <w:szCs w:val="24"/>
        </w:rPr>
        <w:t>שלוש מילים קצרות שהן כמעט תוכנית לחיים שלמים. לפני שאני אומר או עושה משהו, אפשר לשאול: איך הייתי מרגישה אילו עשו לי את זה? השבוע ננסה להתייחס לאחרים בדיוק כמו שהיינו רוצים שיתייחסו אלינו.</w:t>
      </w:r>
    </w:p>
    <w:p>
      <w:pPr>
        <w:bidi/>
        <w:jc w:val="right"/>
      </w:pPr>
      <w:r>
        <w:rPr>
          <w:rFonts w:ascii="Arial" w:hAnsi="Arial" w:cs="Arial"/>
          <w:sz w:val="24"/>
          <w:rtl/>
          <w:szCs w:val="24"/>
        </w:rPr>
        <w:t>שאלה: מה מישהו עשה לכם פעם שגרם לכם להרגיש אהובים?</w:t>
      </w:r>
    </w:p>
    <w:p>
      <w:pPr>
        <w:bidi/>
        <w:jc w:val="right"/>
      </w:pPr>
      <w:r>
        <w:rPr>
          <w:rFonts w:ascii="Arial" w:hAnsi="Arial" w:cs="Arial"/>
          <w:sz w:val="24"/>
          <w:rtl/>
          <w:szCs w:val="24"/>
        </w:rPr>
        <w:t>🧩 חידה: שלושה מתנדבים צובעים גדר בשלוש שעות. כמה זמן ייקח לשישה מתנדבים לצבוע את אותה גדר, אם כולם עובדים באותו קצב?  (תשובה: שעה וחצי)</w:t>
      </w:r>
    </w:p>
    <w:p>
      <w:pPr>
        <w:bidi/>
        <w:jc w:val="right"/>
      </w:pPr>
      <w:r>
        <w:rPr>
          <w:rFonts w:ascii="Arial" w:hAnsi="Arial" w:cs="Arial"/>
          <w:sz w:val="24"/>
          <w:rtl/>
          <w:szCs w:val="24"/>
        </w:rPr>
        <w:t>🎯 מטרות: למצוא מקום התנדבות שמעניין אותי · להקדיש שעה אחת לעזרה לאחרים · לעזור לתלמיד צעיר בשיעורי בית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במה עזרתם השבוע בלי שביקשו מכם?</w:t>
      </w:r>
    </w:p>
    <w:p>
      <w:pPr>
        <w:bidi/>
        <w:jc w:val="right"/>
      </w:pPr>
      <w:r>
        <w:rPr>
          <w:rFonts w:ascii="Arial" w:hAnsi="Arial" w:cs="Arial"/>
          <w:sz w:val="24"/>
          <w:rtl/>
          <w:szCs w:val="24"/>
        </w:rPr>
        <w:t>• 🙏 למי תרצו להודות על שנתן מזמנו בשבילכם?</w:t>
      </w:r>
    </w:p>
    <w:p>
      <w:pPr>
        <w:bidi/>
        <w:jc w:val="right"/>
      </w:pPr>
      <w:r>
        <w:rPr>
          <w:rFonts w:ascii="Arial" w:hAnsi="Arial" w:cs="Arial"/>
          <w:sz w:val="24"/>
          <w:rtl/>
          <w:szCs w:val="24"/>
        </w:rPr>
        <w:t>• 💛 מחמאת נתינה: "ראיתי שהתנדבת ל... וזה היה מקסים"</w:t>
      </w:r>
    </w:p>
    <w:p>
      <w:pPr>
        <w:bidi/>
        <w:jc w:val="right"/>
      </w:pPr>
      <w:r>
        <w:rPr>
          <w:rFonts w:ascii="Arial" w:hAnsi="Arial" w:cs="Arial"/>
          <w:sz w:val="24"/>
          <w:rtl/>
          <w:szCs w:val="24"/>
        </w:rPr>
        <w:t>• 💡 מה למדתי השבוע על לתת מעצמי?</w:t>
      </w:r>
    </w:p>
    <w:p>
      <w:pPr>
        <w:bidi/>
        <w:jc w:val="right"/>
      </w:pPr>
      <w:r>
        <w:rPr>
          <w:rFonts w:ascii="Arial" w:hAnsi="Arial" w:cs="Arial"/>
          <w:sz w:val="24"/>
          <w:rtl/>
          <w:szCs w:val="24"/>
        </w:rPr>
        <w:t>• 🌇 שיהיה לכולנו סוף שבוע שבו אנחנו גם נותנים וגם מקבלים</w:t>
      </w:r>
    </w:p>
    <w:p>
      <w:pPr>
        <w:bidi/>
        <w:jc w:val="right"/>
      </w:pPr>
      <w:r>
        <w:rPr>
          <w:rFonts w:ascii="Arial" w:hAnsi="Arial" w:cs="Arial"/>
          <w:sz w:val="24"/>
          <w:rtl/>
          <w:szCs w:val="24"/>
        </w:rPr>
        <w:t>• 🌙 נניח יד על הלב ונרגיש כמה טוב שיש לנו ידיים שיכולות לעזור</w:t>
      </w:r>
    </w:p>
    <w:p>
      <w:pPr>
        <w:bidi/>
        <w:pStyle w:val="Heading2"/>
        <w:jc w:val="right"/>
      </w:pPr>
      <w:r>
        <w:rPr>
          <w:rFonts w:ascii="Arial" w:hAnsi="Arial" w:cs="Arial"/>
          <w:b/>
          <w:color w:val="2B8A3E"/>
          <w:sz w:val="32"/>
          <w:rtl/>
          <w:szCs w:val="32"/>
          <w:bCs/>
        </w:rPr>
        <w:t>🏡 משפחה – שבוע 9.5 עד 14.5.2027 · ב׳ אייר תשפ״ז</w:t>
      </w:r>
    </w:p>
    <w:p>
      <w:pPr>
        <w:bidi/>
        <w:jc w:val="right"/>
      </w:pPr>
      <w:r>
        <w:rPr>
          <w:rFonts w:ascii="Arial" w:hAnsi="Arial" w:cs="Arial"/>
          <w:color w:val="555577"/>
          <w:sz w:val="24"/>
          <w:rtl/>
          <w:szCs w:val="24"/>
        </w:rPr>
        <w:t>האנשים הקרובים שדואגים לנו ושאנחנו דואגים להם, בכל צורה ובכל גודל · המשפט של השבוע: "משפחה היא לא איך היא נראית, אלא איך מרגישים בה"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מרגישה שבבית לא מבינים אותה. כל שיחה עם ההורים נגמרת בוויכוח על זמן מסך ושיעורים. יום אחד היא הציעה לאמא ללכת יחד לקנות גלידה, בלי לדבר על בית הספר. השיחה שהייתה שם הפתיעה את שתיהן. איך יוצרים רגעים טובים גם כשיש מתחים?</w:t>
      </w:r>
    </w:p>
    <w:p>
      <w:pPr>
        <w:bidi/>
        <w:jc w:val="right"/>
      </w:pPr>
      <w:r>
        <w:rPr>
          <w:rFonts w:ascii="Arial" w:hAnsi="Arial" w:cs="Arial"/>
          <w:sz w:val="24"/>
          <w:rtl/>
          <w:szCs w:val="24"/>
        </w:rPr>
        <w:t>• מה עוזר לכם להרגיש שמבינים אתכם בבית?</w:t>
      </w:r>
    </w:p>
    <w:p>
      <w:pPr>
        <w:bidi/>
        <w:jc w:val="right"/>
      </w:pPr>
      <w:r>
        <w:rPr>
          <w:rFonts w:ascii="Arial" w:hAnsi="Arial" w:cs="Arial"/>
          <w:sz w:val="24"/>
          <w:rtl/>
          <w:szCs w:val="24"/>
        </w:rPr>
        <w:t>• איך אפשר לפתור ויכוח בבית בדרך מכבדת?</w:t>
      </w:r>
    </w:p>
    <w:p>
      <w:pPr>
        <w:bidi/>
        <w:jc w:val="right"/>
      </w:pPr>
      <w:r>
        <w:rPr>
          <w:rFonts w:ascii="Arial" w:hAnsi="Arial" w:cs="Arial"/>
          <w:b/>
          <w:color w:val="2B8A3E"/>
          <w:sz w:val="26"/>
          <w:rtl/>
          <w:szCs w:val="26"/>
          <w:bCs/>
        </w:rPr>
        <w:t>▌ ✨ מילים לחיים: "לעני ולגר תעזב אתם" (ויקרא כג, כב)</w:t>
      </w:r>
    </w:p>
    <w:p>
      <w:pPr>
        <w:bidi/>
        <w:jc w:val="right"/>
      </w:pPr>
      <w:r>
        <w:rPr>
          <w:rFonts w:ascii="Arial" w:hAnsi="Arial" w:cs="Arial"/>
          <w:sz w:val="24"/>
          <w:rtl/>
          <w:szCs w:val="24"/>
        </w:rPr>
        <w:t>בזמן הקציר השאירו חלק מהשדה למי שאין לו. גם אנחנו יכולים להשאיר מקום לאחרים: מקום ליד השולחן, תור במשחק, חלק מהזמן שלנו. השבוע נחשוב מה אפשר לשתף עם מי שצריך.</w:t>
      </w:r>
    </w:p>
    <w:p>
      <w:pPr>
        <w:bidi/>
        <w:jc w:val="right"/>
      </w:pPr>
      <w:r>
        <w:rPr>
          <w:rFonts w:ascii="Arial" w:hAnsi="Arial" w:cs="Arial"/>
          <w:sz w:val="24"/>
          <w:rtl/>
          <w:szCs w:val="24"/>
        </w:rPr>
        <w:t>שאלה: מה אתם יכולים להשאיר או לשתף השבוע בשביל מישהו אחר?</w:t>
      </w:r>
    </w:p>
    <w:p>
      <w:pPr>
        <w:bidi/>
        <w:jc w:val="right"/>
      </w:pPr>
      <w:r>
        <w:rPr>
          <w:rFonts w:ascii="Arial" w:hAnsi="Arial" w:cs="Arial"/>
          <w:sz w:val="24"/>
          <w:rtl/>
          <w:szCs w:val="24"/>
        </w:rPr>
        <w:t>🧩 חידה: לכל בן במשפחה יש שני אחים ושלוש אחיות. כמה ילדים וילדות יש במשפחה?  (תשובה: 6 (שלושה בנים ושלוש בנות))</w:t>
      </w:r>
    </w:p>
    <w:p>
      <w:pPr>
        <w:bidi/>
        <w:jc w:val="right"/>
      </w:pPr>
      <w:r>
        <w:rPr>
          <w:rFonts w:ascii="Arial" w:hAnsi="Arial" w:cs="Arial"/>
          <w:sz w:val="24"/>
          <w:rtl/>
          <w:szCs w:val="24"/>
        </w:rPr>
        <w:t>🎯 מטרות: לשאול מישהו במשפחה על הילדות שלו · לבלות זמן משפחתי בלי מסכים · לעזור לאח, אחות או בן משפחה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רגע משפחתי טוב השבוע?</w:t>
      </w:r>
    </w:p>
    <w:p>
      <w:pPr>
        <w:bidi/>
        <w:jc w:val="right"/>
      </w:pPr>
      <w:r>
        <w:rPr>
          <w:rFonts w:ascii="Arial" w:hAnsi="Arial" w:cs="Arial"/>
          <w:sz w:val="24"/>
          <w:rtl/>
          <w:szCs w:val="24"/>
        </w:rPr>
        <w:t>• 🙏 למי מהבית תרצו להודות, ועל מה?</w:t>
      </w:r>
    </w:p>
    <w:p>
      <w:pPr>
        <w:bidi/>
        <w:jc w:val="right"/>
      </w:pPr>
      <w:r>
        <w:rPr>
          <w:rFonts w:ascii="Arial" w:hAnsi="Arial" w:cs="Arial"/>
          <w:sz w:val="24"/>
          <w:rtl/>
          <w:szCs w:val="24"/>
        </w:rPr>
        <w:t>• 💛 מחמאה למישהו מהבית: "אני אוהב/ת כשאת/ה..."</w:t>
      </w:r>
    </w:p>
    <w:p>
      <w:pPr>
        <w:bidi/>
        <w:jc w:val="right"/>
      </w:pPr>
      <w:r>
        <w:rPr>
          <w:rFonts w:ascii="Arial" w:hAnsi="Arial" w:cs="Arial"/>
          <w:sz w:val="24"/>
          <w:rtl/>
          <w:szCs w:val="24"/>
        </w:rPr>
        <w:t>• 💡 מה למדתי השבוע על המשפחה שלי או על משפחות אחרות?</w:t>
      </w:r>
    </w:p>
    <w:p>
      <w:pPr>
        <w:bidi/>
        <w:jc w:val="right"/>
      </w:pPr>
      <w:r>
        <w:rPr>
          <w:rFonts w:ascii="Arial" w:hAnsi="Arial" w:cs="Arial"/>
          <w:sz w:val="24"/>
          <w:rtl/>
          <w:szCs w:val="24"/>
        </w:rPr>
        <w:t>• 🌇 שיהיה לכולנו סוף שבוע חם, עם האנשים שאנחנו אוהבים</w:t>
      </w:r>
    </w:p>
    <w:p>
      <w:pPr>
        <w:bidi/>
        <w:jc w:val="right"/>
      </w:pPr>
      <w:r>
        <w:rPr>
          <w:rFonts w:ascii="Arial" w:hAnsi="Arial" w:cs="Arial"/>
          <w:sz w:val="24"/>
          <w:rtl/>
          <w:szCs w:val="24"/>
        </w:rPr>
        <w:t>• 🌙 נעצום עיניים ונשלח מחשבה טובה לכל מי שמחכה לנו בבית</w:t>
      </w:r>
    </w:p>
    <w:p>
      <w:pPr>
        <w:bidi/>
        <w:pStyle w:val="Heading2"/>
        <w:jc w:val="right"/>
      </w:pPr>
      <w:r>
        <w:rPr>
          <w:rFonts w:ascii="Arial" w:hAnsi="Arial" w:cs="Arial"/>
          <w:b/>
          <w:color w:val="2B8A3E"/>
          <w:sz w:val="32"/>
          <w:rtl/>
          <w:szCs w:val="32"/>
          <w:bCs/>
        </w:rPr>
        <w:t>🕊️ שלום ופתרון מחלוקות – שבוע 16.5 עד 21.5.2027 · ט׳ אייר תשפ״ז</w:t>
      </w:r>
    </w:p>
    <w:p>
      <w:pPr>
        <w:bidi/>
        <w:jc w:val="right"/>
      </w:pPr>
      <w:r>
        <w:rPr>
          <w:rFonts w:ascii="Arial" w:hAnsi="Arial" w:cs="Arial"/>
          <w:color w:val="555577"/>
          <w:sz w:val="24"/>
          <w:rtl/>
          <w:szCs w:val="24"/>
        </w:rPr>
        <w:t>לפתור ויכוחים במילים, בהקשבה ובחיפוש פתרון שטוב לכולם · המשפט של השבוע: "בוויכוח טוב לא מנצחים את השני, מנצחים את הבעיה"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שתי חברות טובות, נועה ומאיה, רבו בקבוצת ההודעות של הכיתה. כל אחת כתבה משהו פוגע, ועוד תלמידים הצטרפו. נועה הבינה שבכתב הכול נשמע חריף יותר, ושלחה הודעה אישית: "אפשר לדבר מחר בהפסקה?". למה לפעמים קל יותר לפתור מחלוקת פנים מול פנים?</w:t>
      </w:r>
    </w:p>
    <w:p>
      <w:pPr>
        <w:bidi/>
        <w:jc w:val="right"/>
      </w:pPr>
      <w:r>
        <w:rPr>
          <w:rFonts w:ascii="Arial" w:hAnsi="Arial" w:cs="Arial"/>
          <w:sz w:val="24"/>
          <w:rtl/>
          <w:szCs w:val="24"/>
        </w:rPr>
        <w:t>• למה ויכוח בהודעות מתלקח מהר יותר?</w:t>
      </w:r>
    </w:p>
    <w:p>
      <w:pPr>
        <w:bidi/>
        <w:jc w:val="right"/>
      </w:pPr>
      <w:r>
        <w:rPr>
          <w:rFonts w:ascii="Arial" w:hAnsi="Arial" w:cs="Arial"/>
          <w:sz w:val="24"/>
          <w:rtl/>
          <w:szCs w:val="24"/>
        </w:rPr>
        <w:t>• מה אפשר לומר כדי לפתוח שיחת פיוס?</w:t>
      </w:r>
    </w:p>
    <w:p>
      <w:pPr>
        <w:bidi/>
        <w:jc w:val="right"/>
      </w:pPr>
      <w:r>
        <w:rPr>
          <w:rFonts w:ascii="Arial" w:hAnsi="Arial" w:cs="Arial"/>
          <w:b/>
          <w:color w:val="2B8A3E"/>
          <w:sz w:val="26"/>
          <w:rtl/>
          <w:szCs w:val="26"/>
          <w:bCs/>
        </w:rPr>
        <w:t>▌ ✨ מילים לחיים: "וחי אחיך עמך" (ויקרא כה, לו)</w:t>
      </w:r>
    </w:p>
    <w:p>
      <w:pPr>
        <w:bidi/>
        <w:jc w:val="right"/>
      </w:pPr>
      <w:r>
        <w:rPr>
          <w:rFonts w:ascii="Arial" w:hAnsi="Arial" w:cs="Arial"/>
          <w:sz w:val="24"/>
          <w:rtl/>
          <w:szCs w:val="24"/>
        </w:rPr>
        <w:t>החיים טובים יותר כשאנחנו חיים יחד, ולא רק זה ליד זה. לדאוג שגם לחבר יהיה טוב זו לא טובה, זו אחריות של כולנו. השבוע נשאל: מה שלום מי שלידנו, ואיך אפשר לעזור לו?</w:t>
      </w:r>
    </w:p>
    <w:p>
      <w:pPr>
        <w:bidi/>
        <w:jc w:val="right"/>
      </w:pPr>
      <w:r>
        <w:rPr>
          <w:rFonts w:ascii="Arial" w:hAnsi="Arial" w:cs="Arial"/>
          <w:sz w:val="24"/>
          <w:rtl/>
          <w:szCs w:val="24"/>
        </w:rPr>
        <w:t>שאלה: מה אפשר לעשות כדי שכולם בכיתה ירגישו שהם חלק מהקבוצה?</w:t>
      </w:r>
    </w:p>
    <w:p>
      <w:pPr>
        <w:bidi/>
        <w:jc w:val="right"/>
      </w:pPr>
      <w:r>
        <w:rPr>
          <w:rFonts w:ascii="Arial" w:hAnsi="Arial" w:cs="Arial"/>
          <w:sz w:val="24"/>
          <w:rtl/>
          <w:szCs w:val="24"/>
        </w:rPr>
        <w:t>🧩 חידה: שני חברים רוצים לחלק עוגה בצורה הוגנת, בלי ויכוח. איזו שיטה מבטיחה ששניהם יהיו מרוצים?  (תשובה: אחד חותך, והשני בוחר ראשון)</w:t>
      </w:r>
    </w:p>
    <w:p>
      <w:pPr>
        <w:bidi/>
        <w:jc w:val="right"/>
      </w:pPr>
      <w:r>
        <w:rPr>
          <w:rFonts w:ascii="Arial" w:hAnsi="Arial" w:cs="Arial"/>
          <w:sz w:val="24"/>
          <w:rtl/>
          <w:szCs w:val="24"/>
        </w:rPr>
        <w:t>🎯 מטרות: להקשיב עד הסוף לפני שעונים · לא להמשיך ויכוח בהודעות · להציע פתרון שטוב לשני הצדדים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הצלחתם לפתור מחלוקת בדרך טובה?</w:t>
      </w:r>
    </w:p>
    <w:p>
      <w:pPr>
        <w:bidi/>
        <w:jc w:val="right"/>
      </w:pPr>
      <w:r>
        <w:rPr>
          <w:rFonts w:ascii="Arial" w:hAnsi="Arial" w:cs="Arial"/>
          <w:sz w:val="24"/>
          <w:rtl/>
          <w:szCs w:val="24"/>
        </w:rPr>
        <w:t>• 🙏 למי תרצו להודות על שעזר להשלים או הרגיע ויכוח?</w:t>
      </w:r>
    </w:p>
    <w:p>
      <w:pPr>
        <w:bidi/>
        <w:jc w:val="right"/>
      </w:pPr>
      <w:r>
        <w:rPr>
          <w:rFonts w:ascii="Arial" w:hAnsi="Arial" w:cs="Arial"/>
          <w:sz w:val="24"/>
          <w:rtl/>
          <w:szCs w:val="24"/>
        </w:rPr>
        <w:t>• 💛 מחמאת שלום: "ראיתי איך הקשבת גם כשלא הסכמת..."</w:t>
      </w:r>
    </w:p>
    <w:p>
      <w:pPr>
        <w:bidi/>
        <w:jc w:val="right"/>
      </w:pPr>
      <w:r>
        <w:rPr>
          <w:rFonts w:ascii="Arial" w:hAnsi="Arial" w:cs="Arial"/>
          <w:sz w:val="24"/>
          <w:rtl/>
          <w:szCs w:val="24"/>
        </w:rPr>
        <w:t>• 💡 מה למדתי השבוע על פתרון ויכוחים?</w:t>
      </w:r>
    </w:p>
    <w:p>
      <w:pPr>
        <w:bidi/>
        <w:jc w:val="right"/>
      </w:pPr>
      <w:r>
        <w:rPr>
          <w:rFonts w:ascii="Arial" w:hAnsi="Arial" w:cs="Arial"/>
          <w:sz w:val="24"/>
          <w:rtl/>
          <w:szCs w:val="24"/>
        </w:rPr>
        <w:t>• 🌇 שיהיה לכולנו סוף שבוע שקט, נעים ושלו</w:t>
      </w:r>
    </w:p>
    <w:p>
      <w:pPr>
        <w:bidi/>
        <w:jc w:val="right"/>
      </w:pPr>
      <w:r>
        <w:rPr>
          <w:rFonts w:ascii="Arial" w:hAnsi="Arial" w:cs="Arial"/>
          <w:sz w:val="24"/>
          <w:rtl/>
          <w:szCs w:val="24"/>
        </w:rPr>
        <w:t>• 🌙 נשאף שלום, ננשוף כעס, ונשאיר בלב רק את מה שטוב</w:t>
      </w:r>
    </w:p>
    <w:p>
      <w:pPr>
        <w:bidi/>
        <w:pStyle w:val="Heading2"/>
        <w:jc w:val="right"/>
      </w:pPr>
      <w:r>
        <w:rPr>
          <w:rFonts w:ascii="Arial" w:hAnsi="Arial" w:cs="Arial"/>
          <w:b/>
          <w:color w:val="2B8A3E"/>
          <w:sz w:val="32"/>
          <w:rtl/>
          <w:szCs w:val="32"/>
          <w:bCs/>
        </w:rPr>
        <w:t>💬 מילים טובות – שבוע 23.5 עד 28.5.2027 · ט״ז אייר תשפ״ז</w:t>
      </w:r>
    </w:p>
    <w:p>
      <w:pPr>
        <w:bidi/>
        <w:jc w:val="right"/>
      </w:pPr>
      <w:r>
        <w:rPr>
          <w:rFonts w:ascii="Arial" w:hAnsi="Arial" w:cs="Arial"/>
          <w:color w:val="555577"/>
          <w:sz w:val="24"/>
          <w:rtl/>
          <w:szCs w:val="24"/>
        </w:rPr>
        <w:t>לבחור במילים שבונות, מעודדות ומחממות את הלב, בדיבור ובכתב · המשפט של השבוע: "למילים יש כוח: הן יכולות לבנות גשר או חומה"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בקבוצת ההודעות של השכבה מישהו העלה תמונה מצחיקה של תלמידה, וההודעות התחילו לרוץ. ליה כתבה: "בואו נמחק, לא היינו רוצים שיעשו את זה לנו". כמה תלמידים כתבו מיד "צודקת", והתמונה נמחקה. כמה אומץ צריך כדי לכתוב מילה טובה ראשונים?</w:t>
      </w:r>
    </w:p>
    <w:p>
      <w:pPr>
        <w:bidi/>
        <w:jc w:val="right"/>
      </w:pPr>
      <w:r>
        <w:rPr>
          <w:rFonts w:ascii="Arial" w:hAnsi="Arial" w:cs="Arial"/>
          <w:sz w:val="24"/>
          <w:rtl/>
          <w:szCs w:val="24"/>
        </w:rPr>
        <w:t>• למה לפעמים קל יותר לכתוב מילה פוגעת מאשר לומר אותה?</w:t>
      </w:r>
    </w:p>
    <w:p>
      <w:pPr>
        <w:bidi/>
        <w:jc w:val="right"/>
      </w:pPr>
      <w:r>
        <w:rPr>
          <w:rFonts w:ascii="Arial" w:hAnsi="Arial" w:cs="Arial"/>
          <w:sz w:val="24"/>
          <w:rtl/>
          <w:szCs w:val="24"/>
        </w:rPr>
        <w:t>• איך מגיבים ברשת בצורה מכבדת?</w:t>
      </w:r>
    </w:p>
    <w:p>
      <w:pPr>
        <w:bidi/>
        <w:jc w:val="right"/>
      </w:pPr>
      <w:r>
        <w:rPr>
          <w:rFonts w:ascii="Arial" w:hAnsi="Arial" w:cs="Arial"/>
          <w:b/>
          <w:color w:val="2B8A3E"/>
          <w:sz w:val="26"/>
          <w:rtl/>
          <w:szCs w:val="26"/>
          <w:bCs/>
        </w:rPr>
        <w:t>▌ ✨ מילים לחיים: "ושכבתם ואין מחריד" (ויקרא כו, ו)</w:t>
      </w:r>
    </w:p>
    <w:p>
      <w:pPr>
        <w:bidi/>
        <w:jc w:val="right"/>
      </w:pPr>
      <w:r>
        <w:rPr>
          <w:rFonts w:ascii="Arial" w:hAnsi="Arial" w:cs="Arial"/>
          <w:sz w:val="24"/>
          <w:rtl/>
          <w:szCs w:val="24"/>
        </w:rPr>
        <w:t>כמה טוב ללכת לישון רגועים, בלי דאגה שמעירה אותנו. רוגע כזה נבנה מדברים פשוטים: שיחה טובה, סדר יום, ותחושה שיש מי שאכפת לו מאיתנו. השבוע נמצא דרכים לעזור לעצמנו ולאחרים להרגיש בטוחים ושלווים.</w:t>
      </w:r>
    </w:p>
    <w:p>
      <w:pPr>
        <w:bidi/>
        <w:jc w:val="right"/>
      </w:pPr>
      <w:r>
        <w:rPr>
          <w:rFonts w:ascii="Arial" w:hAnsi="Arial" w:cs="Arial"/>
          <w:sz w:val="24"/>
          <w:rtl/>
          <w:szCs w:val="24"/>
        </w:rPr>
        <w:t>שאלה: מה עוזר לכם להירגע בסוף יום עמוס?</w:t>
      </w:r>
    </w:p>
    <w:p>
      <w:pPr>
        <w:bidi/>
        <w:jc w:val="right"/>
      </w:pPr>
      <w:r>
        <w:rPr>
          <w:rFonts w:ascii="Arial" w:hAnsi="Arial" w:cs="Arial"/>
          <w:sz w:val="24"/>
          <w:rtl/>
          <w:szCs w:val="24"/>
        </w:rPr>
        <w:t>🧩 חידה: אני מילה בת שלוש אותיות שנקראת אותו דבר מימין ומשמאל. אומרים אותי לאדם שהכי דואג לנו בבית. מה אני?  (תשובה: אמא)</w:t>
      </w:r>
    </w:p>
    <w:p>
      <w:pPr>
        <w:bidi/>
        <w:jc w:val="right"/>
      </w:pPr>
      <w:r>
        <w:rPr>
          <w:rFonts w:ascii="Arial" w:hAnsi="Arial" w:cs="Arial"/>
          <w:sz w:val="24"/>
          <w:rtl/>
          <w:szCs w:val="24"/>
        </w:rPr>
        <w:t>🎯 מטרות: לכתוב תגובה מפרגנת אחת ביום · לעצור הודעה פוגעת לפני שליחה · להגן במילים על מי שנפגע</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מילה טובה שמעתם או אמרתם השבוע?</w:t>
      </w:r>
    </w:p>
    <w:p>
      <w:pPr>
        <w:bidi/>
        <w:jc w:val="right"/>
      </w:pPr>
      <w:r>
        <w:rPr>
          <w:rFonts w:ascii="Arial" w:hAnsi="Arial" w:cs="Arial"/>
          <w:sz w:val="24"/>
          <w:rtl/>
          <w:szCs w:val="24"/>
        </w:rPr>
        <w:t>• 🙏 למי תרצו להודות על מילה טובה שאמר לכם?</w:t>
      </w:r>
    </w:p>
    <w:p>
      <w:pPr>
        <w:bidi/>
        <w:jc w:val="right"/>
      </w:pPr>
      <w:r>
        <w:rPr>
          <w:rFonts w:ascii="Arial" w:hAnsi="Arial" w:cs="Arial"/>
          <w:sz w:val="24"/>
          <w:rtl/>
          <w:szCs w:val="24"/>
        </w:rPr>
        <w:t>• 💛 שרשרת מילים טובות: כל אחד מוסר מילה אחת מחממת לבא בתור</w:t>
      </w:r>
    </w:p>
    <w:p>
      <w:pPr>
        <w:bidi/>
        <w:jc w:val="right"/>
      </w:pPr>
      <w:r>
        <w:rPr>
          <w:rFonts w:ascii="Arial" w:hAnsi="Arial" w:cs="Arial"/>
          <w:sz w:val="24"/>
          <w:rtl/>
          <w:szCs w:val="24"/>
        </w:rPr>
        <w:t>• 💡 מה למדתי השבוע על הכוח של המילים?</w:t>
      </w:r>
    </w:p>
    <w:p>
      <w:pPr>
        <w:bidi/>
        <w:jc w:val="right"/>
      </w:pPr>
      <w:r>
        <w:rPr>
          <w:rFonts w:ascii="Arial" w:hAnsi="Arial" w:cs="Arial"/>
          <w:sz w:val="24"/>
          <w:rtl/>
          <w:szCs w:val="24"/>
        </w:rPr>
        <w:t>• 🌇 שיהיה לכולנו סוף שבוע מלא במילים טובות, בבית ובחוץ</w:t>
      </w:r>
    </w:p>
    <w:p>
      <w:pPr>
        <w:bidi/>
        <w:jc w:val="right"/>
      </w:pPr>
      <w:r>
        <w:rPr>
          <w:rFonts w:ascii="Arial" w:hAnsi="Arial" w:cs="Arial"/>
          <w:sz w:val="24"/>
          <w:rtl/>
          <w:szCs w:val="24"/>
        </w:rPr>
        <w:t>• 🌙 נלחש לעצמנו מילה טובה אחת, ונשמור אותה בכיס לכל השבוע</w:t>
      </w:r>
    </w:p>
    <w:p>
      <w:pPr>
        <w:bidi/>
        <w:pStyle w:val="Heading2"/>
        <w:jc w:val="right"/>
      </w:pPr>
      <w:r>
        <w:rPr>
          <w:rFonts w:ascii="Arial" w:hAnsi="Arial" w:cs="Arial"/>
          <w:b/>
          <w:color w:val="2B8A3E"/>
          <w:sz w:val="32"/>
          <w:rtl/>
          <w:szCs w:val="32"/>
          <w:bCs/>
        </w:rPr>
        <w:t>🌿 בריאות ואיזון – שבוע 30.5 עד 4.6.2027 · כ״ג אייר תשפ״ז</w:t>
      </w:r>
    </w:p>
    <w:p>
      <w:pPr>
        <w:bidi/>
        <w:jc w:val="right"/>
      </w:pPr>
      <w:r>
        <w:rPr>
          <w:rFonts w:ascii="Arial" w:hAnsi="Arial" w:cs="Arial"/>
          <w:color w:val="555577"/>
          <w:sz w:val="24"/>
          <w:rtl/>
          <w:szCs w:val="24"/>
        </w:rPr>
        <w:t>לדאוג לגוף ולנפש: תנועה, שינה, אוכל טוב, מנוחה וזמן לעצמנו · המשפט של השבוע: "גם הסוללה שלנו צריכה טעינה, לא רק של הטלפון"</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מיכאל רשום לשלושה חוגים, משחק בנבחרת ולומד לבגרות מוקדמת במתמטיקה. בהתחלה הכול היה מלהיב, אבל עכשיו הוא מרגיש שאין לו זמן לנשום. הוא מפחד לוותר על משהו ולאכזב. איך יודעים מתי "יותר" הופך ל"יותר מדי"?</w:t>
      </w:r>
    </w:p>
    <w:p>
      <w:pPr>
        <w:bidi/>
        <w:jc w:val="right"/>
      </w:pPr>
      <w:r>
        <w:rPr>
          <w:rFonts w:ascii="Arial" w:hAnsi="Arial" w:cs="Arial"/>
          <w:sz w:val="24"/>
          <w:rtl/>
          <w:szCs w:val="24"/>
        </w:rPr>
        <w:t>• איך יודעים שלקחנו על עצמנו יותר מדי?</w:t>
      </w:r>
    </w:p>
    <w:p>
      <w:pPr>
        <w:bidi/>
        <w:jc w:val="right"/>
      </w:pPr>
      <w:r>
        <w:rPr>
          <w:rFonts w:ascii="Arial" w:hAnsi="Arial" w:cs="Arial"/>
          <w:sz w:val="24"/>
          <w:rtl/>
          <w:szCs w:val="24"/>
        </w:rPr>
        <w:t>• מה אתם עושים כדי להירגע אחרי יום עמוס?</w:t>
      </w:r>
    </w:p>
    <w:p>
      <w:pPr>
        <w:bidi/>
        <w:jc w:val="right"/>
      </w:pPr>
      <w:r>
        <w:rPr>
          <w:rFonts w:ascii="Arial" w:hAnsi="Arial" w:cs="Arial"/>
          <w:b/>
          <w:color w:val="2B8A3E"/>
          <w:sz w:val="26"/>
          <w:rtl/>
          <w:szCs w:val="26"/>
          <w:bCs/>
        </w:rPr>
        <w:t>▌ ✨ מילים לחיים: "איש על דגלו" (במדבר ב, ב)</w:t>
      </w:r>
    </w:p>
    <w:p>
      <w:pPr>
        <w:bidi/>
        <w:jc w:val="right"/>
      </w:pPr>
      <w:r>
        <w:rPr>
          <w:rFonts w:ascii="Arial" w:hAnsi="Arial" w:cs="Arial"/>
          <w:sz w:val="24"/>
          <w:rtl/>
          <w:szCs w:val="24"/>
        </w:rPr>
        <w:t>לכל שבט היה דגל משלו, ובכל זאת כולם הלכו יחד באותו מחנה. גם בכיתה שלנו לכל אחד יש צבע וסגנון משלו, וזה מה שהופך אותנו לחזקים. השבוע נחגוג את השונות ונלך יחד.</w:t>
      </w:r>
    </w:p>
    <w:p>
      <w:pPr>
        <w:bidi/>
        <w:jc w:val="right"/>
      </w:pPr>
      <w:r>
        <w:rPr>
          <w:rFonts w:ascii="Arial" w:hAnsi="Arial" w:cs="Arial"/>
          <w:sz w:val="24"/>
          <w:rtl/>
          <w:szCs w:val="24"/>
        </w:rPr>
        <w:t>שאלה: מה הייתם מציירים על הדגל האישי שלכם?</w:t>
      </w:r>
    </w:p>
    <w:p>
      <w:pPr>
        <w:bidi/>
        <w:jc w:val="right"/>
      </w:pPr>
      <w:r>
        <w:rPr>
          <w:rFonts w:ascii="Arial" w:hAnsi="Arial" w:cs="Arial"/>
          <w:sz w:val="24"/>
          <w:rtl/>
          <w:szCs w:val="24"/>
        </w:rPr>
        <w:t>🧩 חידה: שרון ישנה 8 שעות כל לילה. כמה ימים שלמים היא ישנה בשבוע אחד?  (תשובה: שני ימים ושמונה שעות (56 שעות))</w:t>
      </w:r>
    </w:p>
    <w:p>
      <w:pPr>
        <w:bidi/>
        <w:jc w:val="right"/>
      </w:pPr>
      <w:r>
        <w:rPr>
          <w:rFonts w:ascii="Arial" w:hAnsi="Arial" w:cs="Arial"/>
          <w:sz w:val="24"/>
          <w:rtl/>
          <w:szCs w:val="24"/>
        </w:rPr>
        <w:t>🎯 מטרות: לכבות מסכים חצי שעה לפני השינה · לזוז או להתעמל 20 דקות ביום · לאכול ארוחת בוקר כל יום</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עשיתם השבוע כדי לשמור על הגוף ועל הנפש?</w:t>
      </w:r>
    </w:p>
    <w:p>
      <w:pPr>
        <w:bidi/>
        <w:jc w:val="right"/>
      </w:pPr>
      <w:r>
        <w:rPr>
          <w:rFonts w:ascii="Arial" w:hAnsi="Arial" w:cs="Arial"/>
          <w:sz w:val="24"/>
          <w:rtl/>
          <w:szCs w:val="24"/>
        </w:rPr>
        <w:t>• 🙏 למי תרצו להודות על שדאג לכם לאוכל, לשינה או למנוחה?</w:t>
      </w:r>
    </w:p>
    <w:p>
      <w:pPr>
        <w:bidi/>
        <w:jc w:val="right"/>
      </w:pPr>
      <w:r>
        <w:rPr>
          <w:rFonts w:ascii="Arial" w:hAnsi="Arial" w:cs="Arial"/>
          <w:sz w:val="24"/>
          <w:rtl/>
          <w:szCs w:val="24"/>
        </w:rPr>
        <w:t>• 💛 מחמאה של איזון: "ראיתי שידעת לעצור ולנוח כש..."</w:t>
      </w:r>
    </w:p>
    <w:p>
      <w:pPr>
        <w:bidi/>
        <w:jc w:val="right"/>
      </w:pPr>
      <w:r>
        <w:rPr>
          <w:rFonts w:ascii="Arial" w:hAnsi="Arial" w:cs="Arial"/>
          <w:sz w:val="24"/>
          <w:rtl/>
          <w:szCs w:val="24"/>
        </w:rPr>
        <w:t>• 💡 מה למדתי השבוע על מה שמטעין אותי?</w:t>
      </w:r>
    </w:p>
    <w:p>
      <w:pPr>
        <w:bidi/>
        <w:jc w:val="right"/>
      </w:pPr>
      <w:r>
        <w:rPr>
          <w:rFonts w:ascii="Arial" w:hAnsi="Arial" w:cs="Arial"/>
          <w:sz w:val="24"/>
          <w:rtl/>
          <w:szCs w:val="24"/>
        </w:rPr>
        <w:t>• 🌇 שיהיה לכולנו סוף שבוע של מנוחה, תנועה ושינה טובה</w:t>
      </w:r>
    </w:p>
    <w:p>
      <w:pPr>
        <w:bidi/>
        <w:jc w:val="right"/>
      </w:pPr>
      <w:r>
        <w:rPr>
          <w:rFonts w:ascii="Arial" w:hAnsi="Arial" w:cs="Arial"/>
          <w:sz w:val="24"/>
          <w:rtl/>
          <w:szCs w:val="24"/>
        </w:rPr>
        <w:t>• 🌙 נשאף לאט דרך האף, ננשוף לאט דרך הפה, ונרגיש את הגוף נרגע</w:t>
      </w:r>
    </w:p>
    <w:p>
      <w:pPr>
        <w:bidi/>
        <w:pStyle w:val="Heading2"/>
        <w:jc w:val="right"/>
      </w:pPr>
      <w:r>
        <w:rPr>
          <w:rFonts w:ascii="Arial" w:hAnsi="Arial" w:cs="Arial"/>
          <w:b/>
          <w:color w:val="2B8A3E"/>
          <w:sz w:val="32"/>
          <w:rtl/>
          <w:szCs w:val="32"/>
          <w:bCs/>
        </w:rPr>
        <w:t>🎯 הצבת מטרות – שבוע 6.6 עד 11.6.2027 · א׳ סיון תשפ״ז</w:t>
      </w:r>
    </w:p>
    <w:p>
      <w:pPr>
        <w:bidi/>
        <w:jc w:val="right"/>
      </w:pPr>
      <w:r>
        <w:rPr>
          <w:rFonts w:ascii="Arial" w:hAnsi="Arial" w:cs="Arial"/>
          <w:color w:val="555577"/>
          <w:sz w:val="24"/>
          <w:rtl/>
          <w:szCs w:val="24"/>
        </w:rPr>
        <w:t>לבחור לאן רוצים להגיע, ולתכנן צעדים קטנים וברורים בדרך · המשפט של השבוע: "חלום עם תוכנית הופך למטרה, ומטרה עם צעדים הופכת להצלחה"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אדל רוצה לשפר את הציון שלה באנגלית. בהתחלה כתבה לעצמה "להשתפר", ולא קרה כלום. אחר כך כתבה: "ללמוד עשר מילים חדשות כל שבוע ולדבר עם המורה פעם בשבועיים". פתאום היה לה ברור מה לעשות. מה ההבדל בין משאלה לבין מטרה?</w:t>
      </w:r>
    </w:p>
    <w:p>
      <w:pPr>
        <w:bidi/>
        <w:jc w:val="right"/>
      </w:pPr>
      <w:r>
        <w:rPr>
          <w:rFonts w:ascii="Arial" w:hAnsi="Arial" w:cs="Arial"/>
          <w:sz w:val="24"/>
          <w:rtl/>
          <w:szCs w:val="24"/>
        </w:rPr>
        <w:t>• מה ההבדל בין משאלה לבין מטרה?</w:t>
      </w:r>
    </w:p>
    <w:p>
      <w:pPr>
        <w:bidi/>
        <w:jc w:val="right"/>
      </w:pPr>
      <w:r>
        <w:rPr>
          <w:rFonts w:ascii="Arial" w:hAnsi="Arial" w:cs="Arial"/>
          <w:sz w:val="24"/>
          <w:rtl/>
          <w:szCs w:val="24"/>
        </w:rPr>
        <w:t>• איך אפשר לעקוב אחרי ההתקדמות שלנו?</w:t>
      </w:r>
    </w:p>
    <w:p>
      <w:pPr>
        <w:bidi/>
        <w:jc w:val="right"/>
      </w:pPr>
      <w:r>
        <w:rPr>
          <w:rFonts w:ascii="Arial" w:hAnsi="Arial" w:cs="Arial"/>
          <w:b/>
          <w:color w:val="2B8A3E"/>
          <w:sz w:val="26"/>
          <w:rtl/>
          <w:szCs w:val="26"/>
          <w:bCs/>
        </w:rPr>
        <w:t>▌ ✨ מילים לחיים: "וישם לך שלום" (במדבר ו, כו)</w:t>
      </w:r>
    </w:p>
    <w:p>
      <w:pPr>
        <w:bidi/>
        <w:jc w:val="right"/>
      </w:pPr>
      <w:r>
        <w:rPr>
          <w:rFonts w:ascii="Arial" w:hAnsi="Arial" w:cs="Arial"/>
          <w:sz w:val="24"/>
          <w:rtl/>
          <w:szCs w:val="24"/>
        </w:rPr>
        <w:t>בסוף כל האיחולים מגיע השלום, כאילו הוא הכי חשוב מכולם. שלום מתחיל בתוכנו, ממשיך בין חברים ומתפשט לכל הכיתה. השבוע נחפש רגעים קטנים של שלום: לוותר, להקשיב, להושיט יד.</w:t>
      </w:r>
    </w:p>
    <w:p>
      <w:pPr>
        <w:bidi/>
        <w:jc w:val="right"/>
      </w:pPr>
      <w:r>
        <w:rPr>
          <w:rFonts w:ascii="Arial" w:hAnsi="Arial" w:cs="Arial"/>
          <w:sz w:val="24"/>
          <w:rtl/>
          <w:szCs w:val="24"/>
        </w:rPr>
        <w:t>שאלה: איך מרגיש שלום בתוככם, ואיך אפשר להביא אותו לאחרים?</w:t>
      </w:r>
    </w:p>
    <w:p>
      <w:pPr>
        <w:bidi/>
        <w:jc w:val="right"/>
      </w:pPr>
      <w:r>
        <w:rPr>
          <w:rFonts w:ascii="Arial" w:hAnsi="Arial" w:cs="Arial"/>
          <w:sz w:val="24"/>
          <w:rtl/>
          <w:szCs w:val="24"/>
        </w:rPr>
        <w:t>🧩 חידה: צפרדע בתחתית באר בעומק 10 מטרים. ביום היא קופצת 3 מטרים למעלה, ובלילה מחליקה 2 מטרים למטה. ביום הכמה תצא מהבאר?  (תשובה: ביום השמיני)</w:t>
      </w:r>
    </w:p>
    <w:p>
      <w:pPr>
        <w:bidi/>
        <w:jc w:val="right"/>
      </w:pPr>
      <w:r>
        <w:rPr>
          <w:rFonts w:ascii="Arial" w:hAnsi="Arial" w:cs="Arial"/>
          <w:sz w:val="24"/>
          <w:rtl/>
          <w:szCs w:val="24"/>
        </w:rPr>
        <w:t>🎯 מטרות: לכתוב מטרה ברורה ומדידה לשבוע · לחלק אותה לשלושה צעדים · לבדוק ביום חמישי איפה אני עומד/ת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צעד קטן לקראת מטרה עשיתם השבוע?</w:t>
      </w:r>
    </w:p>
    <w:p>
      <w:pPr>
        <w:bidi/>
        <w:jc w:val="right"/>
      </w:pPr>
      <w:r>
        <w:rPr>
          <w:rFonts w:ascii="Arial" w:hAnsi="Arial" w:cs="Arial"/>
          <w:sz w:val="24"/>
          <w:rtl/>
          <w:szCs w:val="24"/>
        </w:rPr>
        <w:t>• 🙏 למי תרצו להודות על שעזר לכם להתקדם?</w:t>
      </w:r>
    </w:p>
    <w:p>
      <w:pPr>
        <w:bidi/>
        <w:jc w:val="right"/>
      </w:pPr>
      <w:r>
        <w:rPr>
          <w:rFonts w:ascii="Arial" w:hAnsi="Arial" w:cs="Arial"/>
          <w:sz w:val="24"/>
          <w:rtl/>
          <w:szCs w:val="24"/>
        </w:rPr>
        <w:t>• 💛 מחמאת התקדמות: "ראיתי איך התאמנת והתקדמת ב..."</w:t>
      </w:r>
    </w:p>
    <w:p>
      <w:pPr>
        <w:bidi/>
        <w:jc w:val="right"/>
      </w:pPr>
      <w:r>
        <w:rPr>
          <w:rFonts w:ascii="Arial" w:hAnsi="Arial" w:cs="Arial"/>
          <w:sz w:val="24"/>
          <w:rtl/>
          <w:szCs w:val="24"/>
        </w:rPr>
        <w:t>• 💡 מה למדתי השבוע על הדרך להגיע למטרה?</w:t>
      </w:r>
    </w:p>
    <w:p>
      <w:pPr>
        <w:bidi/>
        <w:jc w:val="right"/>
      </w:pPr>
      <w:r>
        <w:rPr>
          <w:rFonts w:ascii="Arial" w:hAnsi="Arial" w:cs="Arial"/>
          <w:sz w:val="24"/>
          <w:rtl/>
          <w:szCs w:val="24"/>
        </w:rPr>
        <w:t>• 🌇 שיהיה לכולנו סוף שבוע של מנוחה, שנחזור ממנו עם כוח לצעד הבא</w:t>
      </w:r>
    </w:p>
    <w:p>
      <w:pPr>
        <w:bidi/>
        <w:jc w:val="right"/>
      </w:pPr>
      <w:r>
        <w:rPr>
          <w:rFonts w:ascii="Arial" w:hAnsi="Arial" w:cs="Arial"/>
          <w:sz w:val="24"/>
          <w:rtl/>
          <w:szCs w:val="24"/>
        </w:rPr>
        <w:t>• 🌙 נדמיין את המטרה שלנו, ננשום עמוק, ונדע שכל צעד קטן נחשב</w:t>
      </w:r>
    </w:p>
    <w:p>
      <w:pPr>
        <w:bidi/>
        <w:pStyle w:val="Heading2"/>
        <w:jc w:val="right"/>
      </w:pPr>
      <w:r>
        <w:rPr>
          <w:rFonts w:ascii="Arial" w:hAnsi="Arial" w:cs="Arial"/>
          <w:b/>
          <w:color w:val="2B8A3E"/>
          <w:sz w:val="32"/>
          <w:rtl/>
          <w:szCs w:val="32"/>
          <w:bCs/>
        </w:rPr>
        <w:t>🌱 טעויות כהזדמנות – שבוע 13.6 עד 18.6.2027 · ח׳ סיון תשפ״ז</w:t>
      </w:r>
    </w:p>
    <w:p>
      <w:pPr>
        <w:bidi/>
        <w:jc w:val="right"/>
      </w:pPr>
      <w:r>
        <w:rPr>
          <w:rFonts w:ascii="Arial" w:hAnsi="Arial" w:cs="Arial"/>
          <w:color w:val="555577"/>
          <w:sz w:val="24"/>
          <w:rtl/>
          <w:szCs w:val="24"/>
        </w:rPr>
        <w:t>לראות בטעות שיעור ולא כישלון, ולנסות שוב בדרך חדשה · המשפט של השבוע: "מי שלא טועה, כנראה לא ניסה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טל שלחה בטעות הודעה לקבוצה הלא נכונה, ובה היא כתבה שהיא לחוצה מהופעה. היא התביישה מאוד. להפתעתה, שלוש בנות ענו שגם הן לחוצות, ונוצרה ביניהן שיחה מחזקת. לפעמים טעות פותחת דלת שלא ידענו שקיימת. מתי זה קרה לכם?</w:t>
      </w:r>
    </w:p>
    <w:p>
      <w:pPr>
        <w:bidi/>
        <w:jc w:val="right"/>
      </w:pPr>
      <w:r>
        <w:rPr>
          <w:rFonts w:ascii="Arial" w:hAnsi="Arial" w:cs="Arial"/>
          <w:sz w:val="24"/>
          <w:rtl/>
          <w:szCs w:val="24"/>
        </w:rPr>
        <w:t>• מתי טעות הובילה אתכם למשהו טוב?</w:t>
      </w:r>
    </w:p>
    <w:p>
      <w:pPr>
        <w:bidi/>
        <w:jc w:val="right"/>
      </w:pPr>
      <w:r>
        <w:rPr>
          <w:rFonts w:ascii="Arial" w:hAnsi="Arial" w:cs="Arial"/>
          <w:sz w:val="24"/>
          <w:rtl/>
          <w:szCs w:val="24"/>
        </w:rPr>
        <w:t>• מה ההבדל בין להסתיר טעות לבין לתקן אותה?</w:t>
      </w:r>
    </w:p>
    <w:p>
      <w:pPr>
        <w:bidi/>
        <w:jc w:val="right"/>
      </w:pPr>
      <w:r>
        <w:rPr>
          <w:rFonts w:ascii="Arial" w:hAnsi="Arial" w:cs="Arial"/>
          <w:b/>
          <w:color w:val="2B8A3E"/>
          <w:sz w:val="26"/>
          <w:rtl/>
          <w:szCs w:val="26"/>
          <w:bCs/>
        </w:rPr>
        <w:t>▌ ✨ מילים לחיים: "בהעלתך את הנרת" (במדבר ח, ב)</w:t>
      </w:r>
    </w:p>
    <w:p>
      <w:pPr>
        <w:bidi/>
        <w:jc w:val="right"/>
      </w:pPr>
      <w:r>
        <w:rPr>
          <w:rFonts w:ascii="Arial" w:hAnsi="Arial" w:cs="Arial"/>
          <w:sz w:val="24"/>
          <w:rtl/>
          <w:szCs w:val="24"/>
        </w:rPr>
        <w:t>להדליק נר זה להביא אור למקום חשוך. כל אחד מאיתנו יכול להאיר למישהו אחר: בהסבר, בעזרה, במילה מעודדת. השבוע נחשוב איך אנחנו יכולים להדליק אור אצל מישהו שקצת קשה לו.</w:t>
      </w:r>
    </w:p>
    <w:p>
      <w:pPr>
        <w:bidi/>
        <w:jc w:val="right"/>
      </w:pPr>
      <w:r>
        <w:rPr>
          <w:rFonts w:ascii="Arial" w:hAnsi="Arial" w:cs="Arial"/>
          <w:sz w:val="24"/>
          <w:rtl/>
          <w:szCs w:val="24"/>
        </w:rPr>
        <w:t>שאלה: איך אתם יכולים להיות אור בשביל מישהו השבוע?</w:t>
      </w:r>
    </w:p>
    <w:p>
      <w:pPr>
        <w:bidi/>
        <w:jc w:val="right"/>
      </w:pPr>
      <w:r>
        <w:rPr>
          <w:rFonts w:ascii="Arial" w:hAnsi="Arial" w:cs="Arial"/>
          <w:sz w:val="24"/>
          <w:rtl/>
          <w:szCs w:val="24"/>
        </w:rPr>
        <w:t>🧩 חידה: בדף כתוב: 7 + 7 ÷ 7 + 7 × 7 − 7. חברה פתרה ויצא לה 7. מה התוצאה הנכונה לפי סדר פעולות החשבון?  (תשובה: 50)</w:t>
      </w:r>
    </w:p>
    <w:p>
      <w:pPr>
        <w:bidi/>
        <w:jc w:val="right"/>
      </w:pPr>
      <w:r>
        <w:rPr>
          <w:rFonts w:ascii="Arial" w:hAnsi="Arial" w:cs="Arial"/>
          <w:sz w:val="24"/>
          <w:rtl/>
          <w:szCs w:val="24"/>
        </w:rPr>
        <w:t>🎯 מטרות: לבדוק טעות אחת במבחן ולהבין אותה · לא לצחוק על טעות של אחרים · לשתף טעות שלמדתי ממנה</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איזו טעות לימדה אתכם משהו השבוע?</w:t>
      </w:r>
    </w:p>
    <w:p>
      <w:pPr>
        <w:bidi/>
        <w:jc w:val="right"/>
      </w:pPr>
      <w:r>
        <w:rPr>
          <w:rFonts w:ascii="Arial" w:hAnsi="Arial" w:cs="Arial"/>
          <w:sz w:val="24"/>
          <w:rtl/>
          <w:szCs w:val="24"/>
        </w:rPr>
        <w:t>• 🙏 למי תרצו להודות על שעזר לכם לתקן טעות?</w:t>
      </w:r>
    </w:p>
    <w:p>
      <w:pPr>
        <w:bidi/>
        <w:jc w:val="right"/>
      </w:pPr>
      <w:r>
        <w:rPr>
          <w:rFonts w:ascii="Arial" w:hAnsi="Arial" w:cs="Arial"/>
          <w:sz w:val="24"/>
          <w:rtl/>
          <w:szCs w:val="24"/>
        </w:rPr>
        <w:t>• 💛 מחמאת אומץ: "ראיתי שלא ויתרת אחרי ש..."</w:t>
      </w:r>
    </w:p>
    <w:p>
      <w:pPr>
        <w:bidi/>
        <w:jc w:val="right"/>
      </w:pPr>
      <w:r>
        <w:rPr>
          <w:rFonts w:ascii="Arial" w:hAnsi="Arial" w:cs="Arial"/>
          <w:sz w:val="24"/>
          <w:rtl/>
          <w:szCs w:val="24"/>
        </w:rPr>
        <w:t>• 💡 מה למדתי השבוע מטעות של עצמי או של אחרים?</w:t>
      </w:r>
    </w:p>
    <w:p>
      <w:pPr>
        <w:bidi/>
        <w:jc w:val="right"/>
      </w:pPr>
      <w:r>
        <w:rPr>
          <w:rFonts w:ascii="Arial" w:hAnsi="Arial" w:cs="Arial"/>
          <w:sz w:val="24"/>
          <w:rtl/>
          <w:szCs w:val="24"/>
        </w:rPr>
        <w:t>• 🌇 שיהיה לכולנו סוף שבוע רגוע, בלי לחץ להיות מושלמים</w:t>
      </w:r>
    </w:p>
    <w:p>
      <w:pPr>
        <w:bidi/>
        <w:jc w:val="right"/>
      </w:pPr>
      <w:r>
        <w:rPr>
          <w:rFonts w:ascii="Arial" w:hAnsi="Arial" w:cs="Arial"/>
          <w:sz w:val="24"/>
          <w:rtl/>
          <w:szCs w:val="24"/>
        </w:rPr>
        <w:t>• 🌙 נגיד לעצמנו בשקט: מותר לטעות, ואני ממשיך/ה ללמוד</w:t>
      </w:r>
    </w:p>
    <w:p>
      <w:pPr>
        <w:bidi/>
        <w:pStyle w:val="Heading2"/>
        <w:jc w:val="right"/>
      </w:pPr>
      <w:r>
        <w:rPr>
          <w:rFonts w:ascii="Arial" w:hAnsi="Arial" w:cs="Arial"/>
          <w:b/>
          <w:color w:val="2B8A3E"/>
          <w:sz w:val="32"/>
          <w:rtl/>
          <w:szCs w:val="32"/>
          <w:bCs/>
        </w:rPr>
        <w:t>🫶 רגישות לזולת – שבוע 20.6 עד 25.6.2027 · ט״ו סיון תשפ״ז</w:t>
      </w:r>
    </w:p>
    <w:p>
      <w:pPr>
        <w:bidi/>
        <w:jc w:val="right"/>
      </w:pPr>
      <w:r>
        <w:rPr>
          <w:rFonts w:ascii="Arial" w:hAnsi="Arial" w:cs="Arial"/>
          <w:color w:val="555577"/>
          <w:sz w:val="24"/>
          <w:rtl/>
          <w:szCs w:val="24"/>
        </w:rPr>
        <w:t>לשים לב לרגשות ולצרכים של אחרים, ולהגיב בעדינות ובאכפתיות · המשפט של השבוע: "עיניים פקוחות ולב פתוח רואים יותר"</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ליה שמה לב שהחברה שלה, אדל, כבר שבוע לא צוחקת ולא אוכלת בהפסקה. כולם אמרו "זה יעבור". ליה שלחה לה הודעה קצרה: "אני פה אם בא לך לדבר". אדל ענתה רק יום אחרי, אבל כתבה: "תודה שראית אותי". מתי חשוב לשים לב, ומתי חשוב גם לספר למבוגר?</w:t>
      </w:r>
    </w:p>
    <w:p>
      <w:pPr>
        <w:bidi/>
        <w:jc w:val="right"/>
      </w:pPr>
      <w:r>
        <w:rPr>
          <w:rFonts w:ascii="Arial" w:hAnsi="Arial" w:cs="Arial"/>
          <w:sz w:val="24"/>
          <w:rtl/>
          <w:szCs w:val="24"/>
        </w:rPr>
        <w:t>• מתי כדאי לספר למבוגר שחבר במצוקה?</w:t>
      </w:r>
    </w:p>
    <w:p>
      <w:pPr>
        <w:bidi/>
        <w:jc w:val="right"/>
      </w:pPr>
      <w:r>
        <w:rPr>
          <w:rFonts w:ascii="Arial" w:hAnsi="Arial" w:cs="Arial"/>
          <w:sz w:val="24"/>
          <w:rtl/>
          <w:szCs w:val="24"/>
        </w:rPr>
        <w:t>• איך מראים אכפתיות בלי להביך?</w:t>
      </w:r>
    </w:p>
    <w:p>
      <w:pPr>
        <w:bidi/>
        <w:jc w:val="right"/>
      </w:pPr>
      <w:r>
        <w:rPr>
          <w:rFonts w:ascii="Arial" w:hAnsi="Arial" w:cs="Arial"/>
          <w:b/>
          <w:color w:val="2B8A3E"/>
          <w:sz w:val="26"/>
          <w:rtl/>
          <w:szCs w:val="26"/>
          <w:bCs/>
        </w:rPr>
        <w:t>▌ ✨ מילים לחיים: "עלה נעלה" (במדבר יג, ל)</w:t>
      </w:r>
    </w:p>
    <w:p>
      <w:pPr>
        <w:bidi/>
        <w:jc w:val="right"/>
      </w:pPr>
      <w:r>
        <w:rPr>
          <w:rFonts w:ascii="Arial" w:hAnsi="Arial" w:cs="Arial"/>
          <w:sz w:val="24"/>
          <w:rtl/>
          <w:szCs w:val="24"/>
        </w:rPr>
        <w:t>כשכולם אמרו שאי אפשר, היה מי שאמר: נעלה ונצליח. אופטימיות היא לא התעלמות מהקושי, אלא אמונה ביכולת שלנו להתמודד. השבוע נבחר במבט של כן, ונעזור גם לחברים להאמין בעצמם.</w:t>
      </w:r>
    </w:p>
    <w:p>
      <w:pPr>
        <w:bidi/>
        <w:jc w:val="right"/>
      </w:pPr>
      <w:r>
        <w:rPr>
          <w:rFonts w:ascii="Arial" w:hAnsi="Arial" w:cs="Arial"/>
          <w:sz w:val="24"/>
          <w:rtl/>
          <w:szCs w:val="24"/>
        </w:rPr>
        <w:t>שאלה: על איזה אתגר השבוע אתם רוצים לומר: עלה נעלה?</w:t>
      </w:r>
    </w:p>
    <w:p>
      <w:pPr>
        <w:bidi/>
        <w:jc w:val="right"/>
      </w:pPr>
      <w:r>
        <w:rPr>
          <w:rFonts w:ascii="Arial" w:hAnsi="Arial" w:cs="Arial"/>
          <w:sz w:val="24"/>
          <w:rtl/>
          <w:szCs w:val="24"/>
        </w:rPr>
        <w:t>🧩 חידה: בחדר 4 פינות. בכל פינה יושב חתול. מול כל חתול יושבים 3 חתולים. כמה חתולים יש בחדר?  (תשובה: 4)</w:t>
      </w:r>
    </w:p>
    <w:p>
      <w:pPr>
        <w:bidi/>
        <w:jc w:val="right"/>
      </w:pPr>
      <w:r>
        <w:rPr>
          <w:rFonts w:ascii="Arial" w:hAnsi="Arial" w:cs="Arial"/>
          <w:sz w:val="24"/>
          <w:rtl/>
          <w:szCs w:val="24"/>
        </w:rPr>
        <w:t>🎯 מטרות: לשלוח הודעה טובה למי שנראה עצוב · להתחשב במי שמתקשה בכיתה · לספר למבוגר אם משהו מדאיג אותי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מתי השבוע מישהו שם לב אליכם, או אתם שמתם לב למישהו?</w:t>
      </w:r>
    </w:p>
    <w:p>
      <w:pPr>
        <w:bidi/>
        <w:jc w:val="right"/>
      </w:pPr>
      <w:r>
        <w:rPr>
          <w:rFonts w:ascii="Arial" w:hAnsi="Arial" w:cs="Arial"/>
          <w:sz w:val="24"/>
          <w:rtl/>
          <w:szCs w:val="24"/>
        </w:rPr>
        <w:t>• 🙏 למי תרצו להודות על שראה אתכם והתחשב בכם?</w:t>
      </w:r>
    </w:p>
    <w:p>
      <w:pPr>
        <w:bidi/>
        <w:jc w:val="right"/>
      </w:pPr>
      <w:r>
        <w:rPr>
          <w:rFonts w:ascii="Arial" w:hAnsi="Arial" w:cs="Arial"/>
          <w:sz w:val="24"/>
          <w:rtl/>
          <w:szCs w:val="24"/>
        </w:rPr>
        <w:t>• 💛 מחמאת רגישות: "שמתי לב שראית את... ועזרת לו/לה"</w:t>
      </w:r>
    </w:p>
    <w:p>
      <w:pPr>
        <w:bidi/>
        <w:jc w:val="right"/>
      </w:pPr>
      <w:r>
        <w:rPr>
          <w:rFonts w:ascii="Arial" w:hAnsi="Arial" w:cs="Arial"/>
          <w:sz w:val="24"/>
          <w:rtl/>
          <w:szCs w:val="24"/>
        </w:rPr>
        <w:t>• 💡 מה למדתי השבוע על לשים לב לאחרים?</w:t>
      </w:r>
    </w:p>
    <w:p>
      <w:pPr>
        <w:bidi/>
        <w:jc w:val="right"/>
      </w:pPr>
      <w:r>
        <w:rPr>
          <w:rFonts w:ascii="Arial" w:hAnsi="Arial" w:cs="Arial"/>
          <w:sz w:val="24"/>
          <w:rtl/>
          <w:szCs w:val="24"/>
        </w:rPr>
        <w:t>• 🌇 שיהיה לכולנו סוף שבוע עם אנשים שרואים ומבינים אותנו</w:t>
      </w:r>
    </w:p>
    <w:p>
      <w:pPr>
        <w:bidi/>
        <w:jc w:val="right"/>
      </w:pPr>
      <w:r>
        <w:rPr>
          <w:rFonts w:ascii="Arial" w:hAnsi="Arial" w:cs="Arial"/>
          <w:sz w:val="24"/>
          <w:rtl/>
          <w:szCs w:val="24"/>
        </w:rPr>
        <w:t>• 🌙 נקשיב לשקט בכיתה לרגע, ונשלח מחשבה טובה למי שצריך אותה</w:t>
      </w:r>
    </w:p>
    <w:p>
      <w:pPr>
        <w:bidi/>
        <w:pStyle w:val="Heading2"/>
        <w:jc w:val="right"/>
      </w:pPr>
      <w:r>
        <w:rPr>
          <w:rFonts w:ascii="Arial" w:hAnsi="Arial" w:cs="Arial"/>
          <w:b/>
          <w:color w:val="2B8A3E"/>
          <w:sz w:val="32"/>
          <w:rtl/>
          <w:szCs w:val="32"/>
          <w:bCs/>
        </w:rPr>
        <w:t>🌅 פרידה וסיכום – שבוע 27.6 עד 2.7.2027 · כ״ב סיון תשפ״ז</w:t>
      </w:r>
    </w:p>
    <w:p>
      <w:pPr>
        <w:bidi/>
        <w:jc w:val="right"/>
      </w:pPr>
      <w:r>
        <w:rPr>
          <w:rFonts w:ascii="Arial" w:hAnsi="Arial" w:cs="Arial"/>
          <w:color w:val="555577"/>
          <w:sz w:val="24"/>
          <w:rtl/>
          <w:szCs w:val="24"/>
        </w:rPr>
        <w:t>להסתכל אחורה בהכרת תודה על הדרך, ולהיפרד בלב פתוח לקראת המשך · המשפט של השבוע: "כל סוף הוא גם התחלה של משהו חדש"</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בסוף השנה מיכאל קרא את מה שכתב ביום הראשון: "אני לא מכיר אף אחד ולא בטוח שאסתדר". הוא צחק, כי עכשיו יש לו קבוצת חברים קרובה. הוא הבין כמה השתנה בשנה אחת. מה השתנה אצלכם מאז תחילת השנה?</w:t>
      </w:r>
    </w:p>
    <w:p>
      <w:pPr>
        <w:bidi/>
        <w:jc w:val="right"/>
      </w:pPr>
      <w:r>
        <w:rPr>
          <w:rFonts w:ascii="Arial" w:hAnsi="Arial" w:cs="Arial"/>
          <w:sz w:val="24"/>
          <w:rtl/>
          <w:szCs w:val="24"/>
        </w:rPr>
        <w:t>• מה השתנה אצלכם מאז תחילת השנה?</w:t>
      </w:r>
    </w:p>
    <w:p>
      <w:pPr>
        <w:bidi/>
        <w:jc w:val="right"/>
      </w:pPr>
      <w:r>
        <w:rPr>
          <w:rFonts w:ascii="Arial" w:hAnsi="Arial" w:cs="Arial"/>
          <w:sz w:val="24"/>
          <w:rtl/>
          <w:szCs w:val="24"/>
        </w:rPr>
        <w:t>• איזה רגע מהשנה תזכרו גם בעוד עשר שנים?</w:t>
      </w:r>
    </w:p>
    <w:p>
      <w:pPr>
        <w:bidi/>
        <w:jc w:val="right"/>
      </w:pPr>
      <w:r>
        <w:rPr>
          <w:rFonts w:ascii="Arial" w:hAnsi="Arial" w:cs="Arial"/>
          <w:b/>
          <w:color w:val="2B8A3E"/>
          <w:sz w:val="26"/>
          <w:rtl/>
          <w:szCs w:val="26"/>
          <w:bCs/>
        </w:rPr>
        <w:t>▌ ✨ מילים לחיים: "וישמע משה" (במדבר טז, ד)</w:t>
      </w:r>
    </w:p>
    <w:p>
      <w:pPr>
        <w:bidi/>
        <w:jc w:val="right"/>
      </w:pPr>
      <w:r>
        <w:rPr>
          <w:rFonts w:ascii="Arial" w:hAnsi="Arial" w:cs="Arial"/>
          <w:sz w:val="24"/>
          <w:rtl/>
          <w:szCs w:val="24"/>
        </w:rPr>
        <w:t>גם כשבאו אליו בכעס, משה קודם כול שמע. הקשבה אמיתית יכולה להרגיע ויכוח ולפתוח דלת להבנה. השבוע, כשמישהו לא מסכים איתנו, ננסה להקשיב עד הסוף לפני שאנחנו עונים.</w:t>
      </w:r>
    </w:p>
    <w:p>
      <w:pPr>
        <w:bidi/>
        <w:jc w:val="right"/>
      </w:pPr>
      <w:r>
        <w:rPr>
          <w:rFonts w:ascii="Arial" w:hAnsi="Arial" w:cs="Arial"/>
          <w:sz w:val="24"/>
          <w:rtl/>
          <w:szCs w:val="24"/>
        </w:rPr>
        <w:t>שאלה: מה קורה במריבה כשמישהו באמת מקשיב לצד השני?</w:t>
      </w:r>
    </w:p>
    <w:p>
      <w:pPr>
        <w:bidi/>
        <w:jc w:val="right"/>
      </w:pPr>
      <w:r>
        <w:rPr>
          <w:rFonts w:ascii="Arial" w:hAnsi="Arial" w:cs="Arial"/>
          <w:sz w:val="24"/>
          <w:rtl/>
          <w:szCs w:val="24"/>
        </w:rPr>
        <w:t>🧩 חידה: שנת לימודים התחילה ביום ראשון. היום ה-100 שלה (כולל היום הראשון, כולל שבתות) – באיזה יום בשבוע הוא נופל?  (תשובה: יום שני (99 ימים אחרי ראשון = 14 שבועות ועוד יום אחד))</w:t>
      </w:r>
    </w:p>
    <w:p>
      <w:pPr>
        <w:bidi/>
        <w:jc w:val="right"/>
      </w:pPr>
      <w:r>
        <w:rPr>
          <w:rFonts w:ascii="Arial" w:hAnsi="Arial" w:cs="Arial"/>
          <w:sz w:val="24"/>
          <w:rtl/>
          <w:szCs w:val="24"/>
        </w:rPr>
        <w:t>🎯 מטרות: לכתוב מכתב קצר לעצמי לשנה הבאה · לכתוב פתק תודה למורה או לחבר · לסכם שלושה דברים שלמדתי</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מה היה הרגע הכי משמעותי שלכם השנה?</w:t>
      </w:r>
    </w:p>
    <w:p>
      <w:pPr>
        <w:bidi/>
        <w:jc w:val="right"/>
      </w:pPr>
      <w:r>
        <w:rPr>
          <w:rFonts w:ascii="Arial" w:hAnsi="Arial" w:cs="Arial"/>
          <w:sz w:val="24"/>
          <w:rtl/>
          <w:szCs w:val="24"/>
        </w:rPr>
        <w:t>• 🙏 למי תרצו להודות על כל השנה?</w:t>
      </w:r>
    </w:p>
    <w:p>
      <w:pPr>
        <w:bidi/>
        <w:jc w:val="right"/>
      </w:pPr>
      <w:r>
        <w:rPr>
          <w:rFonts w:ascii="Arial" w:hAnsi="Arial" w:cs="Arial"/>
          <w:sz w:val="24"/>
          <w:rtl/>
          <w:szCs w:val="24"/>
        </w:rPr>
        <w:t>• 💛 מחמאת סיכום: "השנה ראיתי אותך צומח/ת ב..."</w:t>
      </w:r>
    </w:p>
    <w:p>
      <w:pPr>
        <w:bidi/>
        <w:jc w:val="right"/>
      </w:pPr>
      <w:r>
        <w:rPr>
          <w:rFonts w:ascii="Arial" w:hAnsi="Arial" w:cs="Arial"/>
          <w:sz w:val="24"/>
          <w:rtl/>
          <w:szCs w:val="24"/>
        </w:rPr>
        <w:t>• 💡 מה הדבר החשוב ביותר שלמדתי השנה?</w:t>
      </w:r>
    </w:p>
    <w:p>
      <w:pPr>
        <w:bidi/>
        <w:jc w:val="right"/>
      </w:pPr>
      <w:r>
        <w:rPr>
          <w:rFonts w:ascii="Arial" w:hAnsi="Arial" w:cs="Arial"/>
          <w:sz w:val="24"/>
          <w:rtl/>
          <w:szCs w:val="24"/>
        </w:rPr>
        <w:t>• 🌇 שיהיה לכולנו חופש מלא באור, מנוחה והרפתקאות טובות</w:t>
      </w:r>
    </w:p>
    <w:p>
      <w:pPr>
        <w:bidi/>
        <w:jc w:val="right"/>
      </w:pPr>
      <w:r>
        <w:rPr>
          <w:rFonts w:ascii="Arial" w:hAnsi="Arial" w:cs="Arial"/>
          <w:sz w:val="24"/>
          <w:rtl/>
          <w:szCs w:val="24"/>
        </w:rPr>
        <w:t>• 🌙 נסגור עיניים, ניזכר ברגע טוב מהשנה, ונשמור אותו בלב</w:t>
      </w:r>
    </w:p>
    <w:p>
      <w:pPr>
        <w:bidi/>
        <w:pStyle w:val="Heading2"/>
        <w:jc w:val="right"/>
      </w:pPr>
      <w:r>
        <w:rPr>
          <w:rFonts w:ascii="Arial" w:hAnsi="Arial" w:cs="Arial"/>
          <w:b/>
          <w:color w:val="2B8A3E"/>
          <w:sz w:val="32"/>
          <w:rtl/>
          <w:szCs w:val="32"/>
          <w:bCs/>
        </w:rPr>
        <w:t>🌳 מסורת ושורשים – שבוע גמיש</w:t>
      </w:r>
    </w:p>
    <w:p>
      <w:pPr>
        <w:bidi/>
        <w:jc w:val="right"/>
      </w:pPr>
      <w:r>
        <w:rPr>
          <w:rFonts w:ascii="Arial" w:hAnsi="Arial" w:cs="Arial"/>
          <w:color w:val="555577"/>
          <w:sz w:val="24"/>
          <w:rtl/>
          <w:szCs w:val="24"/>
        </w:rPr>
        <w:t>להכיר את הסיפורים, המנהגים והמקומות שמהם באנו, ולכבד גם את של אחרים · המשפט של השבוע: "עץ עם שורשים עמוקים יכול לגדול גבוה"</w:t>
      </w:r>
    </w:p>
    <w:p>
      <w:pPr>
        <w:bidi/>
        <w:pStyle w:val="Heading3"/>
        <w:jc w:val="right"/>
      </w:pPr>
      <w:r>
        <w:rPr>
          <w:rFonts w:ascii="Arial" w:hAnsi="Arial" w:cs="Arial"/>
          <w:b/>
          <w:color w:val="333366"/>
          <w:sz w:val="26"/>
          <w:rtl/>
          <w:szCs w:val="26"/>
          <w:bCs/>
        </w:rPr>
        <w:t>🌅 פותחים שבוע</w:t>
      </w:r>
    </w:p>
    <w:p>
      <w:pPr>
        <w:bidi/>
        <w:jc w:val="right"/>
      </w:pPr>
      <w:r>
        <w:rPr>
          <w:rFonts w:ascii="Arial" w:hAnsi="Arial" w:cs="Arial"/>
          <w:sz w:val="24"/>
          <w:rtl/>
          <w:szCs w:val="24"/>
        </w:rPr>
        <w:t>סיפור לשיחה: בפרויקט "שורשים" דניאל לא ידע מה לכתוב, כי במשפחה שלו לא מדברים הרבה על העבר. הוא הלך לראיין את הדודה שלו, וגילה סיפור מרגש על מסע של המשפחה למדינה חדשה. פתאום הבין למה סבא שלו תמיד שומר כל פירור לחם. מה סיפורי משפחה יכולים ללמד אותנו?</w:t>
      </w:r>
    </w:p>
    <w:p>
      <w:pPr>
        <w:bidi/>
        <w:jc w:val="right"/>
      </w:pPr>
      <w:r>
        <w:rPr>
          <w:rFonts w:ascii="Arial" w:hAnsi="Arial" w:cs="Arial"/>
          <w:sz w:val="24"/>
          <w:rtl/>
          <w:szCs w:val="24"/>
        </w:rPr>
        <w:t>• את מי במשפחה הייתם רוצים לראיין על העבר?</w:t>
      </w:r>
    </w:p>
    <w:p>
      <w:pPr>
        <w:bidi/>
        <w:jc w:val="right"/>
      </w:pPr>
      <w:r>
        <w:rPr>
          <w:rFonts w:ascii="Arial" w:hAnsi="Arial" w:cs="Arial"/>
          <w:sz w:val="24"/>
          <w:rtl/>
          <w:szCs w:val="24"/>
        </w:rPr>
        <w:t>• איך שומרים על מסורת וגם מחדשים בה?</w:t>
      </w:r>
    </w:p>
    <w:p>
      <w:pPr>
        <w:bidi/>
        <w:jc w:val="right"/>
      </w:pPr>
      <w:r>
        <w:rPr>
          <w:rFonts w:ascii="Arial" w:hAnsi="Arial" w:cs="Arial"/>
          <w:sz w:val="24"/>
          <w:rtl/>
          <w:szCs w:val="24"/>
        </w:rPr>
        <w:t>🧩 חידה: סבתא של אלמז נולדה בשנת 1950. היא ילדה את אמא של אלמז בגיל 25, ואמא של אלמז ילדה את אלמז בגיל 30. באיזו שנה נולדה אלמז?  (תשובה: 2005)</w:t>
      </w:r>
    </w:p>
    <w:p>
      <w:pPr>
        <w:bidi/>
        <w:jc w:val="right"/>
      </w:pPr>
      <w:r>
        <w:rPr>
          <w:rFonts w:ascii="Arial" w:hAnsi="Arial" w:cs="Arial"/>
          <w:sz w:val="24"/>
          <w:rtl/>
          <w:szCs w:val="24"/>
        </w:rPr>
        <w:t>🎯 מטרות: לראיין בן משפחה מבוגר · למצוא חפץ משפחתי ולשמוע את הסיפור שלו · להכיר מנהג מתרבות אחרת</w:t>
      </w:r>
    </w:p>
    <w:p>
      <w:pPr>
        <w:bidi/>
        <w:pStyle w:val="Heading3"/>
        <w:jc w:val="right"/>
      </w:pPr>
      <w:r>
        <w:rPr>
          <w:rFonts w:ascii="Arial" w:hAnsi="Arial" w:cs="Arial"/>
          <w:b/>
          <w:color w:val="333366"/>
          <w:sz w:val="26"/>
          <w:rtl/>
          <w:szCs w:val="26"/>
          <w:bCs/>
        </w:rPr>
        <w:t>🌇 נפרדים משבוע</w:t>
      </w:r>
    </w:p>
    <w:p>
      <w:pPr>
        <w:bidi/>
        <w:jc w:val="right"/>
      </w:pPr>
      <w:r>
        <w:rPr>
          <w:rFonts w:ascii="Arial" w:hAnsi="Arial" w:cs="Arial"/>
          <w:sz w:val="24"/>
          <w:rtl/>
          <w:szCs w:val="24"/>
        </w:rPr>
        <w:t>• ⭐ איזה סיפור או מנהג חדש שמעתם השבוע?</w:t>
      </w:r>
    </w:p>
    <w:p>
      <w:pPr>
        <w:bidi/>
        <w:jc w:val="right"/>
      </w:pPr>
      <w:r>
        <w:rPr>
          <w:rFonts w:ascii="Arial" w:hAnsi="Arial" w:cs="Arial"/>
          <w:sz w:val="24"/>
          <w:rtl/>
          <w:szCs w:val="24"/>
        </w:rPr>
        <w:t>• 🙏 למי תרצו להודות על שסיפר לכם על העבר?</w:t>
      </w:r>
    </w:p>
    <w:p>
      <w:pPr>
        <w:bidi/>
        <w:jc w:val="right"/>
      </w:pPr>
      <w:r>
        <w:rPr>
          <w:rFonts w:ascii="Arial" w:hAnsi="Arial" w:cs="Arial"/>
          <w:sz w:val="24"/>
          <w:rtl/>
          <w:szCs w:val="24"/>
        </w:rPr>
        <w:t>• 💛 מחמאה על שיתוף: "היה לי מעניין לשמוע על..."</w:t>
      </w:r>
    </w:p>
    <w:p>
      <w:pPr>
        <w:bidi/>
        <w:jc w:val="right"/>
      </w:pPr>
      <w:r>
        <w:rPr>
          <w:rFonts w:ascii="Arial" w:hAnsi="Arial" w:cs="Arial"/>
          <w:sz w:val="24"/>
          <w:rtl/>
          <w:szCs w:val="24"/>
        </w:rPr>
        <w:t>• 💡 מה למדתי השבוע על השורשים שלי ושל אחרים?</w:t>
      </w:r>
    </w:p>
    <w:p>
      <w:pPr>
        <w:bidi/>
        <w:jc w:val="right"/>
      </w:pPr>
      <w:r>
        <w:rPr>
          <w:rFonts w:ascii="Arial" w:hAnsi="Arial" w:cs="Arial"/>
          <w:sz w:val="24"/>
          <w:rtl/>
          <w:szCs w:val="24"/>
        </w:rPr>
        <w:t>• 🌇 שיהיה לכולנו סוף שבוע עם טעמים, ריחות וסיפורים טובים מהבית</w:t>
      </w:r>
    </w:p>
    <w:p>
      <w:pPr>
        <w:bidi/>
        <w:jc w:val="right"/>
      </w:pPr>
      <w:r>
        <w:rPr>
          <w:rFonts w:ascii="Arial" w:hAnsi="Arial" w:cs="Arial"/>
          <w:sz w:val="24"/>
          <w:rtl/>
          <w:szCs w:val="24"/>
        </w:rPr>
        <w:t>• 🌙 נדמיין עץ גדול עם שורשים עמוקים, ונרגיש יציבים ורגועים כמוהו</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פותחים שבוע · נפרדים משבוע – חט״ב (ז׳–ט׳) · ממלכתי · חלק ב: מ־31.1 עד 2.7.2027</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