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יסודי (א׳–ו׳) · ממלכתי · חלק א: מ־30.8 עד 29.1.2027</w:t>
      </w:r>
    </w:p>
    <w:p>
      <w:pPr>
        <w:bidi/>
        <w:jc w:val="center"/>
      </w:pPr>
      <w:r>
        <w:rPr>
          <w:rFonts w:ascii="Arial" w:hAnsi="Arial" w:cs="Arial"/>
          <w:color w:val="555577"/>
          <w:sz w:val="28"/>
          <w:rtl/>
          <w:szCs w:val="28"/>
        </w:rPr>
        <w:t>חוברת שנתית למורה: לכל שבוע ערך, סיפור, שאלות, חידה, מטרות ומעגל סיכום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היכרות ושייכות – שבוע 30.8 עד 4.9.2026 · י״ז אלול תשפ״ו</w:t>
      </w:r>
    </w:p>
    <w:p>
      <w:pPr>
        <w:bidi/>
        <w:jc w:val="right"/>
      </w:pPr>
      <w:r>
        <w:rPr>
          <w:rFonts w:ascii="Arial" w:hAnsi="Arial" w:cs="Arial"/>
          <w:color w:val="555577"/>
          <w:sz w:val="24"/>
          <w:rtl/>
          <w:szCs w:val="24"/>
        </w:rPr>
        <w:t>להכיר זה את זה באמת ולהרגיש שיש לכל אחד ואחת מקום בכיתה · המשפט של השבוע: "בכיתה שלנו יש מקום לכל חלק בפאזל"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כֻּלָּנוּ שַׁיָּכִים לַכִּתָּה שֶׁלָּנוּ</w:t>
      </w:r>
    </w:p>
    <w:p>
      <w:pPr>
        <w:bidi/>
        <w:jc w:val="right"/>
      </w:pPr>
      <w:r>
        <w:rPr>
          <w:rFonts w:ascii="Arial" w:hAnsi="Arial" w:cs="Arial"/>
          <w:sz w:val="24"/>
          <w:rtl/>
          <w:szCs w:val="24"/>
        </w:rPr>
        <w:t>סיפור (א׳–ד׳): בבוקר הראשון אלמז ישבה לבד ליד החלון. נועה ניגשה ושאלה: "רוצה לצייר איתי?" בסוף היום הן ידעו כבר מה כל אחת אוהבת לאכול לארוחת בוקר.</w:t>
      </w:r>
    </w:p>
    <w:p>
      <w:pPr>
        <w:bidi/>
        <w:jc w:val="right"/>
      </w:pPr>
      <w:r>
        <w:rPr>
          <w:rFonts w:ascii="Arial" w:hAnsi="Arial" w:cs="Arial"/>
          <w:sz w:val="24"/>
          <w:rtl/>
          <w:szCs w:val="24"/>
        </w:rPr>
        <w:t>• מה עוזר לך להרגיש טוב בבוקר בכיתה?</w:t>
      </w:r>
    </w:p>
    <w:p>
      <w:pPr>
        <w:bidi/>
        <w:jc w:val="right"/>
      </w:pPr>
      <w:r>
        <w:rPr>
          <w:rFonts w:ascii="Arial" w:hAnsi="Arial" w:cs="Arial"/>
          <w:sz w:val="24"/>
          <w:rtl/>
          <w:szCs w:val="24"/>
        </w:rPr>
        <w:t>• איך אפשר להזמין מישהו חדש לשחק?</w:t>
      </w:r>
    </w:p>
    <w:p>
      <w:pPr>
        <w:bidi/>
        <w:jc w:val="right"/>
      </w:pPr>
      <w:r>
        <w:rPr>
          <w:rFonts w:ascii="Arial" w:hAnsi="Arial" w:cs="Arial"/>
          <w:sz w:val="24"/>
          <w:rtl/>
          <w:szCs w:val="24"/>
        </w:rPr>
        <w:t>סיפור (ה׳–ו׳): איתי עבר לשכונה חדשה באמצע השנה. בהפסקה כולם כבר היו בקבוצות, והוא עמד ליד הברזייה ושתה שוב ושוב רק כדי שיהיה לו מה לעשות. דניאל שם לב, אבל התלבט: אם יזמין אותו, אולי החברים שלו יתעצבנו. מה הייתם עושים במקומו?</w:t>
      </w:r>
    </w:p>
    <w:p>
      <w:pPr>
        <w:bidi/>
        <w:jc w:val="right"/>
      </w:pPr>
      <w:r>
        <w:rPr>
          <w:rFonts w:ascii="Arial" w:hAnsi="Arial" w:cs="Arial"/>
          <w:sz w:val="24"/>
          <w:rtl/>
          <w:szCs w:val="24"/>
        </w:rPr>
        <w:t>• מה הייתם רוצים שהכיתה תדע עליכם, אם בכלל?</w:t>
      </w:r>
    </w:p>
    <w:p>
      <w:pPr>
        <w:bidi/>
        <w:jc w:val="right"/>
      </w:pPr>
      <w:r>
        <w:rPr>
          <w:rFonts w:ascii="Arial" w:hAnsi="Arial" w:cs="Arial"/>
          <w:sz w:val="24"/>
          <w:rtl/>
          <w:szCs w:val="24"/>
        </w:rPr>
        <w:t>• איך מרגישים ילד או ילדה שעומדים לבד בהפסקה?</w:t>
      </w:r>
    </w:p>
    <w:p>
      <w:pPr>
        <w:bidi/>
        <w:jc w:val="right"/>
      </w:pPr>
      <w:r>
        <w:rPr>
          <w:rFonts w:ascii="Arial" w:hAnsi="Arial" w:cs="Arial"/>
          <w:b/>
          <w:color w:val="2B8A3E"/>
          <w:sz w:val="26"/>
          <w:rtl/>
          <w:szCs w:val="26"/>
          <w:bCs/>
        </w:rPr>
        <w:t>▌ ✨ מילים לחיים: "ובחרת בחיים" (דברים ל, יט)</w:t>
      </w:r>
    </w:p>
    <w:p>
      <w:pPr>
        <w:bidi/>
        <w:jc w:val="right"/>
      </w:pPr>
      <w:r>
        <w:rPr>
          <w:rFonts w:ascii="Arial" w:hAnsi="Arial" w:cs="Arial"/>
          <w:sz w:val="24"/>
          <w:rtl/>
          <w:szCs w:val="24"/>
        </w:rPr>
        <w:t>בכל יום אנחנו עומדים מול הרבה בחירות קטנות: איך לדבר, למי להקשיב, מה לעשות כשקשה. לבחור בחיים פירושו לבחור במה שמצמיח, משמח ובונה, גם אצלנו וגם אצל מי שסביבנו.</w:t>
      </w:r>
    </w:p>
    <w:p>
      <w:pPr>
        <w:bidi/>
        <w:jc w:val="right"/>
      </w:pPr>
      <w:r>
        <w:rPr>
          <w:rFonts w:ascii="Arial" w:hAnsi="Arial" w:cs="Arial"/>
          <w:sz w:val="24"/>
          <w:rtl/>
          <w:szCs w:val="24"/>
        </w:rPr>
        <w:t>שאלה: איזו בחירה קטנה שלכם השבוע יכולה להוסיף טוב לכיתה?</w:t>
      </w:r>
    </w:p>
    <w:p>
      <w:pPr>
        <w:bidi/>
        <w:jc w:val="right"/>
      </w:pPr>
      <w:r>
        <w:rPr>
          <w:rFonts w:ascii="Arial" w:hAnsi="Arial" w:cs="Arial"/>
          <w:sz w:val="24"/>
          <w:rtl/>
          <w:szCs w:val="24"/>
        </w:rPr>
        <w:t>🧩 חידה: זה שייך רק לך, אבל אחרים משתמשים בזה הרבה יותר ממך. מה זה?  (תשובה: השם שלך)</w:t>
      </w:r>
    </w:p>
    <w:p>
      <w:pPr>
        <w:bidi/>
        <w:jc w:val="right"/>
      </w:pPr>
      <w:r>
        <w:rPr>
          <w:rFonts w:ascii="Arial" w:hAnsi="Arial" w:cs="Arial"/>
          <w:sz w:val="24"/>
          <w:rtl/>
          <w:szCs w:val="24"/>
        </w:rPr>
        <w:t>🎯 מטרות: ללמוד את השם של מישהו שעוד לא הכרתי · להזמין חבר או חברה חדשים לשחק בהפסקה · להגיד בוקר טוב לשלושה ילדים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השבוע שבו הרגשתם שאתם חלק מהכיתה?</w:t>
      </w:r>
    </w:p>
    <w:p>
      <w:pPr>
        <w:bidi/>
        <w:jc w:val="right"/>
      </w:pPr>
      <w:r>
        <w:rPr>
          <w:rFonts w:ascii="Arial" w:hAnsi="Arial" w:cs="Arial"/>
          <w:sz w:val="24"/>
          <w:rtl/>
          <w:szCs w:val="24"/>
        </w:rPr>
        <w:t>• 🙏 מי שרוצה, מודה למישהו שגרם לו או לה להרגיש בבית השבוע</w:t>
      </w:r>
    </w:p>
    <w:p>
      <w:pPr>
        <w:bidi/>
        <w:jc w:val="right"/>
      </w:pPr>
      <w:r>
        <w:rPr>
          <w:rFonts w:ascii="Arial" w:hAnsi="Arial" w:cs="Arial"/>
          <w:sz w:val="24"/>
          <w:rtl/>
          <w:szCs w:val="24"/>
        </w:rPr>
        <w:t>• 💛 מחמאה על משהו שגיליתם על חבר או חברה השבוע</w:t>
      </w:r>
    </w:p>
    <w:p>
      <w:pPr>
        <w:bidi/>
        <w:jc w:val="right"/>
      </w:pPr>
      <w:r>
        <w:rPr>
          <w:rFonts w:ascii="Arial" w:hAnsi="Arial" w:cs="Arial"/>
          <w:sz w:val="24"/>
          <w:rtl/>
          <w:szCs w:val="24"/>
        </w:rPr>
        <w:t>• 💡 מה למדתם השבוע על מישהו שלא הכרתם קודם?</w:t>
      </w:r>
    </w:p>
    <w:p>
      <w:pPr>
        <w:bidi/>
        <w:jc w:val="right"/>
      </w:pPr>
      <w:r>
        <w:rPr>
          <w:rFonts w:ascii="Arial" w:hAnsi="Arial" w:cs="Arial"/>
          <w:sz w:val="24"/>
          <w:rtl/>
          <w:szCs w:val="24"/>
        </w:rPr>
        <w:t>• 🌇 שיהיה לכולם סוף שבוע עם אנשים שטוב לכם איתם</w:t>
      </w:r>
    </w:p>
    <w:p>
      <w:pPr>
        <w:bidi/>
        <w:jc w:val="right"/>
      </w:pPr>
      <w:r>
        <w:rPr>
          <w:rFonts w:ascii="Arial" w:hAnsi="Arial" w:cs="Arial"/>
          <w:sz w:val="24"/>
          <w:rtl/>
          <w:szCs w:val="24"/>
        </w:rPr>
        <w:t>• 🌙 נשימה עמוקה אחת ביחד: אנחנו כיתה אחת, וכל אחד ואחת חשובים בה.</w:t>
      </w:r>
    </w:p>
    <w:p>
      <w:pPr>
        <w:bidi/>
        <w:pStyle w:val="Heading2"/>
        <w:jc w:val="right"/>
      </w:pPr>
      <w:r>
        <w:rPr>
          <w:rFonts w:ascii="Arial" w:hAnsi="Arial" w:cs="Arial"/>
          <w:b/>
          <w:color w:val="2B8A3E"/>
          <w:sz w:val="32"/>
          <w:rtl/>
          <w:szCs w:val="32"/>
          <w:bCs/>
        </w:rPr>
        <w:t>🌱 התחלות חדשות – שבוע 6.9 עד 11.9.2026 · כ״ד אלול תשפ״ו</w:t>
      </w:r>
    </w:p>
    <w:p>
      <w:pPr>
        <w:bidi/>
        <w:jc w:val="right"/>
      </w:pPr>
      <w:r>
        <w:rPr>
          <w:rFonts w:ascii="Arial" w:hAnsi="Arial" w:cs="Arial"/>
          <w:color w:val="555577"/>
          <w:sz w:val="24"/>
          <w:rtl/>
          <w:szCs w:val="24"/>
        </w:rPr>
        <w:t>היכולת לפתוח דף חדש, לנסות שוב ולהתחיל משהו בלי לדעת איך ייגמר · המשפט של השבוע: "כל צעד ראשון קטן מתחיל דרך גדולה"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 יוֹם הוּא הַתְחָלָה חֲדָשָׁה</w:t>
      </w:r>
    </w:p>
    <w:p>
      <w:pPr>
        <w:bidi/>
        <w:jc w:val="right"/>
      </w:pPr>
      <w:r>
        <w:rPr>
          <w:rFonts w:ascii="Arial" w:hAnsi="Arial" w:cs="Arial"/>
          <w:sz w:val="24"/>
          <w:rtl/>
          <w:szCs w:val="24"/>
        </w:rPr>
        <w:t>סיפור (א׳–ד׳): מאיה קיבלה מחברת חדשה ולבנה. היא פחדה לכתוב בה, שמא יהיה מכוער. בסוף ציירה בעמוד הראשון פרח קטן, והמחברת כבר הרגישה שלה.</w:t>
      </w:r>
    </w:p>
    <w:p>
      <w:pPr>
        <w:bidi/>
        <w:jc w:val="right"/>
      </w:pPr>
      <w:r>
        <w:rPr>
          <w:rFonts w:ascii="Arial" w:hAnsi="Arial" w:cs="Arial"/>
          <w:sz w:val="24"/>
          <w:rtl/>
          <w:szCs w:val="24"/>
        </w:rPr>
        <w:t>• מה תרצו לנסות בפעם הראשונה השבוע?</w:t>
      </w:r>
    </w:p>
    <w:p>
      <w:pPr>
        <w:bidi/>
        <w:jc w:val="right"/>
      </w:pPr>
      <w:r>
        <w:rPr>
          <w:rFonts w:ascii="Arial" w:hAnsi="Arial" w:cs="Arial"/>
          <w:sz w:val="24"/>
          <w:rtl/>
          <w:szCs w:val="24"/>
        </w:rPr>
        <w:t>• איך מרגישים לפני משהו חדש?</w:t>
      </w:r>
    </w:p>
    <w:p>
      <w:pPr>
        <w:bidi/>
        <w:jc w:val="right"/>
      </w:pPr>
      <w:r>
        <w:rPr>
          <w:rFonts w:ascii="Arial" w:hAnsi="Arial" w:cs="Arial"/>
          <w:sz w:val="24"/>
          <w:rtl/>
          <w:szCs w:val="24"/>
        </w:rPr>
        <w:t>סיפור (ה׳–ו׳): יוסף הבטיח לעצמו שהשנה יתחיל לנגן בגיטרה. אחרי שבוע האצבעות כאבו והשיר עדיין נשמע כמו חתול עצבני. הוא כמעט ויתר, עד שסבא שלו סיפר שגם הוא ניגן ככה בהתחלה. מה עוזר להמשיך כשההתחלה קשה?</w:t>
      </w:r>
    </w:p>
    <w:p>
      <w:pPr>
        <w:bidi/>
        <w:jc w:val="right"/>
      </w:pPr>
      <w:r>
        <w:rPr>
          <w:rFonts w:ascii="Arial" w:hAnsi="Arial" w:cs="Arial"/>
          <w:sz w:val="24"/>
          <w:rtl/>
          <w:szCs w:val="24"/>
        </w:rPr>
        <w:t>• ספרו, מי שרוצה, על משהו שהיה קשה בהתחלה ונהיה קל</w:t>
      </w:r>
    </w:p>
    <w:p>
      <w:pPr>
        <w:bidi/>
        <w:jc w:val="right"/>
      </w:pPr>
      <w:r>
        <w:rPr>
          <w:rFonts w:ascii="Arial" w:hAnsi="Arial" w:cs="Arial"/>
          <w:sz w:val="24"/>
          <w:rtl/>
          <w:szCs w:val="24"/>
        </w:rPr>
        <w:t>• מה אפשר להגיד לחבר שמפחד להתחיל משהו חדש?</w:t>
      </w:r>
    </w:p>
    <w:p>
      <w:pPr>
        <w:bidi/>
        <w:jc w:val="right"/>
      </w:pPr>
      <w:r>
        <w:rPr>
          <w:rFonts w:ascii="Arial" w:hAnsi="Arial" w:cs="Arial"/>
          <w:sz w:val="24"/>
          <w:rtl/>
          <w:szCs w:val="24"/>
        </w:rPr>
        <w:t>🧩 חידה: מה עולה ועולה כל שנה, ואף פעם לא יורד?  (תשובה: הגיל)</w:t>
      </w:r>
    </w:p>
    <w:p>
      <w:pPr>
        <w:bidi/>
        <w:jc w:val="right"/>
      </w:pPr>
      <w:r>
        <w:rPr>
          <w:rFonts w:ascii="Arial" w:hAnsi="Arial" w:cs="Arial"/>
          <w:sz w:val="24"/>
          <w:rtl/>
          <w:szCs w:val="24"/>
        </w:rPr>
        <w:t>🎯 מטרות: לנסות לאכול או לשחק משהו חדש · להתחיל כל בוקר בחיוך ובשלום · לסדר את הילקוט מחדש ביום ראשון</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התחלתם השבוע, אפילו משהו קטן?</w:t>
      </w:r>
    </w:p>
    <w:p>
      <w:pPr>
        <w:bidi/>
        <w:jc w:val="right"/>
      </w:pPr>
      <w:r>
        <w:rPr>
          <w:rFonts w:ascii="Arial" w:hAnsi="Arial" w:cs="Arial"/>
          <w:sz w:val="24"/>
          <w:rtl/>
          <w:szCs w:val="24"/>
        </w:rPr>
        <w:t>• 🙏 תודה למי שעזר לכם להתחיל משהו או עודד אתכם</w:t>
      </w:r>
    </w:p>
    <w:p>
      <w:pPr>
        <w:bidi/>
        <w:jc w:val="right"/>
      </w:pPr>
      <w:r>
        <w:rPr>
          <w:rFonts w:ascii="Arial" w:hAnsi="Arial" w:cs="Arial"/>
          <w:sz w:val="24"/>
          <w:rtl/>
          <w:szCs w:val="24"/>
        </w:rPr>
        <w:t>• 💛 מחמאה למישהו שהעז לנסות משהו חדש השבוע</w:t>
      </w:r>
    </w:p>
    <w:p>
      <w:pPr>
        <w:bidi/>
        <w:jc w:val="right"/>
      </w:pPr>
      <w:r>
        <w:rPr>
          <w:rFonts w:ascii="Arial" w:hAnsi="Arial" w:cs="Arial"/>
          <w:sz w:val="24"/>
          <w:rtl/>
          <w:szCs w:val="24"/>
        </w:rPr>
        <w:t>• 💡 מה למדתם על עצמכם כשהתחלתם משהו חדש?</w:t>
      </w:r>
    </w:p>
    <w:p>
      <w:pPr>
        <w:bidi/>
        <w:jc w:val="right"/>
      </w:pPr>
      <w:r>
        <w:rPr>
          <w:rFonts w:ascii="Arial" w:hAnsi="Arial" w:cs="Arial"/>
          <w:sz w:val="24"/>
          <w:rtl/>
          <w:szCs w:val="24"/>
        </w:rPr>
        <w:t>• 🌇 שסוף השבוע יביא כוחות חדשים ומנוחה טובה</w:t>
      </w:r>
    </w:p>
    <w:p>
      <w:pPr>
        <w:bidi/>
        <w:jc w:val="right"/>
      </w:pPr>
      <w:r>
        <w:rPr>
          <w:rFonts w:ascii="Arial" w:hAnsi="Arial" w:cs="Arial"/>
          <w:sz w:val="24"/>
          <w:rtl/>
          <w:szCs w:val="24"/>
        </w:rPr>
        <w:t>• 🌙 עוצמים עיניים לרגע ומדמיינים את הצעד הקטן הבא שלכם.</w:t>
      </w:r>
    </w:p>
    <w:p>
      <w:pPr>
        <w:bidi/>
        <w:pStyle w:val="Heading2"/>
        <w:jc w:val="right"/>
      </w:pPr>
      <w:r>
        <w:rPr>
          <w:rFonts w:ascii="Arial" w:hAnsi="Arial" w:cs="Arial"/>
          <w:b/>
          <w:color w:val="2B8A3E"/>
          <w:sz w:val="32"/>
          <w:rtl/>
          <w:szCs w:val="32"/>
          <w:bCs/>
        </w:rPr>
        <w:t>🕊️ סליחה ופיוס – שבוע 13.9 עד 18.9.2026 · ב׳ תשרי תשפ״ז</w:t>
      </w:r>
    </w:p>
    <w:p>
      <w:pPr>
        <w:bidi/>
        <w:jc w:val="right"/>
      </w:pPr>
      <w:r>
        <w:rPr>
          <w:rFonts w:ascii="Arial" w:hAnsi="Arial" w:cs="Arial"/>
          <w:color w:val="555577"/>
          <w:sz w:val="24"/>
          <w:rtl/>
          <w:szCs w:val="24"/>
        </w:rPr>
        <w:t>היכולת להודות בטעות, לבקש סליחה, לסלוח ולחזור לקשר טוב · המשפט של השבוע: "סליחה אמיתית היא גשר, לא רק מילה"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טָעִיתִי? אוֹמְרִים סְלִיחָה וּמַשְׁלִימִים</w:t>
      </w:r>
    </w:p>
    <w:p>
      <w:pPr>
        <w:bidi/>
        <w:jc w:val="right"/>
      </w:pPr>
      <w:r>
        <w:rPr>
          <w:rFonts w:ascii="Arial" w:hAnsi="Arial" w:cs="Arial"/>
          <w:sz w:val="24"/>
          <w:rtl/>
          <w:szCs w:val="24"/>
        </w:rPr>
        <w:t>סיפור (א׳–ד׳): דניאל דרך בטעות על הציור של ליה. הוא אמר "סליחה" ועזר לה לצייר מחדש. בסוף הציור החדש יצא אפילו יפה יותר.</w:t>
      </w:r>
    </w:p>
    <w:p>
      <w:pPr>
        <w:bidi/>
        <w:jc w:val="right"/>
      </w:pPr>
      <w:r>
        <w:rPr>
          <w:rFonts w:ascii="Arial" w:hAnsi="Arial" w:cs="Arial"/>
          <w:sz w:val="24"/>
          <w:rtl/>
          <w:szCs w:val="24"/>
        </w:rPr>
        <w:t>• מה עושים אחרי שאומרים סליחה?</w:t>
      </w:r>
    </w:p>
    <w:p>
      <w:pPr>
        <w:bidi/>
        <w:jc w:val="right"/>
      </w:pPr>
      <w:r>
        <w:rPr>
          <w:rFonts w:ascii="Arial" w:hAnsi="Arial" w:cs="Arial"/>
          <w:sz w:val="24"/>
          <w:rtl/>
          <w:szCs w:val="24"/>
        </w:rPr>
        <w:t>• איך מרגישים כשמשלימים עם חבר?</w:t>
      </w:r>
    </w:p>
    <w:p>
      <w:pPr>
        <w:bidi/>
        <w:jc w:val="right"/>
      </w:pPr>
      <w:r>
        <w:rPr>
          <w:rFonts w:ascii="Arial" w:hAnsi="Arial" w:cs="Arial"/>
          <w:sz w:val="24"/>
          <w:rtl/>
          <w:szCs w:val="24"/>
        </w:rPr>
        <w:t>סיפור (ה׳–ו׳): נועה ואדל רבו על מי תשב ליד החלון באוטובוס של הטיול. כל הדרך הן לא דיברו, ושתיהן החמיצו את הנוף כי היו עסוקות בלכעוס. בדרך חזרה אדל הציעה: "בואי נתחלף כל חצי שעה." מה עלה להן הריב, ומה החזיר אותן?</w:t>
      </w:r>
    </w:p>
    <w:p>
      <w:pPr>
        <w:bidi/>
        <w:jc w:val="right"/>
      </w:pPr>
      <w:r>
        <w:rPr>
          <w:rFonts w:ascii="Arial" w:hAnsi="Arial" w:cs="Arial"/>
          <w:sz w:val="24"/>
          <w:rtl/>
          <w:szCs w:val="24"/>
        </w:rPr>
        <w:t>• למה לפעמים כל כך קשה להגיד סליחה?</w:t>
      </w:r>
    </w:p>
    <w:p>
      <w:pPr>
        <w:bidi/>
        <w:jc w:val="right"/>
      </w:pPr>
      <w:r>
        <w:rPr>
          <w:rFonts w:ascii="Arial" w:hAnsi="Arial" w:cs="Arial"/>
          <w:sz w:val="24"/>
          <w:rtl/>
          <w:szCs w:val="24"/>
        </w:rPr>
        <w:t>• מה עוד אפשר לעשות חוץ מלהגיד את המילה?</w:t>
      </w:r>
    </w:p>
    <w:p>
      <w:pPr>
        <w:bidi/>
        <w:jc w:val="right"/>
      </w:pPr>
      <w:r>
        <w:rPr>
          <w:rFonts w:ascii="Arial" w:hAnsi="Arial" w:cs="Arial"/>
          <w:b/>
          <w:color w:val="2B8A3E"/>
          <w:sz w:val="26"/>
          <w:rtl/>
          <w:szCs w:val="26"/>
          <w:bCs/>
        </w:rPr>
        <w:t>▌ ✨ מילים לחיים: "שאל אביך ויגדך" (דברים לב, ז)</w:t>
      </w:r>
    </w:p>
    <w:p>
      <w:pPr>
        <w:bidi/>
        <w:jc w:val="right"/>
      </w:pPr>
      <w:r>
        <w:rPr>
          <w:rFonts w:ascii="Arial" w:hAnsi="Arial" w:cs="Arial"/>
          <w:sz w:val="24"/>
          <w:rtl/>
          <w:szCs w:val="24"/>
        </w:rPr>
        <w:t>להורים, לסבים ולסבתות ולמבוגרים שמלווים אותנו יש סיפורים וניסיון שאפשר ללמוד מהם. השבוע נזכור ששאלה טובה פותחת שיחה, ושכל משפחה, בכל צורה שלה, מחזיקה אוצר של זיכרונות.</w:t>
      </w:r>
    </w:p>
    <w:p>
      <w:pPr>
        <w:bidi/>
        <w:jc w:val="right"/>
      </w:pPr>
      <w:r>
        <w:rPr>
          <w:rFonts w:ascii="Arial" w:hAnsi="Arial" w:cs="Arial"/>
          <w:sz w:val="24"/>
          <w:rtl/>
          <w:szCs w:val="24"/>
        </w:rPr>
        <w:t>שאלה: איזו שאלה הייתם רוצים לשאול מבוגר קרוב אליכם על הילדות שלו?</w:t>
      </w:r>
    </w:p>
    <w:p>
      <w:pPr>
        <w:bidi/>
        <w:jc w:val="right"/>
      </w:pPr>
      <w:r>
        <w:rPr>
          <w:rFonts w:ascii="Arial" w:hAnsi="Arial" w:cs="Arial"/>
          <w:sz w:val="24"/>
          <w:rtl/>
          <w:szCs w:val="24"/>
        </w:rPr>
        <w:t>🧩 חידה: מה נשבר ברגע שאומרים את השם שלו?  (תשובה: השקט)</w:t>
      </w:r>
    </w:p>
    <w:p>
      <w:pPr>
        <w:bidi/>
        <w:jc w:val="right"/>
      </w:pPr>
      <w:r>
        <w:rPr>
          <w:rFonts w:ascii="Arial" w:hAnsi="Arial" w:cs="Arial"/>
          <w:sz w:val="24"/>
          <w:rtl/>
          <w:szCs w:val="24"/>
        </w:rPr>
        <w:t>🎯 מטרות: להגיד סליחה כשאני טועה · לסלוח לחבר שביקש סליחה · לעזור לתקן משהו שהתקלקל</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ראיתם מישהו עושה פיוס יפה?</w:t>
      </w:r>
    </w:p>
    <w:p>
      <w:pPr>
        <w:bidi/>
        <w:jc w:val="right"/>
      </w:pPr>
      <w:r>
        <w:rPr>
          <w:rFonts w:ascii="Arial" w:hAnsi="Arial" w:cs="Arial"/>
          <w:sz w:val="24"/>
          <w:rtl/>
          <w:szCs w:val="24"/>
        </w:rPr>
        <w:t>• 🙏 תודה למי שסלח לכם או נתן לכם הזדמנות נוספת</w:t>
      </w:r>
    </w:p>
    <w:p>
      <w:pPr>
        <w:bidi/>
        <w:jc w:val="right"/>
      </w:pPr>
      <w:r>
        <w:rPr>
          <w:rFonts w:ascii="Arial" w:hAnsi="Arial" w:cs="Arial"/>
          <w:sz w:val="24"/>
          <w:rtl/>
          <w:szCs w:val="24"/>
        </w:rPr>
        <w:t>• 💛 מחמאה למישהו על הדרך שבה פתר ויכוח או ריב</w:t>
      </w:r>
    </w:p>
    <w:p>
      <w:pPr>
        <w:bidi/>
        <w:jc w:val="right"/>
      </w:pPr>
      <w:r>
        <w:rPr>
          <w:rFonts w:ascii="Arial" w:hAnsi="Arial" w:cs="Arial"/>
          <w:sz w:val="24"/>
          <w:rtl/>
          <w:szCs w:val="24"/>
        </w:rPr>
        <w:t>• 💡 מה למדתם השבוע על סליחה?</w:t>
      </w:r>
    </w:p>
    <w:p>
      <w:pPr>
        <w:bidi/>
        <w:jc w:val="right"/>
      </w:pPr>
      <w:r>
        <w:rPr>
          <w:rFonts w:ascii="Arial" w:hAnsi="Arial" w:cs="Arial"/>
          <w:sz w:val="24"/>
          <w:rtl/>
          <w:szCs w:val="24"/>
        </w:rPr>
        <w:t>• 🌇 שסוף השבוע יהיה רגוע, עם לב קל ושלם</w:t>
      </w:r>
    </w:p>
    <w:p>
      <w:pPr>
        <w:bidi/>
        <w:jc w:val="right"/>
      </w:pPr>
      <w:r>
        <w:rPr>
          <w:rFonts w:ascii="Arial" w:hAnsi="Arial" w:cs="Arial"/>
          <w:sz w:val="24"/>
          <w:rtl/>
          <w:szCs w:val="24"/>
        </w:rPr>
        <w:t>• 🌙 מניחים יד על הלב, נושמים, ומשחררים כעס אחד קטן.</w:t>
      </w:r>
    </w:p>
    <w:p>
      <w:pPr>
        <w:bidi/>
        <w:pStyle w:val="Heading2"/>
        <w:jc w:val="right"/>
      </w:pPr>
      <w:r>
        <w:rPr>
          <w:rFonts w:ascii="Arial" w:hAnsi="Arial" w:cs="Arial"/>
          <w:b/>
          <w:color w:val="2B8A3E"/>
          <w:sz w:val="32"/>
          <w:rtl/>
          <w:szCs w:val="32"/>
          <w:bCs/>
        </w:rPr>
        <w:t>🙏 תודה והכרת הטוב – שבוע 20.9 עד 25.9.2026 · ט׳ תשרי תשפ״ז</w:t>
      </w:r>
    </w:p>
    <w:p>
      <w:pPr>
        <w:bidi/>
        <w:jc w:val="right"/>
      </w:pPr>
      <w:r>
        <w:rPr>
          <w:rFonts w:ascii="Arial" w:hAnsi="Arial" w:cs="Arial"/>
          <w:color w:val="555577"/>
          <w:sz w:val="24"/>
          <w:rtl/>
          <w:szCs w:val="24"/>
        </w:rPr>
        <w:t>לשים לב לטוב שקיבלנו, להודות עליו בקול ולהחזיר טוב · המשפט של השבוע: "מי שמחפש טוב – מוצא אותו בכל פינה"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תּוֹדָה – מִלָּה קְטַנָּה, לֵב גָּדוֹל</w:t>
      </w:r>
    </w:p>
    <w:p>
      <w:pPr>
        <w:bidi/>
        <w:jc w:val="right"/>
      </w:pPr>
      <w:r>
        <w:rPr>
          <w:rFonts w:ascii="Arial" w:hAnsi="Arial" w:cs="Arial"/>
          <w:sz w:val="24"/>
          <w:rtl/>
          <w:szCs w:val="24"/>
        </w:rPr>
        <w:t>סיפור (א׳–ד׳): השומר של בית הספר פותח את השער כל בוקר. יום אחד אלמז הכינה לו ציור והודתה לו. הוא חייך כל היום.</w:t>
      </w:r>
    </w:p>
    <w:p>
      <w:pPr>
        <w:bidi/>
        <w:jc w:val="right"/>
      </w:pPr>
      <w:r>
        <w:rPr>
          <w:rFonts w:ascii="Arial" w:hAnsi="Arial" w:cs="Arial"/>
          <w:sz w:val="24"/>
          <w:rtl/>
          <w:szCs w:val="24"/>
        </w:rPr>
        <w:t>• למי תרצו להגיד תודה היום?</w:t>
      </w:r>
    </w:p>
    <w:p>
      <w:pPr>
        <w:bidi/>
        <w:jc w:val="right"/>
      </w:pPr>
      <w:r>
        <w:rPr>
          <w:rFonts w:ascii="Arial" w:hAnsi="Arial" w:cs="Arial"/>
          <w:sz w:val="24"/>
          <w:rtl/>
          <w:szCs w:val="24"/>
        </w:rPr>
        <w:t>• על מה אתם שמחים השבוע?</w:t>
      </w:r>
    </w:p>
    <w:p>
      <w:pPr>
        <w:bidi/>
        <w:jc w:val="right"/>
      </w:pPr>
      <w:r>
        <w:rPr>
          <w:rFonts w:ascii="Arial" w:hAnsi="Arial" w:cs="Arial"/>
          <w:sz w:val="24"/>
          <w:rtl/>
          <w:szCs w:val="24"/>
        </w:rPr>
        <w:t>סיפור (ה׳–ו׳): אמא של טל עובדת עד מאוחר, וסבתא מבשלת בשבילה ארוחת צהריים כל יום. טל רגילה לזה כל כך, שהיא כבר לא שמה לב. יום אחד סבתא חלתה, וטל גילתה כמה עבודה יש בסיר אחד של מרק. איך אפשר לשים לב לטוב לפני שהוא חסר?</w:t>
      </w:r>
    </w:p>
    <w:p>
      <w:pPr>
        <w:bidi/>
        <w:jc w:val="right"/>
      </w:pPr>
      <w:r>
        <w:rPr>
          <w:rFonts w:ascii="Arial" w:hAnsi="Arial" w:cs="Arial"/>
          <w:sz w:val="24"/>
          <w:rtl/>
          <w:szCs w:val="24"/>
        </w:rPr>
        <w:t>• על מי אנחנו שוכחים להגיד תודה?</w:t>
      </w:r>
    </w:p>
    <w:p>
      <w:pPr>
        <w:bidi/>
        <w:jc w:val="right"/>
      </w:pPr>
      <w:r>
        <w:rPr>
          <w:rFonts w:ascii="Arial" w:hAnsi="Arial" w:cs="Arial"/>
          <w:sz w:val="24"/>
          <w:rtl/>
          <w:szCs w:val="24"/>
        </w:rPr>
        <w:t>• מה מרגישים כשמישהו מודה לנו?</w:t>
      </w:r>
    </w:p>
    <w:p>
      <w:pPr>
        <w:bidi/>
        <w:jc w:val="right"/>
      </w:pPr>
      <w:r>
        <w:rPr>
          <w:rFonts w:ascii="Arial" w:hAnsi="Arial" w:cs="Arial"/>
          <w:sz w:val="24"/>
          <w:rtl/>
          <w:szCs w:val="24"/>
        </w:rPr>
        <w:t>🧩 חידה: מה נעשה רטוב יותר ויותר, ככל שהוא מייבש?  (תשובה: מגבת)</w:t>
      </w:r>
    </w:p>
    <w:p>
      <w:pPr>
        <w:bidi/>
        <w:jc w:val="right"/>
      </w:pPr>
      <w:r>
        <w:rPr>
          <w:rFonts w:ascii="Arial" w:hAnsi="Arial" w:cs="Arial"/>
          <w:sz w:val="24"/>
          <w:rtl/>
          <w:szCs w:val="24"/>
        </w:rPr>
        <w:t>🎯 מטרות: להגיד תודה לשלושה אנשים כל יום · לצייר ציור תודה למישהו בבית הספר · להגיד תודה בבית על האוכל</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הדבר הטוב ביותר שקרה לכם השבוע?</w:t>
      </w:r>
    </w:p>
    <w:p>
      <w:pPr>
        <w:bidi/>
        <w:jc w:val="right"/>
      </w:pPr>
      <w:r>
        <w:rPr>
          <w:rFonts w:ascii="Arial" w:hAnsi="Arial" w:cs="Arial"/>
          <w:sz w:val="24"/>
          <w:rtl/>
          <w:szCs w:val="24"/>
        </w:rPr>
        <w:t>• 🙏 סבב תודה: כל מי שרוצה, מודה לאדם אחד על דבר אחד</w:t>
      </w:r>
    </w:p>
    <w:p>
      <w:pPr>
        <w:bidi/>
        <w:jc w:val="right"/>
      </w:pPr>
      <w:r>
        <w:rPr>
          <w:rFonts w:ascii="Arial" w:hAnsi="Arial" w:cs="Arial"/>
          <w:sz w:val="24"/>
          <w:rtl/>
          <w:szCs w:val="24"/>
        </w:rPr>
        <w:t>• 💛 מחמאה על עזרה קטנה שאף אחד לא ביקש</w:t>
      </w:r>
    </w:p>
    <w:p>
      <w:pPr>
        <w:bidi/>
        <w:jc w:val="right"/>
      </w:pPr>
      <w:r>
        <w:rPr>
          <w:rFonts w:ascii="Arial" w:hAnsi="Arial" w:cs="Arial"/>
          <w:sz w:val="24"/>
          <w:rtl/>
          <w:szCs w:val="24"/>
        </w:rPr>
        <w:t>• 💡 מה למדתם השבוע על הכרת הטוב?</w:t>
      </w:r>
    </w:p>
    <w:p>
      <w:pPr>
        <w:bidi/>
        <w:jc w:val="right"/>
      </w:pPr>
      <w:r>
        <w:rPr>
          <w:rFonts w:ascii="Arial" w:hAnsi="Arial" w:cs="Arial"/>
          <w:sz w:val="24"/>
          <w:rtl/>
          <w:szCs w:val="24"/>
        </w:rPr>
        <w:t>• 🌇 שיהיה לכם סוף שבוע מלא ברגעים קטנים וטובים</w:t>
      </w:r>
    </w:p>
    <w:p>
      <w:pPr>
        <w:bidi/>
        <w:jc w:val="right"/>
      </w:pPr>
      <w:r>
        <w:rPr>
          <w:rFonts w:ascii="Arial" w:hAnsi="Arial" w:cs="Arial"/>
          <w:sz w:val="24"/>
          <w:rtl/>
          <w:szCs w:val="24"/>
        </w:rPr>
        <w:t>• 🌙 חושבים בשקט על דבר אחד שאתם מודים עליו, ומחייכים אליו.</w:t>
      </w:r>
    </w:p>
    <w:p>
      <w:pPr>
        <w:bidi/>
        <w:pStyle w:val="Heading2"/>
        <w:jc w:val="right"/>
      </w:pPr>
      <w:r>
        <w:rPr>
          <w:rFonts w:ascii="Arial" w:hAnsi="Arial" w:cs="Arial"/>
          <w:b/>
          <w:color w:val="2B8A3E"/>
          <w:sz w:val="32"/>
          <w:rtl/>
          <w:szCs w:val="32"/>
          <w:bCs/>
        </w:rPr>
        <w:t>🤝 חברות – שבוע 4.10 עד 9.10.2026 · כ״ג תשרי תשפ״ז</w:t>
      </w:r>
    </w:p>
    <w:p>
      <w:pPr>
        <w:bidi/>
        <w:jc w:val="right"/>
      </w:pPr>
      <w:r>
        <w:rPr>
          <w:rFonts w:ascii="Arial" w:hAnsi="Arial" w:cs="Arial"/>
          <w:color w:val="555577"/>
          <w:sz w:val="24"/>
          <w:rtl/>
          <w:szCs w:val="24"/>
        </w:rPr>
        <w:t>קשר של אמון, הנאה ודאגה הדדית בין אנשים שבוחרים זה בזה · המשפט של השבוע: "חבר אמיתי נשאר גם כשהמשחק נגמר"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חֲבֵרִים שׁוֹמְרִים זֶה עַל זֶה</w:t>
      </w:r>
    </w:p>
    <w:p>
      <w:pPr>
        <w:bidi/>
        <w:jc w:val="right"/>
      </w:pPr>
      <w:r>
        <w:rPr>
          <w:rFonts w:ascii="Arial" w:hAnsi="Arial" w:cs="Arial"/>
          <w:sz w:val="24"/>
          <w:rtl/>
          <w:szCs w:val="24"/>
        </w:rPr>
        <w:t>סיפור (א׳–ד׳): איתי שכח את הסנדוויץ׳ בבית. יוסף חצה את שלו לשניים ונתן לו חצי. מאז הם אומרים שזה הסנדוויץ׳ הכי טעים בעולם.</w:t>
      </w:r>
    </w:p>
    <w:p>
      <w:pPr>
        <w:bidi/>
        <w:jc w:val="right"/>
      </w:pPr>
      <w:r>
        <w:rPr>
          <w:rFonts w:ascii="Arial" w:hAnsi="Arial" w:cs="Arial"/>
          <w:sz w:val="24"/>
          <w:rtl/>
          <w:szCs w:val="24"/>
        </w:rPr>
        <w:t>• מה עושה חבר טוב?</w:t>
      </w:r>
    </w:p>
    <w:p>
      <w:pPr>
        <w:bidi/>
        <w:jc w:val="right"/>
      </w:pPr>
      <w:r>
        <w:rPr>
          <w:rFonts w:ascii="Arial" w:hAnsi="Arial" w:cs="Arial"/>
          <w:sz w:val="24"/>
          <w:rtl/>
          <w:szCs w:val="24"/>
        </w:rPr>
        <w:t>• איך אפשר לשמח חבר עצוב?</w:t>
      </w:r>
    </w:p>
    <w:p>
      <w:pPr>
        <w:bidi/>
        <w:jc w:val="right"/>
      </w:pPr>
      <w:r>
        <w:rPr>
          <w:rFonts w:ascii="Arial" w:hAnsi="Arial" w:cs="Arial"/>
          <w:sz w:val="24"/>
          <w:rtl/>
          <w:szCs w:val="24"/>
        </w:rPr>
        <w:t>סיפור (ה׳–ו׳): מאיה ונועה חברות הכי טובות כבר שלוש שנים. השנה הגיעה לכיתה אדל, ונועה התחילה לבלות איתה הרבה. מאיה מרגישה קנאה וחוששת שתאבד את החברה שלה. האם לחבר יכולים להיות כמה חברים טובים?</w:t>
      </w:r>
    </w:p>
    <w:p>
      <w:pPr>
        <w:bidi/>
        <w:jc w:val="right"/>
      </w:pPr>
      <w:r>
        <w:rPr>
          <w:rFonts w:ascii="Arial" w:hAnsi="Arial" w:cs="Arial"/>
          <w:sz w:val="24"/>
          <w:rtl/>
          <w:szCs w:val="24"/>
        </w:rPr>
        <w:t>• האם אפשר להיות חברים של כמה אנשים בבת אחת?</w:t>
      </w:r>
    </w:p>
    <w:p>
      <w:pPr>
        <w:bidi/>
        <w:jc w:val="right"/>
      </w:pPr>
      <w:r>
        <w:rPr>
          <w:rFonts w:ascii="Arial" w:hAnsi="Arial" w:cs="Arial"/>
          <w:sz w:val="24"/>
          <w:rtl/>
          <w:szCs w:val="24"/>
        </w:rPr>
        <w:t>• מה עושים כשמרגישים קנאה בחברות?</w:t>
      </w:r>
    </w:p>
    <w:p>
      <w:pPr>
        <w:bidi/>
        <w:jc w:val="right"/>
      </w:pPr>
      <w:r>
        <w:rPr>
          <w:rFonts w:ascii="Arial" w:hAnsi="Arial" w:cs="Arial"/>
          <w:b/>
          <w:color w:val="2B8A3E"/>
          <w:sz w:val="26"/>
          <w:rtl/>
          <w:szCs w:val="26"/>
          <w:bCs/>
        </w:rPr>
        <w:t>▌ ✨ מילים לחיים: "השמר אחי אנכי" (בראשית ד, ט)</w:t>
      </w:r>
    </w:p>
    <w:p>
      <w:pPr>
        <w:bidi/>
        <w:jc w:val="right"/>
      </w:pPr>
      <w:r>
        <w:rPr>
          <w:rFonts w:ascii="Arial" w:hAnsi="Arial" w:cs="Arial"/>
          <w:sz w:val="24"/>
          <w:rtl/>
          <w:szCs w:val="24"/>
        </w:rPr>
        <w:t>השאלה העתיקה הזאת עדיין שואלת אותנו: האם אכפת לי ממה שקורה לאחרים? בכיתה שלנו כל אחד ואחת יכולים להיות שומרים זה לזה, לשים לב, לשאול לשלום ולהושיט יד.</w:t>
      </w:r>
    </w:p>
    <w:p>
      <w:pPr>
        <w:bidi/>
        <w:jc w:val="right"/>
      </w:pPr>
      <w:r>
        <w:rPr>
          <w:rFonts w:ascii="Arial" w:hAnsi="Arial" w:cs="Arial"/>
          <w:sz w:val="24"/>
          <w:rtl/>
          <w:szCs w:val="24"/>
        </w:rPr>
        <w:t>שאלה: מה אפשר לעשות כשמרגישים שמישהו בכיתה נשאר לבד?</w:t>
      </w:r>
    </w:p>
    <w:p>
      <w:pPr>
        <w:bidi/>
        <w:jc w:val="right"/>
      </w:pPr>
      <w:r>
        <w:rPr>
          <w:rFonts w:ascii="Arial" w:hAnsi="Arial" w:cs="Arial"/>
          <w:sz w:val="24"/>
          <w:rtl/>
          <w:szCs w:val="24"/>
        </w:rPr>
        <w:t>🧩 חידה: במשפחה יש ארבעה אחים, ולכל אח יש אחות אחת. כמה ילדים יש במשפחה?  (תשובה: חמישה ילדים (ארבעה אחים ואחות אחת משותפת))</w:t>
      </w:r>
    </w:p>
    <w:p>
      <w:pPr>
        <w:bidi/>
        <w:jc w:val="right"/>
      </w:pPr>
      <w:r>
        <w:rPr>
          <w:rFonts w:ascii="Arial" w:hAnsi="Arial" w:cs="Arial"/>
          <w:sz w:val="24"/>
          <w:rtl/>
          <w:szCs w:val="24"/>
        </w:rPr>
        <w:t>🎯 מטרות: לשתף חבר במשחק או בצעצוע · לשאול חבר "מה שלומך?" ולהקשיב · להזמין מישהו חדש לשחק</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חברות יפה השבוע?</w:t>
      </w:r>
    </w:p>
    <w:p>
      <w:pPr>
        <w:bidi/>
        <w:jc w:val="right"/>
      </w:pPr>
      <w:r>
        <w:rPr>
          <w:rFonts w:ascii="Arial" w:hAnsi="Arial" w:cs="Arial"/>
          <w:sz w:val="24"/>
          <w:rtl/>
          <w:szCs w:val="24"/>
        </w:rPr>
        <w:t>• 🙏 מי שרוצה, מודה לחבר או לחברה על משהו מהשבוע</w:t>
      </w:r>
    </w:p>
    <w:p>
      <w:pPr>
        <w:bidi/>
        <w:jc w:val="right"/>
      </w:pPr>
      <w:r>
        <w:rPr>
          <w:rFonts w:ascii="Arial" w:hAnsi="Arial" w:cs="Arial"/>
          <w:sz w:val="24"/>
          <w:rtl/>
          <w:szCs w:val="24"/>
        </w:rPr>
        <w:t>• 💛 מחמאה לחבר: מה הכי כיף לעשות איתו או איתה?</w:t>
      </w:r>
    </w:p>
    <w:p>
      <w:pPr>
        <w:bidi/>
        <w:jc w:val="right"/>
      </w:pPr>
      <w:r>
        <w:rPr>
          <w:rFonts w:ascii="Arial" w:hAnsi="Arial" w:cs="Arial"/>
          <w:sz w:val="24"/>
          <w:rtl/>
          <w:szCs w:val="24"/>
        </w:rPr>
        <w:t>• 💡 מה למדתם השבוע על חברות?</w:t>
      </w:r>
    </w:p>
    <w:p>
      <w:pPr>
        <w:bidi/>
        <w:jc w:val="right"/>
      </w:pPr>
      <w:r>
        <w:rPr>
          <w:rFonts w:ascii="Arial" w:hAnsi="Arial" w:cs="Arial"/>
          <w:sz w:val="24"/>
          <w:rtl/>
          <w:szCs w:val="24"/>
        </w:rPr>
        <w:t>• 🌇 שיהיה לכולם סוף שבוע עם צחוקים וחברים</w:t>
      </w:r>
    </w:p>
    <w:p>
      <w:pPr>
        <w:bidi/>
        <w:jc w:val="right"/>
      </w:pPr>
      <w:r>
        <w:rPr>
          <w:rFonts w:ascii="Arial" w:hAnsi="Arial" w:cs="Arial"/>
          <w:sz w:val="24"/>
          <w:rtl/>
          <w:szCs w:val="24"/>
        </w:rPr>
        <w:t>• 🌙 שולחים בלב מחשבה טובה לחבר אחד, ונושמים לאט.</w:t>
      </w:r>
    </w:p>
    <w:p>
      <w:pPr>
        <w:bidi/>
        <w:pStyle w:val="Heading2"/>
        <w:jc w:val="right"/>
      </w:pPr>
      <w:r>
        <w:rPr>
          <w:rFonts w:ascii="Arial" w:hAnsi="Arial" w:cs="Arial"/>
          <w:b/>
          <w:color w:val="2B8A3E"/>
          <w:sz w:val="32"/>
          <w:rtl/>
          <w:szCs w:val="32"/>
          <w:bCs/>
        </w:rPr>
        <w:t>⏳ סבלנות – שבוע 11.10 עד 16.10.2026 · ל׳ תשרי תשפ״ז</w:t>
      </w:r>
    </w:p>
    <w:p>
      <w:pPr>
        <w:bidi/>
        <w:jc w:val="right"/>
      </w:pPr>
      <w:r>
        <w:rPr>
          <w:rFonts w:ascii="Arial" w:hAnsi="Arial" w:cs="Arial"/>
          <w:color w:val="555577"/>
          <w:sz w:val="24"/>
          <w:rtl/>
          <w:szCs w:val="24"/>
        </w:rPr>
        <w:t>היכולת לחכות, להתמיד ולהישאר רגועים גם כשמשהו לוקח זמן · המשפט של השבוע: "עץ גדול צומח לאט, טבעת אחרי טבעת"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מְחַכִּים בְּסַבְלָנוּת – וְזֶה מַגִּיעַ</w:t>
      </w:r>
    </w:p>
    <w:p>
      <w:pPr>
        <w:bidi/>
        <w:jc w:val="right"/>
      </w:pPr>
      <w:r>
        <w:rPr>
          <w:rFonts w:ascii="Arial" w:hAnsi="Arial" w:cs="Arial"/>
          <w:sz w:val="24"/>
          <w:rtl/>
          <w:szCs w:val="24"/>
        </w:rPr>
        <w:t>סיפור (א׳–ד׳): אדל שתלה גרעין של אבוקדו בכוס מים. כל בוקר היא בדקה, ושום דבר לא קרה. אחרי שלושה שבועות יצא שורש קטן, והיא צעקה משמחה.</w:t>
      </w:r>
    </w:p>
    <w:p>
      <w:pPr>
        <w:bidi/>
        <w:jc w:val="right"/>
      </w:pPr>
      <w:r>
        <w:rPr>
          <w:rFonts w:ascii="Arial" w:hAnsi="Arial" w:cs="Arial"/>
          <w:sz w:val="24"/>
          <w:rtl/>
          <w:szCs w:val="24"/>
        </w:rPr>
        <w:t>• מתי קשה לכם לחכות?</w:t>
      </w:r>
    </w:p>
    <w:p>
      <w:pPr>
        <w:bidi/>
        <w:jc w:val="right"/>
      </w:pPr>
      <w:r>
        <w:rPr>
          <w:rFonts w:ascii="Arial" w:hAnsi="Arial" w:cs="Arial"/>
          <w:sz w:val="24"/>
          <w:rtl/>
          <w:szCs w:val="24"/>
        </w:rPr>
        <w:t>• מה עוזר לכם להירגע כשאתם מחכים?</w:t>
      </w:r>
    </w:p>
    <w:p>
      <w:pPr>
        <w:bidi/>
        <w:jc w:val="right"/>
      </w:pPr>
      <w:r>
        <w:rPr>
          <w:rFonts w:ascii="Arial" w:hAnsi="Arial" w:cs="Arial"/>
          <w:sz w:val="24"/>
          <w:rtl/>
          <w:szCs w:val="24"/>
        </w:rPr>
        <w:t>סיפור (ה׳–ו׳): בתור לקנטינה עמדו עשרים ילדים, ויוסף היה רעב מאוד. כשמישהו ניסה להידחף לפניו, הוא כמעט צעק. בסוף נשם עמוק ואמר בשקט: "גם אני מחכה, בוא לסוף התור." מה עזר לו לא להתפרץ?</w:t>
      </w:r>
    </w:p>
    <w:p>
      <w:pPr>
        <w:bidi/>
        <w:jc w:val="right"/>
      </w:pPr>
      <w:r>
        <w:rPr>
          <w:rFonts w:ascii="Arial" w:hAnsi="Arial" w:cs="Arial"/>
          <w:sz w:val="24"/>
          <w:rtl/>
          <w:szCs w:val="24"/>
        </w:rPr>
        <w:t>• מה עושים כשמישהו מעצבן אותנו בתור?</w:t>
      </w:r>
    </w:p>
    <w:p>
      <w:pPr>
        <w:bidi/>
        <w:jc w:val="right"/>
      </w:pPr>
      <w:r>
        <w:rPr>
          <w:rFonts w:ascii="Arial" w:hAnsi="Arial" w:cs="Arial"/>
          <w:sz w:val="24"/>
          <w:rtl/>
          <w:szCs w:val="24"/>
        </w:rPr>
        <w:t>• ספרו, מי שרוצה, על משהו שהצליח רק אחרי הרבה זמן</w:t>
      </w:r>
    </w:p>
    <w:p>
      <w:pPr>
        <w:bidi/>
        <w:jc w:val="right"/>
      </w:pPr>
      <w:r>
        <w:rPr>
          <w:rFonts w:ascii="Arial" w:hAnsi="Arial" w:cs="Arial"/>
          <w:b/>
          <w:color w:val="2B8A3E"/>
          <w:sz w:val="26"/>
          <w:rtl/>
          <w:szCs w:val="26"/>
          <w:bCs/>
        </w:rPr>
        <w:t>▌ ✨ מילים לחיים: "שפה אחת ודברים אחדים" (בראשית יא, א)</w:t>
      </w:r>
    </w:p>
    <w:p>
      <w:pPr>
        <w:bidi/>
        <w:jc w:val="right"/>
      </w:pPr>
      <w:r>
        <w:rPr>
          <w:rFonts w:ascii="Arial" w:hAnsi="Arial" w:cs="Arial"/>
          <w:sz w:val="24"/>
          <w:rtl/>
          <w:szCs w:val="24"/>
        </w:rPr>
        <w:t>כשאנשים מדברים זה עם זה ומקשיבים, אפשר לבנות יחד דברים גדולים. השאלה החשובה היא מה בונים: האם משהו שמקרב ומועיל לכולם, או משהו שמראה רק כמה אנחנו חשובים.</w:t>
      </w:r>
    </w:p>
    <w:p>
      <w:pPr>
        <w:bidi/>
        <w:jc w:val="right"/>
      </w:pPr>
      <w:r>
        <w:rPr>
          <w:rFonts w:ascii="Arial" w:hAnsi="Arial" w:cs="Arial"/>
          <w:sz w:val="24"/>
          <w:rtl/>
          <w:szCs w:val="24"/>
        </w:rPr>
        <w:t>שאלה: מה הכיתה שלנו יכולה לבנות יחד השבוע, כשכולנו מדברים באותה שפה?</w:t>
      </w:r>
    </w:p>
    <w:p>
      <w:pPr>
        <w:bidi/>
        <w:jc w:val="right"/>
      </w:pPr>
      <w:r>
        <w:rPr>
          <w:rFonts w:ascii="Arial" w:hAnsi="Arial" w:cs="Arial"/>
          <w:sz w:val="24"/>
          <w:rtl/>
          <w:szCs w:val="24"/>
        </w:rPr>
        <w:t>🧩 חידה: ליה עומדת בתור. לפניה יש ארבעה ילדים ואחריה שישה ילדים. כמה ילדים בתור כולו?  (תשובה: 11 ילדים (4 + ליה + 6))</w:t>
      </w:r>
    </w:p>
    <w:p>
      <w:pPr>
        <w:bidi/>
        <w:jc w:val="right"/>
      </w:pPr>
      <w:r>
        <w:rPr>
          <w:rFonts w:ascii="Arial" w:hAnsi="Arial" w:cs="Arial"/>
          <w:sz w:val="24"/>
          <w:rtl/>
          <w:szCs w:val="24"/>
        </w:rPr>
        <w:t>🎯 מטרות: לחכות לתור שלי בלי להידחף · לספור עד חמש לפני שאני כועס או כועסת · לסיים פאזל או ציור עד הסוף</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הצלחתם לחכות או להתאפק?</w:t>
      </w:r>
    </w:p>
    <w:p>
      <w:pPr>
        <w:bidi/>
        <w:jc w:val="right"/>
      </w:pPr>
      <w:r>
        <w:rPr>
          <w:rFonts w:ascii="Arial" w:hAnsi="Arial" w:cs="Arial"/>
          <w:sz w:val="24"/>
          <w:rtl/>
          <w:szCs w:val="24"/>
        </w:rPr>
        <w:t>• 🙏 תודה למי שהיה סבלני איתכם השבוע</w:t>
      </w:r>
    </w:p>
    <w:p>
      <w:pPr>
        <w:bidi/>
        <w:jc w:val="right"/>
      </w:pPr>
      <w:r>
        <w:rPr>
          <w:rFonts w:ascii="Arial" w:hAnsi="Arial" w:cs="Arial"/>
          <w:sz w:val="24"/>
          <w:rtl/>
          <w:szCs w:val="24"/>
        </w:rPr>
        <w:t>• 💛 מחמאה למישהו שהתמיד ולא ויתר</w:t>
      </w:r>
    </w:p>
    <w:p>
      <w:pPr>
        <w:bidi/>
        <w:jc w:val="right"/>
      </w:pPr>
      <w:r>
        <w:rPr>
          <w:rFonts w:ascii="Arial" w:hAnsi="Arial" w:cs="Arial"/>
          <w:sz w:val="24"/>
          <w:rtl/>
          <w:szCs w:val="24"/>
        </w:rPr>
        <w:t>• 💡 מה למדתם השבוע על סבלנות?</w:t>
      </w:r>
    </w:p>
    <w:p>
      <w:pPr>
        <w:bidi/>
        <w:jc w:val="right"/>
      </w:pPr>
      <w:r>
        <w:rPr>
          <w:rFonts w:ascii="Arial" w:hAnsi="Arial" w:cs="Arial"/>
          <w:sz w:val="24"/>
          <w:rtl/>
          <w:szCs w:val="24"/>
        </w:rPr>
        <w:t>• 🌇 שיהיה סוף שבוע רגוע, בלי למהר לשום מקום</w:t>
      </w:r>
    </w:p>
    <w:p>
      <w:pPr>
        <w:bidi/>
        <w:jc w:val="right"/>
      </w:pPr>
      <w:r>
        <w:rPr>
          <w:rFonts w:ascii="Arial" w:hAnsi="Arial" w:cs="Arial"/>
          <w:sz w:val="24"/>
          <w:rtl/>
          <w:szCs w:val="24"/>
        </w:rPr>
        <w:t>• 🌙 נושמים פנימה לאט, מחזיקים, ומוציאים לאט עוד יותר.</w:t>
      </w:r>
    </w:p>
    <w:p>
      <w:pPr>
        <w:bidi/>
        <w:pStyle w:val="Heading2"/>
        <w:jc w:val="right"/>
      </w:pPr>
      <w:r>
        <w:rPr>
          <w:rFonts w:ascii="Arial" w:hAnsi="Arial" w:cs="Arial"/>
          <w:b/>
          <w:color w:val="2B8A3E"/>
          <w:sz w:val="32"/>
          <w:rtl/>
          <w:szCs w:val="32"/>
          <w:bCs/>
        </w:rPr>
        <w:t>🎒 אחריות – שבוע 18.10 עד 23.10.2026 · ז׳ חשון תשפ״ז</w:t>
      </w:r>
    </w:p>
    <w:p>
      <w:pPr>
        <w:bidi/>
        <w:jc w:val="right"/>
      </w:pPr>
      <w:r>
        <w:rPr>
          <w:rFonts w:ascii="Arial" w:hAnsi="Arial" w:cs="Arial"/>
          <w:color w:val="555577"/>
          <w:sz w:val="24"/>
          <w:rtl/>
          <w:szCs w:val="24"/>
        </w:rPr>
        <w:t>לעמוד במה שהבטחנו, לדאוג לדברים ולאנשים ולתקן כשטעינו · המשפט של השבוע: "אחריות מתחילה במילים "אני אטפל בזה""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אַחְרָיוּת: עוֹשִׂים מָה שֶׁהִבְטַחְנוּ</w:t>
      </w:r>
    </w:p>
    <w:p>
      <w:pPr>
        <w:bidi/>
        <w:jc w:val="right"/>
      </w:pPr>
      <w:r>
        <w:rPr>
          <w:rFonts w:ascii="Arial" w:hAnsi="Arial" w:cs="Arial"/>
          <w:sz w:val="24"/>
          <w:rtl/>
          <w:szCs w:val="24"/>
        </w:rPr>
        <w:t>סיפור (א׳–ד׳): בכיתה של מיכאל יש דג זהב. השבוע תורו להאכיל אותו. בכל בוקר הוא נזכר לבד, והדג שוחה בשמחה.</w:t>
      </w:r>
    </w:p>
    <w:p>
      <w:pPr>
        <w:bidi/>
        <w:jc w:val="right"/>
      </w:pPr>
      <w:r>
        <w:rPr>
          <w:rFonts w:ascii="Arial" w:hAnsi="Arial" w:cs="Arial"/>
          <w:sz w:val="24"/>
          <w:rtl/>
          <w:szCs w:val="24"/>
        </w:rPr>
        <w:t>• על מה אתם אחראים בבית?</w:t>
      </w:r>
    </w:p>
    <w:p>
      <w:pPr>
        <w:bidi/>
        <w:jc w:val="right"/>
      </w:pPr>
      <w:r>
        <w:rPr>
          <w:rFonts w:ascii="Arial" w:hAnsi="Arial" w:cs="Arial"/>
          <w:sz w:val="24"/>
          <w:rtl/>
          <w:szCs w:val="24"/>
        </w:rPr>
        <w:t>• מה עושים כשמשהו נשבר בטעות?</w:t>
      </w:r>
    </w:p>
    <w:p>
      <w:pPr>
        <w:bidi/>
        <w:jc w:val="right"/>
      </w:pPr>
      <w:r>
        <w:rPr>
          <w:rFonts w:ascii="Arial" w:hAnsi="Arial" w:cs="Arial"/>
          <w:sz w:val="24"/>
          <w:rtl/>
          <w:szCs w:val="24"/>
        </w:rPr>
        <w:t>סיפור (ה׳–ו׳): טל וליה קיבלו עבודה בזוג. טל עשתה את רוב העבודה, וליה כל הזמן אמרה "מחר". בסוף המורה שיבחה את שתיהן. טל לא יודעת אם לשתוק או לדבר. מה פירוש אחריות כאן, לשתיהן?</w:t>
      </w:r>
    </w:p>
    <w:p>
      <w:pPr>
        <w:bidi/>
        <w:jc w:val="right"/>
      </w:pPr>
      <w:r>
        <w:rPr>
          <w:rFonts w:ascii="Arial" w:hAnsi="Arial" w:cs="Arial"/>
          <w:sz w:val="24"/>
          <w:rtl/>
          <w:szCs w:val="24"/>
        </w:rPr>
        <w:t>• למה קל יותר להגיד "זה לא אני"?</w:t>
      </w:r>
    </w:p>
    <w:p>
      <w:pPr>
        <w:bidi/>
        <w:jc w:val="right"/>
      </w:pPr>
      <w:r>
        <w:rPr>
          <w:rFonts w:ascii="Arial" w:hAnsi="Arial" w:cs="Arial"/>
          <w:sz w:val="24"/>
          <w:rtl/>
          <w:szCs w:val="24"/>
        </w:rPr>
        <w:t>• איך מתחלקים באחריות בעבודה בקבוצה?</w:t>
      </w:r>
    </w:p>
    <w:p>
      <w:pPr>
        <w:bidi/>
        <w:jc w:val="right"/>
      </w:pPr>
      <w:r>
        <w:rPr>
          <w:rFonts w:ascii="Arial" w:hAnsi="Arial" w:cs="Arial"/>
          <w:b/>
          <w:color w:val="2B8A3E"/>
          <w:sz w:val="26"/>
          <w:rtl/>
          <w:szCs w:val="26"/>
          <w:bCs/>
        </w:rPr>
        <w:t>▌ ✨ מילים לחיים: "אל נא תהי מריבה" (בראשית יג, ח)</w:t>
      </w:r>
    </w:p>
    <w:p>
      <w:pPr>
        <w:bidi/>
        <w:jc w:val="right"/>
      </w:pPr>
      <w:r>
        <w:rPr>
          <w:rFonts w:ascii="Arial" w:hAnsi="Arial" w:cs="Arial"/>
          <w:sz w:val="24"/>
          <w:rtl/>
          <w:szCs w:val="24"/>
        </w:rPr>
        <w:t>כשהיה ויכוח בין הרועים, אברם הציע לוותר ולמצוא פתרון שמתאים לשני הצדדים. גם אצלנו, בהפסקה או בעבודה בקבוצה, אפשר לעצור רגע לפני שהמחלוקת גדלה ולחפש דרך שכולם יוכלו לחיות איתה.</w:t>
      </w:r>
    </w:p>
    <w:p>
      <w:pPr>
        <w:bidi/>
        <w:jc w:val="right"/>
      </w:pPr>
      <w:r>
        <w:rPr>
          <w:rFonts w:ascii="Arial" w:hAnsi="Arial" w:cs="Arial"/>
          <w:sz w:val="24"/>
          <w:rtl/>
          <w:szCs w:val="24"/>
        </w:rPr>
        <w:t>שאלה: מה עוזר לכם להירגע ולחפש פתרון כשמתחיל ויכוח?</w:t>
      </w:r>
    </w:p>
    <w:p>
      <w:pPr>
        <w:bidi/>
        <w:jc w:val="right"/>
      </w:pPr>
      <w:r>
        <w:rPr>
          <w:rFonts w:ascii="Arial" w:hAnsi="Arial" w:cs="Arial"/>
          <w:sz w:val="24"/>
          <w:rtl/>
          <w:szCs w:val="24"/>
        </w:rPr>
        <w:t>🧩 חידה: יש לי עין אחת, אבל אני לא רואה כלום. עוזרים לי לתפור. מי אני?  (תשובה: מחט)</w:t>
      </w:r>
    </w:p>
    <w:p>
      <w:pPr>
        <w:bidi/>
        <w:jc w:val="right"/>
      </w:pPr>
      <w:r>
        <w:rPr>
          <w:rFonts w:ascii="Arial" w:hAnsi="Arial" w:cs="Arial"/>
          <w:sz w:val="24"/>
          <w:rtl/>
          <w:szCs w:val="24"/>
        </w:rPr>
        <w:t>🎯 מטרות: לסדר את הילקוט לבד כל ערב · להאכיל או להשקות משהו בבית · להחזיר משחק למקום אחרי ששיחקתי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באחריות, בלי שביקשו?</w:t>
      </w:r>
    </w:p>
    <w:p>
      <w:pPr>
        <w:bidi/>
        <w:jc w:val="right"/>
      </w:pPr>
      <w:r>
        <w:rPr>
          <w:rFonts w:ascii="Arial" w:hAnsi="Arial" w:cs="Arial"/>
          <w:sz w:val="24"/>
          <w:rtl/>
          <w:szCs w:val="24"/>
        </w:rPr>
        <w:t>• 🙏 תודה למי שלקח אחריות על משהו בכיתה השבוע</w:t>
      </w:r>
    </w:p>
    <w:p>
      <w:pPr>
        <w:bidi/>
        <w:jc w:val="right"/>
      </w:pPr>
      <w:r>
        <w:rPr>
          <w:rFonts w:ascii="Arial" w:hAnsi="Arial" w:cs="Arial"/>
          <w:sz w:val="24"/>
          <w:rtl/>
          <w:szCs w:val="24"/>
        </w:rPr>
        <w:t>• 💛 מחמאה למישהו שאפשר לסמוך עליו</w:t>
      </w:r>
    </w:p>
    <w:p>
      <w:pPr>
        <w:bidi/>
        <w:jc w:val="right"/>
      </w:pPr>
      <w:r>
        <w:rPr>
          <w:rFonts w:ascii="Arial" w:hAnsi="Arial" w:cs="Arial"/>
          <w:sz w:val="24"/>
          <w:rtl/>
          <w:szCs w:val="24"/>
        </w:rPr>
        <w:t>• 💡 מה למדתם השבוע על אחריות?</w:t>
      </w:r>
    </w:p>
    <w:p>
      <w:pPr>
        <w:bidi/>
        <w:jc w:val="right"/>
      </w:pPr>
      <w:r>
        <w:rPr>
          <w:rFonts w:ascii="Arial" w:hAnsi="Arial" w:cs="Arial"/>
          <w:sz w:val="24"/>
          <w:rtl/>
          <w:szCs w:val="24"/>
        </w:rPr>
        <w:t>• 🌇 שתהיה לכם מנוחה טובה, ושגם על עצמכם תשמרו</w:t>
      </w:r>
    </w:p>
    <w:p>
      <w:pPr>
        <w:bidi/>
        <w:jc w:val="right"/>
      </w:pPr>
      <w:r>
        <w:rPr>
          <w:rFonts w:ascii="Arial" w:hAnsi="Arial" w:cs="Arial"/>
          <w:sz w:val="24"/>
          <w:rtl/>
          <w:szCs w:val="24"/>
        </w:rPr>
        <w:t>• 🌙 מניחים את הידיים על הברכיים ואומרים בלב: עשיתי את שלי השבוע.</w:t>
      </w:r>
    </w:p>
    <w:p>
      <w:pPr>
        <w:bidi/>
        <w:pStyle w:val="Heading2"/>
        <w:jc w:val="right"/>
      </w:pPr>
      <w:r>
        <w:rPr>
          <w:rFonts w:ascii="Arial" w:hAnsi="Arial" w:cs="Arial"/>
          <w:b/>
          <w:color w:val="2B8A3E"/>
          <w:sz w:val="32"/>
          <w:rtl/>
          <w:szCs w:val="32"/>
          <w:bCs/>
        </w:rPr>
        <w:t>👑 כבוד – שבוע 25.10 עד 30.10.2026 · י״ד חשון תשפ״ז</w:t>
      </w:r>
    </w:p>
    <w:p>
      <w:pPr>
        <w:bidi/>
        <w:jc w:val="right"/>
      </w:pPr>
      <w:r>
        <w:rPr>
          <w:rFonts w:ascii="Arial" w:hAnsi="Arial" w:cs="Arial"/>
          <w:color w:val="555577"/>
          <w:sz w:val="24"/>
          <w:rtl/>
          <w:szCs w:val="24"/>
        </w:rPr>
        <w:t>להתייחס לכל אדם, וגם לעצמנו, כבעל ערך, גם כשאנחנו שונים · המשפט של השבוע: "כבוד לא קונים; נותנים אותו, והוא חוזר"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מְדַבְּרִים יָפֶה אֶל כֻּלָּם</w:t>
      </w:r>
    </w:p>
    <w:p>
      <w:pPr>
        <w:bidi/>
        <w:jc w:val="right"/>
      </w:pPr>
      <w:r>
        <w:rPr>
          <w:rFonts w:ascii="Arial" w:hAnsi="Arial" w:cs="Arial"/>
          <w:sz w:val="24"/>
          <w:rtl/>
          <w:szCs w:val="24"/>
        </w:rPr>
        <w:t>סיפור (א׳–ד׳): יוסף דיבר בכיתה לאט, כי הוא עוד לומד עברית. כמה ילדים צחקו. נועה אמרה: "גם אני לא יודעת אמהרית", והצחוק נעצר.</w:t>
      </w:r>
    </w:p>
    <w:p>
      <w:pPr>
        <w:bidi/>
        <w:jc w:val="right"/>
      </w:pPr>
      <w:r>
        <w:rPr>
          <w:rFonts w:ascii="Arial" w:hAnsi="Arial" w:cs="Arial"/>
          <w:sz w:val="24"/>
          <w:rtl/>
          <w:szCs w:val="24"/>
        </w:rPr>
        <w:t>• איך מראים כבוד לחבר?</w:t>
      </w:r>
    </w:p>
    <w:p>
      <w:pPr>
        <w:bidi/>
        <w:jc w:val="right"/>
      </w:pPr>
      <w:r>
        <w:rPr>
          <w:rFonts w:ascii="Arial" w:hAnsi="Arial" w:cs="Arial"/>
          <w:sz w:val="24"/>
          <w:rtl/>
          <w:szCs w:val="24"/>
        </w:rPr>
        <w:t>• מה מרגישים כשמישהו צוחק עלינו?</w:t>
      </w:r>
    </w:p>
    <w:p>
      <w:pPr>
        <w:bidi/>
        <w:jc w:val="right"/>
      </w:pPr>
      <w:r>
        <w:rPr>
          <w:rFonts w:ascii="Arial" w:hAnsi="Arial" w:cs="Arial"/>
          <w:sz w:val="24"/>
          <w:rtl/>
          <w:szCs w:val="24"/>
        </w:rPr>
        <w:t>סיפור (ה׳–ו׳): בחוג כדורגל יש ילדה שמשחקת עם בנים, ושחקן מהקבוצה השנייה אמר לה "לכי לבובות". השופט לא שמע. אחד מחבריה לקבוצה שקל אם להגיב. איך מגיבים בכבוד למשהו לא מכבד?</w:t>
      </w:r>
    </w:p>
    <w:p>
      <w:pPr>
        <w:bidi/>
        <w:jc w:val="right"/>
      </w:pPr>
      <w:r>
        <w:rPr>
          <w:rFonts w:ascii="Arial" w:hAnsi="Arial" w:cs="Arial"/>
          <w:sz w:val="24"/>
          <w:rtl/>
          <w:szCs w:val="24"/>
        </w:rPr>
        <w:t>• האם אפשר לכבד מישהו שאנחנו לא אוהבים?</w:t>
      </w:r>
    </w:p>
    <w:p>
      <w:pPr>
        <w:bidi/>
        <w:jc w:val="right"/>
      </w:pPr>
      <w:r>
        <w:rPr>
          <w:rFonts w:ascii="Arial" w:hAnsi="Arial" w:cs="Arial"/>
          <w:sz w:val="24"/>
          <w:rtl/>
          <w:szCs w:val="24"/>
        </w:rPr>
        <w:t>• איך מכבדים מישהו ששונה מאיתנו?</w:t>
      </w:r>
    </w:p>
    <w:p>
      <w:pPr>
        <w:bidi/>
        <w:jc w:val="right"/>
      </w:pPr>
      <w:r>
        <w:rPr>
          <w:rFonts w:ascii="Arial" w:hAnsi="Arial" w:cs="Arial"/>
          <w:b/>
          <w:color w:val="2B8A3E"/>
          <w:sz w:val="26"/>
          <w:rtl/>
          <w:szCs w:val="26"/>
          <w:bCs/>
        </w:rPr>
        <w:t>▌ ✨ מילים לחיים: "וירץ לקראתם" (בראשית יח, ב)</w:t>
      </w:r>
    </w:p>
    <w:p>
      <w:pPr>
        <w:bidi/>
        <w:jc w:val="right"/>
      </w:pPr>
      <w:r>
        <w:rPr>
          <w:rFonts w:ascii="Arial" w:hAnsi="Arial" w:cs="Arial"/>
          <w:sz w:val="24"/>
          <w:rtl/>
          <w:szCs w:val="24"/>
        </w:rPr>
        <w:t>אברהם ישב בפתח האוהל ביום חם, וכשראה אורחים הוא לא חיכה, אלא רץ לקראתם. השבוע נתרגל לשים לב למי שמגיע, תלמיד חדש, אורח או חבר עצוב, ולצאת לקראתו בלב פתוח.</w:t>
      </w:r>
    </w:p>
    <w:p>
      <w:pPr>
        <w:bidi/>
        <w:jc w:val="right"/>
      </w:pPr>
      <w:r>
        <w:rPr>
          <w:rFonts w:ascii="Arial" w:hAnsi="Arial" w:cs="Arial"/>
          <w:sz w:val="24"/>
          <w:rtl/>
          <w:szCs w:val="24"/>
        </w:rPr>
        <w:t>שאלה: איך הייתם רוצים שיקבלו אתכם כשאתם מגיעים למקום חדש?</w:t>
      </w:r>
    </w:p>
    <w:p>
      <w:pPr>
        <w:bidi/>
        <w:jc w:val="right"/>
      </w:pPr>
      <w:r>
        <w:rPr>
          <w:rFonts w:ascii="Arial" w:hAnsi="Arial" w:cs="Arial"/>
          <w:sz w:val="24"/>
          <w:rtl/>
          <w:szCs w:val="24"/>
        </w:rPr>
        <w:t>🧩 חידה: יש לי צוואר, אבל אין לי ראש. אפשר למלא אותי במים. מי אני?  (תשובה: בקבוק)</w:t>
      </w:r>
    </w:p>
    <w:p>
      <w:pPr>
        <w:bidi/>
        <w:jc w:val="right"/>
      </w:pPr>
      <w:r>
        <w:rPr>
          <w:rFonts w:ascii="Arial" w:hAnsi="Arial" w:cs="Arial"/>
          <w:sz w:val="24"/>
          <w:rtl/>
          <w:szCs w:val="24"/>
        </w:rPr>
        <w:t>🎯 מטרות: לחכות שמישהו יסיים לדבר · להגיד "בבקשה" ו"תודה" · לא לצחוק על מי שטועה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הרגשתם שמכבדים אתכם?</w:t>
      </w:r>
    </w:p>
    <w:p>
      <w:pPr>
        <w:bidi/>
        <w:jc w:val="right"/>
      </w:pPr>
      <w:r>
        <w:rPr>
          <w:rFonts w:ascii="Arial" w:hAnsi="Arial" w:cs="Arial"/>
          <w:sz w:val="24"/>
          <w:rtl/>
          <w:szCs w:val="24"/>
        </w:rPr>
        <w:t>• 🙏 תודה למי שהקשיב לכם בכבוד השבוע</w:t>
      </w:r>
    </w:p>
    <w:p>
      <w:pPr>
        <w:bidi/>
        <w:jc w:val="right"/>
      </w:pPr>
      <w:r>
        <w:rPr>
          <w:rFonts w:ascii="Arial" w:hAnsi="Arial" w:cs="Arial"/>
          <w:sz w:val="24"/>
          <w:rtl/>
          <w:szCs w:val="24"/>
        </w:rPr>
        <w:t>• 💛 מחמאה למישהו על הדרך שבה הוא או היא מדברים אל אחרים</w:t>
      </w:r>
    </w:p>
    <w:p>
      <w:pPr>
        <w:bidi/>
        <w:jc w:val="right"/>
      </w:pPr>
      <w:r>
        <w:rPr>
          <w:rFonts w:ascii="Arial" w:hAnsi="Arial" w:cs="Arial"/>
          <w:sz w:val="24"/>
          <w:rtl/>
          <w:szCs w:val="24"/>
        </w:rPr>
        <w:t>• 💡 מה למדתם השבוע על כבוד?</w:t>
      </w:r>
    </w:p>
    <w:p>
      <w:pPr>
        <w:bidi/>
        <w:jc w:val="right"/>
      </w:pPr>
      <w:r>
        <w:rPr>
          <w:rFonts w:ascii="Arial" w:hAnsi="Arial" w:cs="Arial"/>
          <w:sz w:val="24"/>
          <w:rtl/>
          <w:szCs w:val="24"/>
        </w:rPr>
        <w:t>• 🌇 שיהיה לכם סוף שבוע שבו מכבדים ומכבדות אתכם</w:t>
      </w:r>
    </w:p>
    <w:p>
      <w:pPr>
        <w:bidi/>
        <w:jc w:val="right"/>
      </w:pPr>
      <w:r>
        <w:rPr>
          <w:rFonts w:ascii="Arial" w:hAnsi="Arial" w:cs="Arial"/>
          <w:sz w:val="24"/>
          <w:rtl/>
          <w:szCs w:val="24"/>
        </w:rPr>
        <w:t>• 🌙 יושבים זקוף, נושמים, ומרגישים: גם אני ראוי וראויה לכבוד.</w:t>
      </w:r>
    </w:p>
    <w:p>
      <w:pPr>
        <w:bidi/>
        <w:pStyle w:val="Heading2"/>
        <w:jc w:val="right"/>
      </w:pPr>
      <w:r>
        <w:rPr>
          <w:rFonts w:ascii="Arial" w:hAnsi="Arial" w:cs="Arial"/>
          <w:b/>
          <w:color w:val="2B8A3E"/>
          <w:sz w:val="32"/>
          <w:rtl/>
          <w:szCs w:val="32"/>
          <w:bCs/>
        </w:rPr>
        <w:t>👂 הקשבה – שבוע 1.11 עד 6.11.2026 · כ״א חשון תשפ״ז</w:t>
      </w:r>
    </w:p>
    <w:p>
      <w:pPr>
        <w:bidi/>
        <w:jc w:val="right"/>
      </w:pPr>
      <w:r>
        <w:rPr>
          <w:rFonts w:ascii="Arial" w:hAnsi="Arial" w:cs="Arial"/>
          <w:color w:val="555577"/>
          <w:sz w:val="24"/>
          <w:rtl/>
          <w:szCs w:val="24"/>
        </w:rPr>
        <w:t>לתת לאחר את מלוא תשומת הלב, להבין אותו ולא רק לחכות לתורנו · המשפט של השבוע: "כשמקשיבים באמת, מישהו מרגיש שהוא חשוב"</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אָזְנַיִם פְּתוּחוֹת, לֵב פָּתוּחַ</w:t>
      </w:r>
    </w:p>
    <w:p>
      <w:pPr>
        <w:bidi/>
        <w:jc w:val="right"/>
      </w:pPr>
      <w:r>
        <w:rPr>
          <w:rFonts w:ascii="Arial" w:hAnsi="Arial" w:cs="Arial"/>
          <w:sz w:val="24"/>
          <w:rtl/>
          <w:szCs w:val="24"/>
        </w:rPr>
        <w:t>סיפור (א׳–ד׳): אלמז סיפרה שהחתולה שלה ילדה גורים. איתי הפסיק לשחק, הסתכל עליה ושאל: "כמה גורים?" אלמז חייכה, כי הרגישה שמישהו באמת שומע.</w:t>
      </w:r>
    </w:p>
    <w:p>
      <w:pPr>
        <w:bidi/>
        <w:jc w:val="right"/>
      </w:pPr>
      <w:r>
        <w:rPr>
          <w:rFonts w:ascii="Arial" w:hAnsi="Arial" w:cs="Arial"/>
          <w:sz w:val="24"/>
          <w:rtl/>
          <w:szCs w:val="24"/>
        </w:rPr>
        <w:t>• איך יודעים שמישהו מקשיב לנו?</w:t>
      </w:r>
    </w:p>
    <w:p>
      <w:pPr>
        <w:bidi/>
        <w:jc w:val="right"/>
      </w:pPr>
      <w:r>
        <w:rPr>
          <w:rFonts w:ascii="Arial" w:hAnsi="Arial" w:cs="Arial"/>
          <w:sz w:val="24"/>
          <w:rtl/>
          <w:szCs w:val="24"/>
        </w:rPr>
        <w:t>• מה עושים עם הגוף כשמקשיבים?</w:t>
      </w:r>
    </w:p>
    <w:p>
      <w:pPr>
        <w:bidi/>
        <w:jc w:val="right"/>
      </w:pPr>
      <w:r>
        <w:rPr>
          <w:rFonts w:ascii="Arial" w:hAnsi="Arial" w:cs="Arial"/>
          <w:sz w:val="24"/>
          <w:rtl/>
          <w:szCs w:val="24"/>
        </w:rPr>
        <w:t>סיפור (ה׳–ו׳): מאיה סיפרה לחברה על ריב בבית, והחברה התחילה מיד לספר על הריב שלה עם אחיה. מאיה שתקה ולא סיפרה יותר. החברה בכלל לא הבינה מה קרה. מה היה חסר בשיחה הזאת?</w:t>
      </w:r>
    </w:p>
    <w:p>
      <w:pPr>
        <w:bidi/>
        <w:jc w:val="right"/>
      </w:pPr>
      <w:r>
        <w:rPr>
          <w:rFonts w:ascii="Arial" w:hAnsi="Arial" w:cs="Arial"/>
          <w:sz w:val="24"/>
          <w:rtl/>
          <w:szCs w:val="24"/>
        </w:rPr>
        <w:t>• מתי הרגשתם שלא מקשיבים לכם?</w:t>
      </w:r>
    </w:p>
    <w:p>
      <w:pPr>
        <w:bidi/>
        <w:jc w:val="right"/>
      </w:pPr>
      <w:r>
        <w:rPr>
          <w:rFonts w:ascii="Arial" w:hAnsi="Arial" w:cs="Arial"/>
          <w:sz w:val="24"/>
          <w:rtl/>
          <w:szCs w:val="24"/>
        </w:rPr>
        <w:t>• מה ההבדל בין לשמוע לבין להקשיב?</w:t>
      </w:r>
    </w:p>
    <w:p>
      <w:pPr>
        <w:bidi/>
        <w:jc w:val="right"/>
      </w:pPr>
      <w:r>
        <w:rPr>
          <w:rFonts w:ascii="Arial" w:hAnsi="Arial" w:cs="Arial"/>
          <w:b/>
          <w:color w:val="2B8A3E"/>
          <w:sz w:val="26"/>
          <w:rtl/>
          <w:szCs w:val="26"/>
          <w:bCs/>
        </w:rPr>
        <w:t>▌ ✨ מילים לחיים: "גם לגמליך אשאב" (בראשית כד, יט)</w:t>
      </w:r>
    </w:p>
    <w:p>
      <w:pPr>
        <w:bidi/>
        <w:jc w:val="right"/>
      </w:pPr>
      <w:r>
        <w:rPr>
          <w:rFonts w:ascii="Arial" w:hAnsi="Arial" w:cs="Arial"/>
          <w:sz w:val="24"/>
          <w:rtl/>
          <w:szCs w:val="24"/>
        </w:rPr>
        <w:t>רבקה התבקשה לתת מעט מים, אבל היא שאבה גם לכל הגמלים, הרבה מעבר למה שביקשו ממנה. נדיבות אמיתית מתגלה כשעושים קצת יותר, מתוך רצון ולא מתוך חובה.</w:t>
      </w:r>
    </w:p>
    <w:p>
      <w:pPr>
        <w:bidi/>
        <w:jc w:val="right"/>
      </w:pPr>
      <w:r>
        <w:rPr>
          <w:rFonts w:ascii="Arial" w:hAnsi="Arial" w:cs="Arial"/>
          <w:sz w:val="24"/>
          <w:rtl/>
          <w:szCs w:val="24"/>
        </w:rPr>
        <w:t>שאלה: מתי מישהו עשה בשבילכם יותר ממה שביקשתם, ואיך הרגשתם?</w:t>
      </w:r>
    </w:p>
    <w:p>
      <w:pPr>
        <w:bidi/>
        <w:jc w:val="right"/>
      </w:pPr>
      <w:r>
        <w:rPr>
          <w:rFonts w:ascii="Arial" w:hAnsi="Arial" w:cs="Arial"/>
          <w:sz w:val="24"/>
          <w:rtl/>
          <w:szCs w:val="24"/>
        </w:rPr>
        <w:t>🧩 חידה: אין לי רגליים, אבל אני הולך. אני מתקתק כל הזמן, ומי שמקשיב שומע אותי. מי אני?  (תשובה: שעון)</w:t>
      </w:r>
    </w:p>
    <w:p>
      <w:pPr>
        <w:bidi/>
        <w:jc w:val="right"/>
      </w:pPr>
      <w:r>
        <w:rPr>
          <w:rFonts w:ascii="Arial" w:hAnsi="Arial" w:cs="Arial"/>
          <w:sz w:val="24"/>
          <w:rtl/>
          <w:szCs w:val="24"/>
        </w:rPr>
        <w:t>🎯 מטרות: להסתכל בעיניים של מי שמדבר · לא לקטוע אף אחד · לשאול שאלה אחרי שחבר מספר</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השבוע שבו מישהו באמת הקשיב לכם?</w:t>
      </w:r>
    </w:p>
    <w:p>
      <w:pPr>
        <w:bidi/>
        <w:jc w:val="right"/>
      </w:pPr>
      <w:r>
        <w:rPr>
          <w:rFonts w:ascii="Arial" w:hAnsi="Arial" w:cs="Arial"/>
          <w:sz w:val="24"/>
          <w:rtl/>
          <w:szCs w:val="24"/>
        </w:rPr>
        <w:t>• 🙏 תודה למי שהקשיב לכם השבוע</w:t>
      </w:r>
    </w:p>
    <w:p>
      <w:pPr>
        <w:bidi/>
        <w:jc w:val="right"/>
      </w:pPr>
      <w:r>
        <w:rPr>
          <w:rFonts w:ascii="Arial" w:hAnsi="Arial" w:cs="Arial"/>
          <w:sz w:val="24"/>
          <w:rtl/>
          <w:szCs w:val="24"/>
        </w:rPr>
        <w:t>• 💛 מחמאה למישהו שיודע להקשיב</w:t>
      </w:r>
    </w:p>
    <w:p>
      <w:pPr>
        <w:bidi/>
        <w:jc w:val="right"/>
      </w:pPr>
      <w:r>
        <w:rPr>
          <w:rFonts w:ascii="Arial" w:hAnsi="Arial" w:cs="Arial"/>
          <w:sz w:val="24"/>
          <w:rtl/>
          <w:szCs w:val="24"/>
        </w:rPr>
        <w:t>• 💡 מה שמעתם השבוע שלא שמתם לב אליו קודם?</w:t>
      </w:r>
    </w:p>
    <w:p>
      <w:pPr>
        <w:bidi/>
        <w:jc w:val="right"/>
      </w:pPr>
      <w:r>
        <w:rPr>
          <w:rFonts w:ascii="Arial" w:hAnsi="Arial" w:cs="Arial"/>
          <w:sz w:val="24"/>
          <w:rtl/>
          <w:szCs w:val="24"/>
        </w:rPr>
        <w:t>• 🌇 שיהיה לכם סוף שבוע עם שיחות טובות</w:t>
      </w:r>
    </w:p>
    <w:p>
      <w:pPr>
        <w:bidi/>
        <w:jc w:val="right"/>
      </w:pPr>
      <w:r>
        <w:rPr>
          <w:rFonts w:ascii="Arial" w:hAnsi="Arial" w:cs="Arial"/>
          <w:sz w:val="24"/>
          <w:rtl/>
          <w:szCs w:val="24"/>
        </w:rPr>
        <w:t>• 🌙 עוצמים עיניים לדקה ומקשיבים לכל הקולות בחדר ובחוץ.</w:t>
      </w:r>
    </w:p>
    <w:p>
      <w:pPr>
        <w:bidi/>
        <w:pStyle w:val="Heading2"/>
        <w:jc w:val="right"/>
      </w:pPr>
      <w:r>
        <w:rPr>
          <w:rFonts w:ascii="Arial" w:hAnsi="Arial" w:cs="Arial"/>
          <w:b/>
          <w:color w:val="2B8A3E"/>
          <w:sz w:val="32"/>
          <w:rtl/>
          <w:szCs w:val="32"/>
          <w:bCs/>
        </w:rPr>
        <w:t>🌾 סיגד וראש חודש כסליו – שבוע 8.11 עד 13.11.2026 · כ״ח חשון תשפ״ז</w:t>
      </w:r>
    </w:p>
    <w:p>
      <w:pPr>
        <w:bidi/>
        <w:jc w:val="right"/>
      </w:pPr>
      <w:r>
        <w:rPr>
          <w:rFonts w:ascii="Arial" w:hAnsi="Arial" w:cs="Arial"/>
          <w:color w:val="555577"/>
          <w:sz w:val="24"/>
          <w:rtl/>
          <w:szCs w:val="24"/>
        </w:rPr>
        <w:t>שבוע של געגוע, חיבור וקהילה: מתכנסים יחד ומתחילים חודש חדש · המשפט של השבוע: "מי שזוכר מאיפה בא, יודע לאן הוא רוצה ללכת"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מִתְגַּעְגְּעִים, מִתְחַבְּרִים וּמִתְחַדְּשִׁים</w:t>
      </w:r>
    </w:p>
    <w:p>
      <w:pPr>
        <w:bidi/>
        <w:jc w:val="right"/>
      </w:pPr>
      <w:r>
        <w:rPr>
          <w:rFonts w:ascii="Arial" w:hAnsi="Arial" w:cs="Arial"/>
          <w:sz w:val="24"/>
          <w:rtl/>
          <w:szCs w:val="24"/>
        </w:rPr>
        <w:t>סיפור (א׳–ד׳): סבתא של אלמז סיפרה בכיתה על הסיגד: איך עלו כולם על הר, לבושים לבן, והתפללו יחד. הילדים ציירו הר גדול, ועל ההר אנשים מחזיקים ידיים.</w:t>
      </w:r>
    </w:p>
    <w:p>
      <w:pPr>
        <w:bidi/>
        <w:jc w:val="right"/>
      </w:pPr>
      <w:r>
        <w:rPr>
          <w:rFonts w:ascii="Arial" w:hAnsi="Arial" w:cs="Arial"/>
          <w:sz w:val="24"/>
          <w:rtl/>
          <w:szCs w:val="24"/>
        </w:rPr>
        <w:t>• למה או למי אתם מתגעגעים?</w:t>
      </w:r>
    </w:p>
    <w:p>
      <w:pPr>
        <w:bidi/>
        <w:jc w:val="right"/>
      </w:pPr>
      <w:r>
        <w:rPr>
          <w:rFonts w:ascii="Arial" w:hAnsi="Arial" w:cs="Arial"/>
          <w:sz w:val="24"/>
          <w:rtl/>
          <w:szCs w:val="24"/>
        </w:rPr>
        <w:t>• מה עושים יחד כשחוגגים?</w:t>
      </w:r>
    </w:p>
    <w:p>
      <w:pPr>
        <w:bidi/>
        <w:jc w:val="right"/>
      </w:pPr>
      <w:r>
        <w:rPr>
          <w:rFonts w:ascii="Arial" w:hAnsi="Arial" w:cs="Arial"/>
          <w:sz w:val="24"/>
          <w:rtl/>
          <w:szCs w:val="24"/>
        </w:rPr>
        <w:t>סיפור (ה׳–ו׳): השבוע יש גם סיגד וגם ראש חודש כסליו. יוסף שואל את סבא שלו למה בסיגד מתגעגעים לירושלים אם כבר גרים בה. סבא חושב רגע ואומר: "געגוע הוא לא רק למקום, הוא גם לאנשים ולזמנים." מה אתם חושבים שהוא התכוון?</w:t>
      </w:r>
    </w:p>
    <w:p>
      <w:pPr>
        <w:bidi/>
        <w:jc w:val="right"/>
      </w:pPr>
      <w:r>
        <w:rPr>
          <w:rFonts w:ascii="Arial" w:hAnsi="Arial" w:cs="Arial"/>
          <w:sz w:val="24"/>
          <w:rtl/>
          <w:szCs w:val="24"/>
        </w:rPr>
        <w:t>• מה ההבדל בין געגוע עצוב לבין געגוע משמח?</w:t>
      </w:r>
    </w:p>
    <w:p>
      <w:pPr>
        <w:bidi/>
        <w:jc w:val="right"/>
      </w:pPr>
      <w:r>
        <w:rPr>
          <w:rFonts w:ascii="Arial" w:hAnsi="Arial" w:cs="Arial"/>
          <w:sz w:val="24"/>
          <w:rtl/>
          <w:szCs w:val="24"/>
        </w:rPr>
        <w:t>• איך אפשר לשתף את כל הכיתה בחג של קהילה אחת?</w:t>
      </w:r>
    </w:p>
    <w:p>
      <w:pPr>
        <w:bidi/>
        <w:jc w:val="right"/>
      </w:pPr>
      <w:r>
        <w:rPr>
          <w:rFonts w:ascii="Arial" w:hAnsi="Arial" w:cs="Arial"/>
          <w:b/>
          <w:color w:val="2B8A3E"/>
          <w:sz w:val="26"/>
          <w:rtl/>
          <w:szCs w:val="26"/>
          <w:bCs/>
        </w:rPr>
        <w:t>▌ ✨ מילים לחיים: "וישב יצחק ויחפר" (בראשית כו, יח)</w:t>
      </w:r>
    </w:p>
    <w:p>
      <w:pPr>
        <w:bidi/>
        <w:jc w:val="right"/>
      </w:pPr>
      <w:r>
        <w:rPr>
          <w:rFonts w:ascii="Arial" w:hAnsi="Arial" w:cs="Arial"/>
          <w:sz w:val="24"/>
          <w:rtl/>
          <w:szCs w:val="24"/>
        </w:rPr>
        <w:t>יצחק חזר לחפור את הבארות שהיו סתומות, ולא ויתר גם כשהעבודה הייתה קשה. התמדה פירושה לנסות שוב ושוב, בשיעורי בית, באימון או בחברות שצריך לחדש.</w:t>
      </w:r>
    </w:p>
    <w:p>
      <w:pPr>
        <w:bidi/>
        <w:jc w:val="right"/>
      </w:pPr>
      <w:r>
        <w:rPr>
          <w:rFonts w:ascii="Arial" w:hAnsi="Arial" w:cs="Arial"/>
          <w:sz w:val="24"/>
          <w:rtl/>
          <w:szCs w:val="24"/>
        </w:rPr>
        <w:t>שאלה: באיזה תחום הייתם רוצים לחזור ולנסות שוב השבוע?</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הסיגד הוא חג של יהודי אתיופיה (ביתא ישראל), והוא חל בכ״ט בחשוון</w:t>
      </w:r>
    </w:p>
    <w:p>
      <w:pPr>
        <w:bidi/>
        <w:jc w:val="right"/>
      </w:pPr>
      <w:r>
        <w:rPr>
          <w:rFonts w:ascii="Arial" w:hAnsi="Arial" w:cs="Arial"/>
          <w:sz w:val="24"/>
          <w:rtl/>
          <w:szCs w:val="24"/>
        </w:rPr>
        <w:t>• נהוג לציין אותו חמישים יום אחרי יום הכיפורים</w:t>
      </w:r>
    </w:p>
    <w:p>
      <w:pPr>
        <w:bidi/>
        <w:jc w:val="right"/>
      </w:pPr>
      <w:r>
        <w:rPr>
          <w:rFonts w:ascii="Arial" w:hAnsi="Arial" w:cs="Arial"/>
          <w:sz w:val="24"/>
          <w:rtl/>
          <w:szCs w:val="24"/>
        </w:rPr>
        <w:t>• במסורת מתכנסים על הר או במקום גבוה, צמים, מתפללים ומביעים געגוע לירושלים</w:t>
      </w:r>
    </w:p>
    <w:p>
      <w:pPr>
        <w:bidi/>
        <w:jc w:val="right"/>
      </w:pPr>
      <w:r>
        <w:rPr>
          <w:rFonts w:ascii="Arial" w:hAnsi="Arial" w:cs="Arial"/>
          <w:sz w:val="24"/>
          <w:rtl/>
          <w:szCs w:val="24"/>
        </w:rPr>
        <w:t>• הקסים, מנהיגי הקהילה הדתיים, קוראים לפני הקהל, ובסוף היום שוברים את הצום בסעודה משותפת</w:t>
      </w:r>
    </w:p>
    <w:p>
      <w:pPr>
        <w:bidi/>
        <w:jc w:val="right"/>
      </w:pPr>
      <w:r>
        <w:rPr>
          <w:rFonts w:ascii="Arial" w:hAnsi="Arial" w:cs="Arial"/>
          <w:sz w:val="24"/>
          <w:rtl/>
          <w:szCs w:val="24"/>
        </w:rPr>
        <w:t>• השנה ראש חודש כסליו נמשך יומיים: ל׳ בחשוון וא׳ בכסליו (10–11.11.2026)</w:t>
      </w:r>
    </w:p>
    <w:p>
      <w:pPr>
        <w:bidi/>
        <w:jc w:val="right"/>
      </w:pPr>
      <w:r>
        <w:rPr>
          <w:rFonts w:ascii="Arial" w:hAnsi="Arial" w:cs="Arial"/>
          <w:sz w:val="24"/>
          <w:rtl/>
          <w:szCs w:val="24"/>
        </w:rPr>
        <w:t>🧩 חידה: אני גדל וקטן בשמיים בלי לאכול כלום, ובתחילת כל חודש עברי אני מתחיל מחדש. מי אני?  (תשובה: הירח)</w:t>
      </w:r>
    </w:p>
    <w:p>
      <w:pPr>
        <w:bidi/>
        <w:jc w:val="right"/>
      </w:pPr>
      <w:r>
        <w:rPr>
          <w:rFonts w:ascii="Arial" w:hAnsi="Arial" w:cs="Arial"/>
          <w:sz w:val="24"/>
          <w:rtl/>
          <w:szCs w:val="24"/>
        </w:rPr>
        <w:t>🎯 מטרות: לשאול מבוגר במשפחה על חג שהוא אוהב · לצייר ירח חדש ולהוסיף לו כל יום עוד קצת · לאחל לחבר חודש טוב</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למדתם השבוע על הסיגד או על חודש כסליו?</w:t>
      </w:r>
    </w:p>
    <w:p>
      <w:pPr>
        <w:bidi/>
        <w:jc w:val="right"/>
      </w:pPr>
      <w:r>
        <w:rPr>
          <w:rFonts w:ascii="Arial" w:hAnsi="Arial" w:cs="Arial"/>
          <w:sz w:val="24"/>
          <w:rtl/>
          <w:szCs w:val="24"/>
        </w:rPr>
        <w:t>• 🙏 תודה למי ששיתף אותנו השבוע בסיפור, במנהג או בזיכרון</w:t>
      </w:r>
    </w:p>
    <w:p>
      <w:pPr>
        <w:bidi/>
        <w:jc w:val="right"/>
      </w:pPr>
      <w:r>
        <w:rPr>
          <w:rFonts w:ascii="Arial" w:hAnsi="Arial" w:cs="Arial"/>
          <w:sz w:val="24"/>
          <w:rtl/>
          <w:szCs w:val="24"/>
        </w:rPr>
        <w:t>• 💛 מחמאה למישהו שחיבר אנשים השבוע</w:t>
      </w:r>
    </w:p>
    <w:p>
      <w:pPr>
        <w:bidi/>
        <w:jc w:val="right"/>
      </w:pPr>
      <w:r>
        <w:rPr>
          <w:rFonts w:ascii="Arial" w:hAnsi="Arial" w:cs="Arial"/>
          <w:sz w:val="24"/>
          <w:rtl/>
          <w:szCs w:val="24"/>
        </w:rPr>
        <w:t>• 💡 מה למדתם השבוע על געגוע ועל קהילה?</w:t>
      </w:r>
    </w:p>
    <w:p>
      <w:pPr>
        <w:bidi/>
        <w:jc w:val="right"/>
      </w:pPr>
      <w:r>
        <w:rPr>
          <w:rFonts w:ascii="Arial" w:hAnsi="Arial" w:cs="Arial"/>
          <w:sz w:val="24"/>
          <w:rtl/>
          <w:szCs w:val="24"/>
        </w:rPr>
        <w:t>• 🌇 חודש טוב לכולם, ושיהיה סוף שבוע של חיבור ושל מנוחה</w:t>
      </w:r>
    </w:p>
    <w:p>
      <w:pPr>
        <w:bidi/>
        <w:jc w:val="right"/>
      </w:pPr>
      <w:r>
        <w:rPr>
          <w:rFonts w:ascii="Arial" w:hAnsi="Arial" w:cs="Arial"/>
          <w:sz w:val="24"/>
          <w:rtl/>
          <w:szCs w:val="24"/>
        </w:rPr>
        <w:t>• 🌙 עוצמים עיניים ומדמיינים ירח דק וחדש, שמתחיל לגדול לאט.</w:t>
      </w:r>
    </w:p>
    <w:p>
      <w:pPr>
        <w:bidi/>
        <w:pStyle w:val="Heading2"/>
        <w:jc w:val="right"/>
      </w:pPr>
      <w:r>
        <w:rPr>
          <w:rFonts w:ascii="Arial" w:hAnsi="Arial" w:cs="Arial"/>
          <w:b/>
          <w:color w:val="2B8A3E"/>
          <w:sz w:val="32"/>
          <w:rtl/>
          <w:szCs w:val="32"/>
          <w:bCs/>
        </w:rPr>
        <w:t>🦁 אומץ – שבוע 15.11 עד 20.11.2026 · ה׳ כסלו תשפ״ז</w:t>
      </w:r>
    </w:p>
    <w:p>
      <w:pPr>
        <w:bidi/>
        <w:jc w:val="right"/>
      </w:pPr>
      <w:r>
        <w:rPr>
          <w:rFonts w:ascii="Arial" w:hAnsi="Arial" w:cs="Arial"/>
          <w:color w:val="555577"/>
          <w:sz w:val="24"/>
          <w:rtl/>
          <w:szCs w:val="24"/>
        </w:rPr>
        <w:t>לעשות את מה שנכון או חשוב לנו, גם כשמפחדים · המשפט של השבוע: "אומץ הוא לא בלי פחד; אומץ הוא צעד למרות הפחד"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אֹמֶץ זֶה לְנַסּוֹת גַּם כְּשֶׁמַּפְחִיד</w:t>
      </w:r>
    </w:p>
    <w:p>
      <w:pPr>
        <w:bidi/>
        <w:jc w:val="right"/>
      </w:pPr>
      <w:r>
        <w:rPr>
          <w:rFonts w:ascii="Arial" w:hAnsi="Arial" w:cs="Arial"/>
          <w:sz w:val="24"/>
          <w:rtl/>
          <w:szCs w:val="24"/>
        </w:rPr>
        <w:t>סיפור (א׳–ד׳): דניאל פחד לקפוץ למים בבריכה. הוא החזיק את היד של אבא וספר עד שלוש. אחרי הקפיצה הוא צחק ורצה שוב.</w:t>
      </w:r>
    </w:p>
    <w:p>
      <w:pPr>
        <w:bidi/>
        <w:jc w:val="right"/>
      </w:pPr>
      <w:r>
        <w:rPr>
          <w:rFonts w:ascii="Arial" w:hAnsi="Arial" w:cs="Arial"/>
          <w:sz w:val="24"/>
          <w:rtl/>
          <w:szCs w:val="24"/>
        </w:rPr>
        <w:t>• מתי הייתם אמיצים?</w:t>
      </w:r>
    </w:p>
    <w:p>
      <w:pPr>
        <w:bidi/>
        <w:jc w:val="right"/>
      </w:pPr>
      <w:r>
        <w:rPr>
          <w:rFonts w:ascii="Arial" w:hAnsi="Arial" w:cs="Arial"/>
          <w:sz w:val="24"/>
          <w:rtl/>
          <w:szCs w:val="24"/>
        </w:rPr>
        <w:t>• מה עוזר כשמפחדים?</w:t>
      </w:r>
    </w:p>
    <w:p>
      <w:pPr>
        <w:bidi/>
        <w:jc w:val="right"/>
      </w:pPr>
      <w:r>
        <w:rPr>
          <w:rFonts w:ascii="Arial" w:hAnsi="Arial" w:cs="Arial"/>
          <w:sz w:val="24"/>
          <w:rtl/>
          <w:szCs w:val="24"/>
        </w:rPr>
        <w:t>סיפור (ה׳–ו׳): בהפסקה כמה ילדים לקחו את הכובע של ילד מכיתה ב׳ וזרקו אותו מאחד לשני. ליה ראתה. היא פחדה שיתחילו גם איתה, אבל ניגשה ואמרה "די, תחזירו לו". מה נתן לה כוח?</w:t>
      </w:r>
    </w:p>
    <w:p>
      <w:pPr>
        <w:bidi/>
        <w:jc w:val="right"/>
      </w:pPr>
      <w:r>
        <w:rPr>
          <w:rFonts w:ascii="Arial" w:hAnsi="Arial" w:cs="Arial"/>
          <w:sz w:val="24"/>
          <w:rtl/>
          <w:szCs w:val="24"/>
        </w:rPr>
        <w:t>• מה ההבדל בין אומץ לבין שטות מסוכנת?</w:t>
      </w:r>
    </w:p>
    <w:p>
      <w:pPr>
        <w:bidi/>
        <w:jc w:val="right"/>
      </w:pPr>
      <w:r>
        <w:rPr>
          <w:rFonts w:ascii="Arial" w:hAnsi="Arial" w:cs="Arial"/>
          <w:sz w:val="24"/>
          <w:rtl/>
          <w:szCs w:val="24"/>
        </w:rPr>
        <w:t>• האם צריך אומץ כדי לבקש עזרה?</w:t>
      </w:r>
    </w:p>
    <w:p>
      <w:pPr>
        <w:bidi/>
        <w:jc w:val="right"/>
      </w:pPr>
      <w:r>
        <w:rPr>
          <w:rFonts w:ascii="Arial" w:hAnsi="Arial" w:cs="Arial"/>
          <w:b/>
          <w:color w:val="2B8A3E"/>
          <w:sz w:val="26"/>
          <w:rtl/>
          <w:szCs w:val="26"/>
          <w:bCs/>
        </w:rPr>
        <w:t>▌ ✨ מילים לחיים: "ויהיו בעיניו כימים אחדים" (בראשית כט, כ)</w:t>
      </w:r>
    </w:p>
    <w:p>
      <w:pPr>
        <w:bidi/>
        <w:jc w:val="right"/>
      </w:pPr>
      <w:r>
        <w:rPr>
          <w:rFonts w:ascii="Arial" w:hAnsi="Arial" w:cs="Arial"/>
          <w:sz w:val="24"/>
          <w:rtl/>
          <w:szCs w:val="24"/>
        </w:rPr>
        <w:t>יעקב עבד שנים רבות, אבל מתוך אהבה הן נראו לו כמו ימים ספורים. כשאנחנו עושים משהו שאכפת לנו ממנו באמת, גם מאמץ ארוך נעשה קל יותר.</w:t>
      </w:r>
    </w:p>
    <w:p>
      <w:pPr>
        <w:bidi/>
        <w:jc w:val="right"/>
      </w:pPr>
      <w:r>
        <w:rPr>
          <w:rFonts w:ascii="Arial" w:hAnsi="Arial" w:cs="Arial"/>
          <w:sz w:val="24"/>
          <w:rtl/>
          <w:szCs w:val="24"/>
        </w:rPr>
        <w:t>שאלה: מה אתם אוהבים לעשות כל כך, שהזמן פשוט עף?</w:t>
      </w:r>
    </w:p>
    <w:p>
      <w:pPr>
        <w:bidi/>
        <w:jc w:val="right"/>
      </w:pPr>
      <w:r>
        <w:rPr>
          <w:rFonts w:ascii="Arial" w:hAnsi="Arial" w:cs="Arial"/>
          <w:sz w:val="24"/>
          <w:rtl/>
          <w:szCs w:val="24"/>
        </w:rPr>
        <w:t>🧩 חידה: ככל שלוקחים ממני יותר – אני נעשה גדול יותר. מה אני?  (תשובה: בור)</w:t>
      </w:r>
    </w:p>
    <w:p>
      <w:pPr>
        <w:bidi/>
        <w:jc w:val="right"/>
      </w:pPr>
      <w:r>
        <w:rPr>
          <w:rFonts w:ascii="Arial" w:hAnsi="Arial" w:cs="Arial"/>
          <w:sz w:val="24"/>
          <w:rtl/>
          <w:szCs w:val="24"/>
        </w:rPr>
        <w:t>🎯 מטרות: להרים יד ולשאול שאלה · לנסות משהו שקצת מפחיד אותי · להגיד "לא" כשמשהו לא נעים לי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שדרש קצת אומץ?</w:t>
      </w:r>
    </w:p>
    <w:p>
      <w:pPr>
        <w:bidi/>
        <w:jc w:val="right"/>
      </w:pPr>
      <w:r>
        <w:rPr>
          <w:rFonts w:ascii="Arial" w:hAnsi="Arial" w:cs="Arial"/>
          <w:sz w:val="24"/>
          <w:rtl/>
          <w:szCs w:val="24"/>
        </w:rPr>
        <w:t>• 🙏 תודה למי שעודד אתכם לנסות</w:t>
      </w:r>
    </w:p>
    <w:p>
      <w:pPr>
        <w:bidi/>
        <w:jc w:val="right"/>
      </w:pPr>
      <w:r>
        <w:rPr>
          <w:rFonts w:ascii="Arial" w:hAnsi="Arial" w:cs="Arial"/>
          <w:sz w:val="24"/>
          <w:rtl/>
          <w:szCs w:val="24"/>
        </w:rPr>
        <w:t>• 💛 מחמאה למישהו שהיה אמיץ השבוע, בגדול או בקטן</w:t>
      </w:r>
    </w:p>
    <w:p>
      <w:pPr>
        <w:bidi/>
        <w:jc w:val="right"/>
      </w:pPr>
      <w:r>
        <w:rPr>
          <w:rFonts w:ascii="Arial" w:hAnsi="Arial" w:cs="Arial"/>
          <w:sz w:val="24"/>
          <w:rtl/>
          <w:szCs w:val="24"/>
        </w:rPr>
        <w:t>• 💡 מה למדתם השבוע על פחד ועל אומץ?</w:t>
      </w:r>
    </w:p>
    <w:p>
      <w:pPr>
        <w:bidi/>
        <w:jc w:val="right"/>
      </w:pPr>
      <w:r>
        <w:rPr>
          <w:rFonts w:ascii="Arial" w:hAnsi="Arial" w:cs="Arial"/>
          <w:sz w:val="24"/>
          <w:rtl/>
          <w:szCs w:val="24"/>
        </w:rPr>
        <w:t>• 🌇 שיהיה לכם סוף שבוע שבו תרגישו חזקים וחזקות</w:t>
      </w:r>
    </w:p>
    <w:p>
      <w:pPr>
        <w:bidi/>
        <w:jc w:val="right"/>
      </w:pPr>
      <w:r>
        <w:rPr>
          <w:rFonts w:ascii="Arial" w:hAnsi="Arial" w:cs="Arial"/>
          <w:sz w:val="24"/>
          <w:rtl/>
          <w:szCs w:val="24"/>
        </w:rPr>
        <w:t>• 🌙 נושמים עמוק ומרגישים את הכוח השקט שבתוכנו.</w:t>
      </w:r>
    </w:p>
    <w:p>
      <w:pPr>
        <w:bidi/>
        <w:pStyle w:val="Heading2"/>
        <w:jc w:val="right"/>
      </w:pPr>
      <w:r>
        <w:rPr>
          <w:rFonts w:ascii="Arial" w:hAnsi="Arial" w:cs="Arial"/>
          <w:b/>
          <w:color w:val="2B8A3E"/>
          <w:sz w:val="32"/>
          <w:rtl/>
          <w:szCs w:val="32"/>
          <w:bCs/>
        </w:rPr>
        <w:t>🎁 נתינה – שבוע 22.11 עד 27.11.2026 · י״ב כסלו תשפ״ז</w:t>
      </w:r>
    </w:p>
    <w:p>
      <w:pPr>
        <w:bidi/>
        <w:jc w:val="right"/>
      </w:pPr>
      <w:r>
        <w:rPr>
          <w:rFonts w:ascii="Arial" w:hAnsi="Arial" w:cs="Arial"/>
          <w:color w:val="555577"/>
          <w:sz w:val="24"/>
          <w:rtl/>
          <w:szCs w:val="24"/>
        </w:rPr>
        <w:t>לתת מזמננו, מכוחנו ומליבנו לאחרים, בלי לחכות לתמורה · המשפט של השבוע: "מה שנותנים בלב – לא נגמר, רק גדל"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נָעִים לָתֵת וּלְשַׂמֵּחַ אֲחֵרִים</w:t>
      </w:r>
    </w:p>
    <w:p>
      <w:pPr>
        <w:bidi/>
        <w:jc w:val="right"/>
      </w:pPr>
      <w:r>
        <w:rPr>
          <w:rFonts w:ascii="Arial" w:hAnsi="Arial" w:cs="Arial"/>
          <w:sz w:val="24"/>
          <w:rtl/>
          <w:szCs w:val="24"/>
        </w:rPr>
        <w:t>סיפור (א׳–ד׳): לטל היו שני צבעים כחולים, ולמאיה לא היה אף אחד. טל נתנה לה צבע. הן ציירו יחד ים גדול.</w:t>
      </w:r>
    </w:p>
    <w:p>
      <w:pPr>
        <w:bidi/>
        <w:jc w:val="right"/>
      </w:pPr>
      <w:r>
        <w:rPr>
          <w:rFonts w:ascii="Arial" w:hAnsi="Arial" w:cs="Arial"/>
          <w:sz w:val="24"/>
          <w:rtl/>
          <w:szCs w:val="24"/>
        </w:rPr>
        <w:t>• מה אפשר לתת שלא עולה כסף?</w:t>
      </w:r>
    </w:p>
    <w:p>
      <w:pPr>
        <w:bidi/>
        <w:jc w:val="right"/>
      </w:pPr>
      <w:r>
        <w:rPr>
          <w:rFonts w:ascii="Arial" w:hAnsi="Arial" w:cs="Arial"/>
          <w:sz w:val="24"/>
          <w:rtl/>
          <w:szCs w:val="24"/>
        </w:rPr>
        <w:t>• איך מרגישים כשנותנים?</w:t>
      </w:r>
    </w:p>
    <w:p>
      <w:pPr>
        <w:bidi/>
        <w:jc w:val="right"/>
      </w:pPr>
      <w:r>
        <w:rPr>
          <w:rFonts w:ascii="Arial" w:hAnsi="Arial" w:cs="Arial"/>
          <w:sz w:val="24"/>
          <w:rtl/>
          <w:szCs w:val="24"/>
        </w:rPr>
        <w:t>סיפור (ה׳–ו׳): השכנה הקשישה של איתי גרה לבד, וקשה לה לסחוב את השקיות מהמכולת. איתי התחיל לעזור לה פעם בשבוע. בהתחלה עשה את זה כי אמא ביקשה, אבל לאט לאט התחיל לחכות לשיחות איתה. מי נותן כאן למי?</w:t>
      </w:r>
    </w:p>
    <w:p>
      <w:pPr>
        <w:bidi/>
        <w:jc w:val="right"/>
      </w:pPr>
      <w:r>
        <w:rPr>
          <w:rFonts w:ascii="Arial" w:hAnsi="Arial" w:cs="Arial"/>
          <w:sz w:val="24"/>
          <w:rtl/>
          <w:szCs w:val="24"/>
        </w:rPr>
        <w:t>• מי נותן לכם הרבה בלי שאתם שמים לב?</w:t>
      </w:r>
    </w:p>
    <w:p>
      <w:pPr>
        <w:bidi/>
        <w:jc w:val="right"/>
      </w:pPr>
      <w:r>
        <w:rPr>
          <w:rFonts w:ascii="Arial" w:hAnsi="Arial" w:cs="Arial"/>
          <w:sz w:val="24"/>
          <w:rtl/>
          <w:szCs w:val="24"/>
        </w:rPr>
        <w:t>• מה ההבדל בין לתת לבין להשוויץ בנתינה?</w:t>
      </w:r>
    </w:p>
    <w:p>
      <w:pPr>
        <w:bidi/>
        <w:jc w:val="right"/>
      </w:pPr>
      <w:r>
        <w:rPr>
          <w:rFonts w:ascii="Arial" w:hAnsi="Arial" w:cs="Arial"/>
          <w:b/>
          <w:color w:val="2B8A3E"/>
          <w:sz w:val="26"/>
          <w:rtl/>
          <w:szCs w:val="26"/>
          <w:bCs/>
        </w:rPr>
        <w:t>▌ ✨ מילים לחיים: "וירץ עשו לקראתו" (בראשית לג, ד)</w:t>
      </w:r>
    </w:p>
    <w:p>
      <w:pPr>
        <w:bidi/>
        <w:jc w:val="right"/>
      </w:pPr>
      <w:r>
        <w:rPr>
          <w:rFonts w:ascii="Arial" w:hAnsi="Arial" w:cs="Arial"/>
          <w:sz w:val="24"/>
          <w:rtl/>
          <w:szCs w:val="24"/>
        </w:rPr>
        <w:t>אחרי שנים של כעס וריחוק, האחים נפגשים ומתחבקים. פיוס אפשרי גם אחרי ריב ארוך, כשמישהו מוכן לעשות את הצעד הראשון ולפתוח את הלב.</w:t>
      </w:r>
    </w:p>
    <w:p>
      <w:pPr>
        <w:bidi/>
        <w:jc w:val="right"/>
      </w:pPr>
      <w:r>
        <w:rPr>
          <w:rFonts w:ascii="Arial" w:hAnsi="Arial" w:cs="Arial"/>
          <w:sz w:val="24"/>
          <w:rtl/>
          <w:szCs w:val="24"/>
        </w:rPr>
        <w:t>שאלה: מה יכול לעזור לשני חברים לחזור לדבר אחרי ריב?</w:t>
      </w:r>
    </w:p>
    <w:p>
      <w:pPr>
        <w:bidi/>
        <w:jc w:val="right"/>
      </w:pPr>
      <w:r>
        <w:rPr>
          <w:rFonts w:ascii="Arial" w:hAnsi="Arial" w:cs="Arial"/>
          <w:sz w:val="24"/>
          <w:rtl/>
          <w:szCs w:val="24"/>
        </w:rPr>
        <w:t>🧩 חידה: בחצר יש שלוש תרנגולות ושני כלבים. כמה רגליים יש להם יחד?  (תשובה: 14 רגליים (6 של תרנגולות ו-8 של כלבים))</w:t>
      </w:r>
    </w:p>
    <w:p>
      <w:pPr>
        <w:bidi/>
        <w:jc w:val="right"/>
      </w:pPr>
      <w:r>
        <w:rPr>
          <w:rFonts w:ascii="Arial" w:hAnsi="Arial" w:cs="Arial"/>
          <w:sz w:val="24"/>
          <w:rtl/>
          <w:szCs w:val="24"/>
        </w:rPr>
        <w:t>🎯 מטרות: לעזור בבית בלי שיבקשו · לשתף משהו שלי עם חבר · להכין ציור במתנה למישהו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נתתם השבוע, או קיבלתם, שעשה לכם טוב?</w:t>
      </w:r>
    </w:p>
    <w:p>
      <w:pPr>
        <w:bidi/>
        <w:jc w:val="right"/>
      </w:pPr>
      <w:r>
        <w:rPr>
          <w:rFonts w:ascii="Arial" w:hAnsi="Arial" w:cs="Arial"/>
          <w:sz w:val="24"/>
          <w:rtl/>
          <w:szCs w:val="24"/>
        </w:rPr>
        <w:t>• 🙏 תודה למי שנתן לכם משהו השבוע, אפילו קטן</w:t>
      </w:r>
    </w:p>
    <w:p>
      <w:pPr>
        <w:bidi/>
        <w:jc w:val="right"/>
      </w:pPr>
      <w:r>
        <w:rPr>
          <w:rFonts w:ascii="Arial" w:hAnsi="Arial" w:cs="Arial"/>
          <w:sz w:val="24"/>
          <w:rtl/>
          <w:szCs w:val="24"/>
        </w:rPr>
        <w:t>• 💛 מחמאה למישהו שתמיד מוכן לעזור</w:t>
      </w:r>
    </w:p>
    <w:p>
      <w:pPr>
        <w:bidi/>
        <w:jc w:val="right"/>
      </w:pPr>
      <w:r>
        <w:rPr>
          <w:rFonts w:ascii="Arial" w:hAnsi="Arial" w:cs="Arial"/>
          <w:sz w:val="24"/>
          <w:rtl/>
          <w:szCs w:val="24"/>
        </w:rPr>
        <w:t>• 💡 מה למדתם השבוע על נתינה?</w:t>
      </w:r>
    </w:p>
    <w:p>
      <w:pPr>
        <w:bidi/>
        <w:jc w:val="right"/>
      </w:pPr>
      <w:r>
        <w:rPr>
          <w:rFonts w:ascii="Arial" w:hAnsi="Arial" w:cs="Arial"/>
          <w:sz w:val="24"/>
          <w:rtl/>
          <w:szCs w:val="24"/>
        </w:rPr>
        <w:t>• 🌇 שיהיה לכם סוף שבוע מלא בטוב, לתת וגם לקבל</w:t>
      </w:r>
    </w:p>
    <w:p>
      <w:pPr>
        <w:bidi/>
        <w:jc w:val="right"/>
      </w:pPr>
      <w:r>
        <w:rPr>
          <w:rFonts w:ascii="Arial" w:hAnsi="Arial" w:cs="Arial"/>
          <w:sz w:val="24"/>
          <w:rtl/>
          <w:szCs w:val="24"/>
        </w:rPr>
        <w:t>• 🌙 מחזיקים ידיים פתוחות על הברכיים: מוכנים לתת ומוכנים לקבל.</w:t>
      </w:r>
    </w:p>
    <w:p>
      <w:pPr>
        <w:bidi/>
        <w:pStyle w:val="Heading2"/>
        <w:jc w:val="right"/>
      </w:pPr>
      <w:r>
        <w:rPr>
          <w:rFonts w:ascii="Arial" w:hAnsi="Arial" w:cs="Arial"/>
          <w:b/>
          <w:color w:val="2B8A3E"/>
          <w:sz w:val="32"/>
          <w:rtl/>
          <w:szCs w:val="32"/>
          <w:bCs/>
        </w:rPr>
        <w:t>🕯️ מדליקים אור – שבוע שלפני חנוכה – שבוע 29.11 עד 4.12.2026 · י״ט כסלו תשפ״ז</w:t>
      </w:r>
    </w:p>
    <w:p>
      <w:pPr>
        <w:bidi/>
        <w:jc w:val="right"/>
      </w:pPr>
      <w:r>
        <w:rPr>
          <w:rFonts w:ascii="Arial" w:hAnsi="Arial" w:cs="Arial"/>
          <w:color w:val="555577"/>
          <w:sz w:val="24"/>
          <w:rtl/>
          <w:szCs w:val="24"/>
        </w:rPr>
        <w:t>שבוע של הכנה לחנוכה: אור, תקווה, והרצון להאיר גם לאחרים · המשפט של השבוע: "נר קטן יכול להדליק עוד נר – בלי שהאור שלו יחסר"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מַדְלִיקִים אוֹר וּמְאִירִים לַאֲחֵרִים</w:t>
      </w:r>
    </w:p>
    <w:p>
      <w:pPr>
        <w:bidi/>
        <w:jc w:val="right"/>
      </w:pPr>
      <w:r>
        <w:rPr>
          <w:rFonts w:ascii="Arial" w:hAnsi="Arial" w:cs="Arial"/>
          <w:sz w:val="24"/>
          <w:rtl/>
          <w:szCs w:val="24"/>
        </w:rPr>
        <w:t>סיפור (א׳–ד׳): בערב חושך, אדל הדליקה פנס קטן בחדר. אחיה הקטן הפסיק לפחד וחייך. אדל אמרה: גם אור קטן מגרש הרבה חושך!</w:t>
      </w:r>
    </w:p>
    <w:p>
      <w:pPr>
        <w:bidi/>
        <w:jc w:val="right"/>
      </w:pPr>
      <w:r>
        <w:rPr>
          <w:rFonts w:ascii="Arial" w:hAnsi="Arial" w:cs="Arial"/>
          <w:sz w:val="24"/>
          <w:rtl/>
          <w:szCs w:val="24"/>
        </w:rPr>
        <w:t>• מה קרה כשאדל הדליקה את הפנס?</w:t>
      </w:r>
    </w:p>
    <w:p>
      <w:pPr>
        <w:bidi/>
        <w:jc w:val="right"/>
      </w:pPr>
      <w:r>
        <w:rPr>
          <w:rFonts w:ascii="Arial" w:hAnsi="Arial" w:cs="Arial"/>
          <w:sz w:val="24"/>
          <w:rtl/>
          <w:szCs w:val="24"/>
        </w:rPr>
        <w:t>• מה עושה לכם אור בלב?</w:t>
      </w:r>
    </w:p>
    <w:p>
      <w:pPr>
        <w:bidi/>
        <w:jc w:val="right"/>
      </w:pPr>
      <w:r>
        <w:rPr>
          <w:rFonts w:ascii="Arial" w:hAnsi="Arial" w:cs="Arial"/>
          <w:sz w:val="24"/>
          <w:rtl/>
          <w:szCs w:val="24"/>
        </w:rPr>
        <w:t>סיפור (ה׳–ו׳): השבוע הכיתה מכינה חנוכייה גדולה מקרטון לכניסה לבית הספר. כל ילד וילדה כותבים על להבה מנייר משאלה או מעשה טוב. יוסף כתב: לעזור לסבא שלי לסדר את המחסן. ביום שישי, כשכל הלהבות יהיו על הקיר, הכיתה תזהר.</w:t>
      </w:r>
    </w:p>
    <w:p>
      <w:pPr>
        <w:bidi/>
        <w:jc w:val="right"/>
      </w:pPr>
      <w:r>
        <w:rPr>
          <w:rFonts w:ascii="Arial" w:hAnsi="Arial" w:cs="Arial"/>
          <w:sz w:val="24"/>
          <w:rtl/>
          <w:szCs w:val="24"/>
        </w:rPr>
        <w:t>• מה הייתם כותבים על הלהבה שלכם?</w:t>
      </w:r>
    </w:p>
    <w:p>
      <w:pPr>
        <w:bidi/>
        <w:jc w:val="right"/>
      </w:pPr>
      <w:r>
        <w:rPr>
          <w:rFonts w:ascii="Arial" w:hAnsi="Arial" w:cs="Arial"/>
          <w:sz w:val="24"/>
          <w:rtl/>
          <w:szCs w:val="24"/>
        </w:rPr>
        <w:t>• איך אפשר להאיר את היום של מישהו אחר?</w:t>
      </w:r>
    </w:p>
    <w:p>
      <w:pPr>
        <w:bidi/>
        <w:jc w:val="right"/>
      </w:pPr>
      <w:r>
        <w:rPr>
          <w:rFonts w:ascii="Arial" w:hAnsi="Arial" w:cs="Arial"/>
          <w:b/>
          <w:color w:val="2B8A3E"/>
          <w:sz w:val="26"/>
          <w:rtl/>
          <w:szCs w:val="26"/>
          <w:bCs/>
        </w:rPr>
        <w:t>▌ ✨ מילים לחיים: "את אחי אנכי מבקש" (בראשית לז, טז)</w:t>
      </w:r>
    </w:p>
    <w:p>
      <w:pPr>
        <w:bidi/>
        <w:jc w:val="right"/>
      </w:pPr>
      <w:r>
        <w:rPr>
          <w:rFonts w:ascii="Arial" w:hAnsi="Arial" w:cs="Arial"/>
          <w:sz w:val="24"/>
          <w:rtl/>
          <w:szCs w:val="24"/>
        </w:rPr>
        <w:t>יוסף הולך בשדות ומחפש את אחיו, גם אחרי שהיחסים ביניהם היו קשים. לפעמים צריך לצאת ולחפש את הקשר עם מי שקרוב אלינו, אח, אחות או חבר שהתרחק.</w:t>
      </w:r>
    </w:p>
    <w:p>
      <w:pPr>
        <w:bidi/>
        <w:jc w:val="right"/>
      </w:pPr>
      <w:r>
        <w:rPr>
          <w:rFonts w:ascii="Arial" w:hAnsi="Arial" w:cs="Arial"/>
          <w:sz w:val="24"/>
          <w:rtl/>
          <w:szCs w:val="24"/>
        </w:rPr>
        <w:t>שאלה: את מי הייתם רוצים לחפש ולהתקרב אליו השבוע?</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השנה מדליקים את הנר הראשון ביום שישי בערב, 4.12.2026, ערב כ״ה בכסלו</w:t>
      </w:r>
    </w:p>
    <w:p>
      <w:pPr>
        <w:bidi/>
        <w:jc w:val="right"/>
      </w:pPr>
      <w:r>
        <w:rPr>
          <w:rFonts w:ascii="Arial" w:hAnsi="Arial" w:cs="Arial"/>
          <w:sz w:val="24"/>
          <w:rtl/>
          <w:szCs w:val="24"/>
        </w:rPr>
        <w:t>• חנוכה נמשך שמונה ימים, והשנה הוא מסתיים בב׳ בטבת (12.12.2026)</w:t>
      </w:r>
    </w:p>
    <w:p>
      <w:pPr>
        <w:bidi/>
        <w:jc w:val="right"/>
      </w:pPr>
      <w:r>
        <w:rPr>
          <w:rFonts w:ascii="Arial" w:hAnsi="Arial" w:cs="Arial"/>
          <w:sz w:val="24"/>
          <w:rtl/>
          <w:szCs w:val="24"/>
        </w:rPr>
        <w:t>• במסורת מוסיפים נר אחד בכל ערב, ובערב השמיני דולקים שמונה נרות ועוד השמש</w:t>
      </w:r>
    </w:p>
    <w:p>
      <w:pPr>
        <w:bidi/>
        <w:jc w:val="right"/>
      </w:pPr>
      <w:r>
        <w:rPr>
          <w:rFonts w:ascii="Arial" w:hAnsi="Arial" w:cs="Arial"/>
          <w:sz w:val="24"/>
          <w:rtl/>
          <w:szCs w:val="24"/>
        </w:rPr>
        <w:t>• בערב שבת נוהגים להדליק את נרות החנוכה לפני נרות השבת</w:t>
      </w:r>
    </w:p>
    <w:p>
      <w:pPr>
        <w:bidi/>
        <w:jc w:val="right"/>
      </w:pPr>
      <w:r>
        <w:rPr>
          <w:rFonts w:ascii="Arial" w:hAnsi="Arial" w:cs="Arial"/>
          <w:sz w:val="24"/>
          <w:rtl/>
          <w:szCs w:val="24"/>
        </w:rPr>
        <w:t>• נהוג לאכול מאכלים מטוגנים בשמן, כמו לביבות וסופגניות, לזכר נס פך השמן</w:t>
      </w:r>
    </w:p>
    <w:p>
      <w:pPr>
        <w:bidi/>
        <w:jc w:val="right"/>
      </w:pPr>
      <w:r>
        <w:rPr>
          <w:rFonts w:ascii="Arial" w:hAnsi="Arial" w:cs="Arial"/>
          <w:sz w:val="24"/>
          <w:rtl/>
          <w:szCs w:val="24"/>
        </w:rPr>
        <w:t>🧩 חידה: אני מסתובב ומסתובב על רגל אחת קטנה, ועל הצדדים שלי כתובות ארבע אותיות. מה אני?  (תשובה: סביבון)</w:t>
      </w:r>
    </w:p>
    <w:p>
      <w:pPr>
        <w:bidi/>
        <w:jc w:val="right"/>
      </w:pPr>
      <w:r>
        <w:rPr>
          <w:rFonts w:ascii="Arial" w:hAnsi="Arial" w:cs="Arial"/>
          <w:sz w:val="24"/>
          <w:rtl/>
          <w:szCs w:val="24"/>
        </w:rPr>
        <w:t>🎯 מטרות: לעשות מעשה טוב אחד בכל יום ולצייר עליו להבה · לשמח מישהו שנראה עצוב · לעזור בבית בהכנות לחג</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שהיה בו אור, שמחה או תקווה</w:t>
      </w:r>
    </w:p>
    <w:p>
      <w:pPr>
        <w:bidi/>
        <w:jc w:val="right"/>
      </w:pPr>
      <w:r>
        <w:rPr>
          <w:rFonts w:ascii="Arial" w:hAnsi="Arial" w:cs="Arial"/>
          <w:sz w:val="24"/>
          <w:rtl/>
          <w:szCs w:val="24"/>
        </w:rPr>
        <w:t>• 🙏 למי אתם רוצים להודות על כך שהאיר לכם את השבוע?</w:t>
      </w:r>
    </w:p>
    <w:p>
      <w:pPr>
        <w:bidi/>
        <w:jc w:val="right"/>
      </w:pPr>
      <w:r>
        <w:rPr>
          <w:rFonts w:ascii="Arial" w:hAnsi="Arial" w:cs="Arial"/>
          <w:sz w:val="24"/>
          <w:rtl/>
          <w:szCs w:val="24"/>
        </w:rPr>
        <w:t>• 💛 העבירו מחמאה למישהו שהביא אור לכיתה – בחיוך, בעזרה או ברעיון</w:t>
      </w:r>
    </w:p>
    <w:p>
      <w:pPr>
        <w:bidi/>
        <w:jc w:val="right"/>
      </w:pPr>
      <w:r>
        <w:rPr>
          <w:rFonts w:ascii="Arial" w:hAnsi="Arial" w:cs="Arial"/>
          <w:sz w:val="24"/>
          <w:rtl/>
          <w:szCs w:val="24"/>
        </w:rPr>
        <w:t>• 💡 מה למדתי השבוע על אור קטן שמגרש חושך?</w:t>
      </w:r>
    </w:p>
    <w:p>
      <w:pPr>
        <w:bidi/>
        <w:jc w:val="right"/>
      </w:pPr>
      <w:r>
        <w:rPr>
          <w:rFonts w:ascii="Arial" w:hAnsi="Arial" w:cs="Arial"/>
          <w:sz w:val="24"/>
          <w:rtl/>
          <w:szCs w:val="24"/>
        </w:rPr>
        <w:t>• 🌇 חג אורים שמח – שיהיה לכולנו חג מואר, חם ומתוק</w:t>
      </w:r>
    </w:p>
    <w:p>
      <w:pPr>
        <w:bidi/>
        <w:jc w:val="right"/>
      </w:pPr>
      <w:r>
        <w:rPr>
          <w:rFonts w:ascii="Arial" w:hAnsi="Arial" w:cs="Arial"/>
          <w:sz w:val="24"/>
          <w:rtl/>
          <w:szCs w:val="24"/>
        </w:rPr>
        <w:t>• 🌙 דמיינו להבה קטנה ושקטה, והרגישו איך האור שלה מחמם אתכם מבפנים</w:t>
      </w:r>
    </w:p>
    <w:p>
      <w:pPr>
        <w:bidi/>
        <w:pStyle w:val="Heading2"/>
        <w:jc w:val="right"/>
      </w:pPr>
      <w:r>
        <w:rPr>
          <w:rFonts w:ascii="Arial" w:hAnsi="Arial" w:cs="Arial"/>
          <w:b/>
          <w:color w:val="2B8A3E"/>
          <w:sz w:val="32"/>
          <w:rtl/>
          <w:szCs w:val="32"/>
          <w:bCs/>
        </w:rPr>
        <w:t>🕎 חנוכה וחג הבנות – שבוע 6.12 עד 11.12.2026 · כ״ו כסלו תשפ״ז</w:t>
      </w:r>
    </w:p>
    <w:p>
      <w:pPr>
        <w:bidi/>
        <w:jc w:val="right"/>
      </w:pPr>
      <w:r>
        <w:rPr>
          <w:rFonts w:ascii="Arial" w:hAnsi="Arial" w:cs="Arial"/>
          <w:color w:val="555577"/>
          <w:sz w:val="24"/>
          <w:rtl/>
          <w:szCs w:val="24"/>
        </w:rPr>
        <w:t>שבוע של אור, נס ואומץ, וכבוד מיוחד לבנות ולנשים במסורת · המשפט של השבוע: "כל אחד ואחת מאיתנו יכולים להוסיף עוד נר של אור"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נֵר קָטָן מֵאִיר אֶת כָּל הַבַּיִת</w:t>
      </w:r>
    </w:p>
    <w:p>
      <w:pPr>
        <w:bidi/>
        <w:jc w:val="right"/>
      </w:pPr>
      <w:r>
        <w:rPr>
          <w:rFonts w:ascii="Arial" w:hAnsi="Arial" w:cs="Arial"/>
          <w:sz w:val="24"/>
          <w:rtl/>
          <w:szCs w:val="24"/>
        </w:rPr>
        <w:t>סיפור (א׳–ד׳): בכל ערב בחנוכה מאיה וסבתא שלה מדליקות נר אחד יותר. ביום האחרון החנוכייה מלאה באור, ומאיה אמרה: "תראי סבתא, כל יום הוספנו קצת, ועכשיו כל החלון זוהר".</w:t>
      </w:r>
    </w:p>
    <w:p>
      <w:pPr>
        <w:bidi/>
        <w:jc w:val="right"/>
      </w:pPr>
      <w:r>
        <w:rPr>
          <w:rFonts w:ascii="Arial" w:hAnsi="Arial" w:cs="Arial"/>
          <w:sz w:val="24"/>
          <w:rtl/>
          <w:szCs w:val="24"/>
        </w:rPr>
        <w:t>• מה אתם הכי אוהבים בחנוכה?</w:t>
      </w:r>
    </w:p>
    <w:p>
      <w:pPr>
        <w:bidi/>
        <w:jc w:val="right"/>
      </w:pPr>
      <w:r>
        <w:rPr>
          <w:rFonts w:ascii="Arial" w:hAnsi="Arial" w:cs="Arial"/>
          <w:sz w:val="24"/>
          <w:rtl/>
          <w:szCs w:val="24"/>
        </w:rPr>
        <w:t>• מה אפשר לעשות כדי להאיר את היום של מישהו?</w:t>
      </w:r>
    </w:p>
    <w:p>
      <w:pPr>
        <w:bidi/>
        <w:jc w:val="right"/>
      </w:pPr>
      <w:r>
        <w:rPr>
          <w:rFonts w:ascii="Arial" w:hAnsi="Arial" w:cs="Arial"/>
          <w:sz w:val="24"/>
          <w:rtl/>
          <w:szCs w:val="24"/>
        </w:rPr>
        <w:t>סיפור (ה׳–ו׳): השבוע הכיתה מתכננת מסיבת חנוכה, ויש ויכוח: סופגניות או לביבות? יוסף הציע להביא את שתיהן, ועוד מאכל חג מהבית של כל אחד. אלמז הביאה עוגיות מיוחדות של סבתא שלה. איך מנהגים שונים מוסיפים אור למסיבה אחת?</w:t>
      </w:r>
    </w:p>
    <w:p>
      <w:pPr>
        <w:bidi/>
        <w:jc w:val="right"/>
      </w:pPr>
      <w:r>
        <w:rPr>
          <w:rFonts w:ascii="Arial" w:hAnsi="Arial" w:cs="Arial"/>
          <w:sz w:val="24"/>
          <w:rtl/>
          <w:szCs w:val="24"/>
        </w:rPr>
        <w:t>• איזה מנהג חנוכה יש אצלכם בבית?</w:t>
      </w:r>
    </w:p>
    <w:p>
      <w:pPr>
        <w:bidi/>
        <w:jc w:val="right"/>
      </w:pPr>
      <w:r>
        <w:rPr>
          <w:rFonts w:ascii="Arial" w:hAnsi="Arial" w:cs="Arial"/>
          <w:sz w:val="24"/>
          <w:rtl/>
          <w:szCs w:val="24"/>
        </w:rPr>
        <w:t>• מה זה בעיניכם "נס קטן" ביומיום?</w:t>
      </w:r>
    </w:p>
    <w:p>
      <w:pPr>
        <w:bidi/>
        <w:jc w:val="right"/>
      </w:pPr>
      <w:r>
        <w:rPr>
          <w:rFonts w:ascii="Arial" w:hAnsi="Arial" w:cs="Arial"/>
          <w:b/>
          <w:color w:val="2B8A3E"/>
          <w:sz w:val="26"/>
          <w:rtl/>
          <w:szCs w:val="26"/>
          <w:bCs/>
        </w:rPr>
        <w:t>▌ ✨ מילים לחיים: "אבל אשמים אנחנו" (בראשית מב, כא)</w:t>
      </w:r>
    </w:p>
    <w:p>
      <w:pPr>
        <w:bidi/>
        <w:jc w:val="right"/>
      </w:pPr>
      <w:r>
        <w:rPr>
          <w:rFonts w:ascii="Arial" w:hAnsi="Arial" w:cs="Arial"/>
          <w:sz w:val="24"/>
          <w:rtl/>
          <w:szCs w:val="24"/>
        </w:rPr>
        <w:t>האחים עוצרים ומודים בטעות שעשו לפני שנים. לקחת אחריות זה לא קל, אבל זה הצעד הראשון לתיקון, בכיתה, בבית ובכל קשר.</w:t>
      </w:r>
    </w:p>
    <w:p>
      <w:pPr>
        <w:bidi/>
        <w:jc w:val="right"/>
      </w:pPr>
      <w:r>
        <w:rPr>
          <w:rFonts w:ascii="Arial" w:hAnsi="Arial" w:cs="Arial"/>
          <w:sz w:val="24"/>
          <w:rtl/>
          <w:szCs w:val="24"/>
        </w:rPr>
        <w:t>שאלה: מה עוזר לכם להודות בטעות ולומר סליחה?</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חנוכה נמשך שמונה ימים, מכ״ה בכסליו עד ב׳ בטבת; ב-2026 מדליקים את הנר הראשון ביום שישי בערב, 4.12</w:t>
      </w:r>
    </w:p>
    <w:p>
      <w:pPr>
        <w:bidi/>
        <w:jc w:val="right"/>
      </w:pPr>
      <w:r>
        <w:rPr>
          <w:rFonts w:ascii="Arial" w:hAnsi="Arial" w:cs="Arial"/>
          <w:sz w:val="24"/>
          <w:rtl/>
          <w:szCs w:val="24"/>
        </w:rPr>
        <w:t>• נהוג להעמיד את החנוכייה ליד החלון או הפתח, כדי לפרסם את הנס</w:t>
      </w:r>
    </w:p>
    <w:p>
      <w:pPr>
        <w:bidi/>
        <w:jc w:val="right"/>
      </w:pPr>
      <w:r>
        <w:rPr>
          <w:rFonts w:ascii="Arial" w:hAnsi="Arial" w:cs="Arial"/>
          <w:sz w:val="24"/>
          <w:rtl/>
          <w:szCs w:val="24"/>
        </w:rPr>
        <w:t>• במסורת נהוג לאכול מאכלים מטוגנים בשמן, כמו לביבות וסופגניות, לזכר נס פח השמן</w:t>
      </w:r>
    </w:p>
    <w:p>
      <w:pPr>
        <w:bidi/>
        <w:jc w:val="right"/>
      </w:pPr>
      <w:r>
        <w:rPr>
          <w:rFonts w:ascii="Arial" w:hAnsi="Arial" w:cs="Arial"/>
          <w:sz w:val="24"/>
          <w:rtl/>
          <w:szCs w:val="24"/>
        </w:rPr>
        <w:t>• חג הבנות ("עיד אל בנאת") נחגג במסורת יהודי צפון אפריקה בראש חודש טבת, שחל בחנוכה; ב-2026 ראש חודש טבת חל ביום חמישי–שישי, 10–11.12</w:t>
      </w:r>
    </w:p>
    <w:p>
      <w:pPr>
        <w:bidi/>
        <w:jc w:val="right"/>
      </w:pPr>
      <w:r>
        <w:rPr>
          <w:rFonts w:ascii="Arial" w:hAnsi="Arial" w:cs="Arial"/>
          <w:sz w:val="24"/>
          <w:rtl/>
          <w:szCs w:val="24"/>
        </w:rPr>
        <w:t>• בחג הבנות נהוג במסורת לכבד בנות ונשים, לתת להן מתנות ולערוך סעודה משותפת, ולהיזכר בנשים אמיצות מסיפורי החג</w:t>
      </w:r>
    </w:p>
    <w:p>
      <w:pPr>
        <w:bidi/>
        <w:jc w:val="right"/>
      </w:pPr>
      <w:r>
        <w:rPr>
          <w:rFonts w:ascii="Arial" w:hAnsi="Arial" w:cs="Arial"/>
          <w:sz w:val="24"/>
          <w:rtl/>
          <w:szCs w:val="24"/>
        </w:rPr>
        <w:t>🧩 חידה: אני מסתובב ומסתובב, יש עליי ארבע אותיות, ובסוף אני נופל על צד אחד. מה אני?  (תשובה: סביבון)</w:t>
      </w:r>
    </w:p>
    <w:p>
      <w:pPr>
        <w:bidi/>
        <w:jc w:val="right"/>
      </w:pPr>
      <w:r>
        <w:rPr>
          <w:rFonts w:ascii="Arial" w:hAnsi="Arial" w:cs="Arial"/>
          <w:sz w:val="24"/>
          <w:rtl/>
          <w:szCs w:val="24"/>
        </w:rPr>
        <w:t>🎯 מטרות: לעזור בהדלקת הנרות בבית · להביא אור לחבר: מילה טובה או עזרה · לשחק בסביבון עם מישהו חדש</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מואר שלכם בשבוע החנוכה?</w:t>
      </w:r>
    </w:p>
    <w:p>
      <w:pPr>
        <w:bidi/>
        <w:jc w:val="right"/>
      </w:pPr>
      <w:r>
        <w:rPr>
          <w:rFonts w:ascii="Arial" w:hAnsi="Arial" w:cs="Arial"/>
          <w:sz w:val="24"/>
          <w:rtl/>
          <w:szCs w:val="24"/>
        </w:rPr>
        <w:t>• 🙏 למי תרצו להודות על שהאיר לכם את השבוע? אולי לבנות ולנשים שבחייכם</w:t>
      </w:r>
    </w:p>
    <w:p>
      <w:pPr>
        <w:bidi/>
        <w:jc w:val="right"/>
      </w:pPr>
      <w:r>
        <w:rPr>
          <w:rFonts w:ascii="Arial" w:hAnsi="Arial" w:cs="Arial"/>
          <w:sz w:val="24"/>
          <w:rtl/>
          <w:szCs w:val="24"/>
        </w:rPr>
        <w:t>• 💛 מחמאת אור: "הוספת אור לכיתה כש..."</w:t>
      </w:r>
    </w:p>
    <w:p>
      <w:pPr>
        <w:bidi/>
        <w:jc w:val="right"/>
      </w:pPr>
      <w:r>
        <w:rPr>
          <w:rFonts w:ascii="Arial" w:hAnsi="Arial" w:cs="Arial"/>
          <w:sz w:val="24"/>
          <w:rtl/>
          <w:szCs w:val="24"/>
        </w:rPr>
        <w:t>• 💡 מה למדתי השבוע על אור, נס ואומץ?</w:t>
      </w:r>
    </w:p>
    <w:p>
      <w:pPr>
        <w:bidi/>
        <w:jc w:val="right"/>
      </w:pPr>
      <w:r>
        <w:rPr>
          <w:rFonts w:ascii="Arial" w:hAnsi="Arial" w:cs="Arial"/>
          <w:sz w:val="24"/>
          <w:rtl/>
          <w:szCs w:val="24"/>
        </w:rPr>
        <w:t>• 🌇 שיהיה לכולנו סוף חג מואר, מתוק וחם, עם האנשים שאנחנו אוהבים</w:t>
      </w:r>
    </w:p>
    <w:p>
      <w:pPr>
        <w:bidi/>
        <w:jc w:val="right"/>
      </w:pPr>
      <w:r>
        <w:rPr>
          <w:rFonts w:ascii="Arial" w:hAnsi="Arial" w:cs="Arial"/>
          <w:sz w:val="24"/>
          <w:rtl/>
          <w:szCs w:val="24"/>
        </w:rPr>
        <w:t>• 🌙 נדמיין להבה קטנה ושקטה, ננשום לאט, ונרגיש את האור בתוכנו</w:t>
      </w:r>
    </w:p>
    <w:p>
      <w:pPr>
        <w:bidi/>
        <w:pStyle w:val="Heading2"/>
        <w:jc w:val="right"/>
      </w:pPr>
      <w:r>
        <w:rPr>
          <w:rFonts w:ascii="Arial" w:hAnsi="Arial" w:cs="Arial"/>
          <w:b/>
          <w:color w:val="2B8A3E"/>
          <w:sz w:val="32"/>
          <w:rtl/>
          <w:szCs w:val="32"/>
          <w:bCs/>
        </w:rPr>
        <w:t>🌈 תקווה – שבוע 13.12 עד 18.12.2026 · ג׳ טבת תשפ״ז</w:t>
      </w:r>
    </w:p>
    <w:p>
      <w:pPr>
        <w:bidi/>
        <w:jc w:val="right"/>
      </w:pPr>
      <w:r>
        <w:rPr>
          <w:rFonts w:ascii="Arial" w:hAnsi="Arial" w:cs="Arial"/>
          <w:color w:val="555577"/>
          <w:sz w:val="24"/>
          <w:rtl/>
          <w:szCs w:val="24"/>
        </w:rPr>
        <w:t>האמונה שאפשר לטוב לבוא, והכוח להמשיך לפעול לקראתו · המשפט של השבוע: "גם בלילה הארוך ביותר, הבוקר כבר בדרך"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מָחָר יָכוֹל לִהְיוֹת טוֹב יוֹתֵר</w:t>
      </w:r>
    </w:p>
    <w:p>
      <w:pPr>
        <w:bidi/>
        <w:jc w:val="right"/>
      </w:pPr>
      <w:r>
        <w:rPr>
          <w:rFonts w:ascii="Arial" w:hAnsi="Arial" w:cs="Arial"/>
          <w:sz w:val="24"/>
          <w:rtl/>
          <w:szCs w:val="24"/>
        </w:rPr>
        <w:t>סיפור (א׳–ד׳): ירד גשם כל היום, ומיכאל היה עצוב כי לא יצאו לחצר. פתאום יצאה השמש ובשמיים הופיעה קשת. כל הכיתה רצה לחלון.</w:t>
      </w:r>
    </w:p>
    <w:p>
      <w:pPr>
        <w:bidi/>
        <w:jc w:val="right"/>
      </w:pPr>
      <w:r>
        <w:rPr>
          <w:rFonts w:ascii="Arial" w:hAnsi="Arial" w:cs="Arial"/>
          <w:sz w:val="24"/>
          <w:rtl/>
          <w:szCs w:val="24"/>
        </w:rPr>
        <w:t>• למה אתם מחכים השבוע?</w:t>
      </w:r>
    </w:p>
    <w:p>
      <w:pPr>
        <w:bidi/>
        <w:jc w:val="right"/>
      </w:pPr>
      <w:r>
        <w:rPr>
          <w:rFonts w:ascii="Arial" w:hAnsi="Arial" w:cs="Arial"/>
          <w:sz w:val="24"/>
          <w:rtl/>
          <w:szCs w:val="24"/>
        </w:rPr>
        <w:t>• מה משמח אתכם כשקצת עצוב?</w:t>
      </w:r>
    </w:p>
    <w:p>
      <w:pPr>
        <w:bidi/>
        <w:jc w:val="right"/>
      </w:pPr>
      <w:r>
        <w:rPr>
          <w:rFonts w:ascii="Arial" w:hAnsi="Arial" w:cs="Arial"/>
          <w:sz w:val="24"/>
          <w:rtl/>
          <w:szCs w:val="24"/>
        </w:rPr>
        <w:t>סיפור (ה׳–ו׳): הקבוצה של אדל הפסידה חמישה משחקים ברצף. כולם רצו לפרוש, אבל המאמנת אמרה: "בואו נבחר דבר אחד קטן להשתפר בו." במשחק השישי הם עדיין הפסידו, אבל רק בנקודה אחת. האם זה ניצחון?</w:t>
      </w:r>
    </w:p>
    <w:p>
      <w:pPr>
        <w:bidi/>
        <w:jc w:val="right"/>
      </w:pPr>
      <w:r>
        <w:rPr>
          <w:rFonts w:ascii="Arial" w:hAnsi="Arial" w:cs="Arial"/>
          <w:sz w:val="24"/>
          <w:rtl/>
          <w:szCs w:val="24"/>
        </w:rPr>
        <w:t>• מה ההבדל בין לחכות לטוב לבין לעשות משהו בשבילו?</w:t>
      </w:r>
    </w:p>
    <w:p>
      <w:pPr>
        <w:bidi/>
        <w:jc w:val="right"/>
      </w:pPr>
      <w:r>
        <w:rPr>
          <w:rFonts w:ascii="Arial" w:hAnsi="Arial" w:cs="Arial"/>
          <w:sz w:val="24"/>
          <w:rtl/>
          <w:szCs w:val="24"/>
        </w:rPr>
        <w:t>• מי נותן לכם תקווה?</w:t>
      </w:r>
    </w:p>
    <w:p>
      <w:pPr>
        <w:bidi/>
        <w:jc w:val="right"/>
      </w:pPr>
      <w:r>
        <w:rPr>
          <w:rFonts w:ascii="Arial" w:hAnsi="Arial" w:cs="Arial"/>
          <w:b/>
          <w:color w:val="2B8A3E"/>
          <w:sz w:val="26"/>
          <w:rtl/>
          <w:szCs w:val="26"/>
          <w:bCs/>
        </w:rPr>
        <w:t>▌ ✨ מילים לחיים: "אני יוסף אחיכם" (בראשית מה, ד)</w:t>
      </w:r>
    </w:p>
    <w:p>
      <w:pPr>
        <w:bidi/>
        <w:jc w:val="right"/>
      </w:pPr>
      <w:r>
        <w:rPr>
          <w:rFonts w:ascii="Arial" w:hAnsi="Arial" w:cs="Arial"/>
          <w:sz w:val="24"/>
          <w:rtl/>
          <w:szCs w:val="24"/>
        </w:rPr>
        <w:t>אחרי שנים של סוד, יוסף מגלה לאחיו מי הוא ובוחר לקרב במקום להעניש. לבחור בקרבה אחרי פגיעה דורש אומץ גדול ולב רחב.</w:t>
      </w:r>
    </w:p>
    <w:p>
      <w:pPr>
        <w:bidi/>
        <w:jc w:val="right"/>
      </w:pPr>
      <w:r>
        <w:rPr>
          <w:rFonts w:ascii="Arial" w:hAnsi="Arial" w:cs="Arial"/>
          <w:sz w:val="24"/>
          <w:rtl/>
          <w:szCs w:val="24"/>
        </w:rPr>
        <w:t>שאלה: מה צריך לקרות כדי שנוכל לסלוח למישהו שפגע בנו?</w:t>
      </w:r>
    </w:p>
    <w:p>
      <w:pPr>
        <w:bidi/>
        <w:jc w:val="right"/>
      </w:pPr>
      <w:r>
        <w:rPr>
          <w:rFonts w:ascii="Arial" w:hAnsi="Arial" w:cs="Arial"/>
          <w:sz w:val="24"/>
          <w:rtl/>
          <w:szCs w:val="24"/>
        </w:rPr>
        <w:t>🧩 חידה: אני נותן אור, ובכל רגע שאני דולק אני נעשה קצר יותר. מי אני?  (תשובה: נר)</w:t>
      </w:r>
    </w:p>
    <w:p>
      <w:pPr>
        <w:bidi/>
        <w:jc w:val="right"/>
      </w:pPr>
      <w:r>
        <w:rPr>
          <w:rFonts w:ascii="Arial" w:hAnsi="Arial" w:cs="Arial"/>
          <w:sz w:val="24"/>
          <w:rtl/>
          <w:szCs w:val="24"/>
        </w:rPr>
        <w:t>🎯 מטרות: לצייר משהו שאני מחכה לו · לחשוב כל ערב על דבר טוב למחר · לשמח מישהו עצוב</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השבוע דבר שנתן לכם תקווה?</w:t>
      </w:r>
    </w:p>
    <w:p>
      <w:pPr>
        <w:bidi/>
        <w:jc w:val="right"/>
      </w:pPr>
      <w:r>
        <w:rPr>
          <w:rFonts w:ascii="Arial" w:hAnsi="Arial" w:cs="Arial"/>
          <w:sz w:val="24"/>
          <w:rtl/>
          <w:szCs w:val="24"/>
        </w:rPr>
        <w:t>• 🙏 תודה למי שעודד אתכם או האמין בכם</w:t>
      </w:r>
    </w:p>
    <w:p>
      <w:pPr>
        <w:bidi/>
        <w:jc w:val="right"/>
      </w:pPr>
      <w:r>
        <w:rPr>
          <w:rFonts w:ascii="Arial" w:hAnsi="Arial" w:cs="Arial"/>
          <w:sz w:val="24"/>
          <w:rtl/>
          <w:szCs w:val="24"/>
        </w:rPr>
        <w:t>• 💛 מחמאה למישהו שתמיד מביא אור ושמחה</w:t>
      </w:r>
    </w:p>
    <w:p>
      <w:pPr>
        <w:bidi/>
        <w:jc w:val="right"/>
      </w:pPr>
      <w:r>
        <w:rPr>
          <w:rFonts w:ascii="Arial" w:hAnsi="Arial" w:cs="Arial"/>
          <w:sz w:val="24"/>
          <w:rtl/>
          <w:szCs w:val="24"/>
        </w:rPr>
        <w:t>• 💡 מה למדתם השבוע על תקווה?</w:t>
      </w:r>
    </w:p>
    <w:p>
      <w:pPr>
        <w:bidi/>
        <w:jc w:val="right"/>
      </w:pPr>
      <w:r>
        <w:rPr>
          <w:rFonts w:ascii="Arial" w:hAnsi="Arial" w:cs="Arial"/>
          <w:sz w:val="24"/>
          <w:rtl/>
          <w:szCs w:val="24"/>
        </w:rPr>
        <w:t>• 🌇 שסוף השבוע יביא לכם רגעים של אור ושל מנוחה</w:t>
      </w:r>
    </w:p>
    <w:p>
      <w:pPr>
        <w:bidi/>
        <w:jc w:val="right"/>
      </w:pPr>
      <w:r>
        <w:rPr>
          <w:rFonts w:ascii="Arial" w:hAnsi="Arial" w:cs="Arial"/>
          <w:sz w:val="24"/>
          <w:rtl/>
          <w:szCs w:val="24"/>
        </w:rPr>
        <w:t>• 🌙 מדמיינים אור קטן בלב, ובכל נשימה הוא גדל עוד קצת.</w:t>
      </w:r>
    </w:p>
    <w:p>
      <w:pPr>
        <w:bidi/>
        <w:pStyle w:val="Heading2"/>
        <w:jc w:val="right"/>
      </w:pPr>
      <w:r>
        <w:rPr>
          <w:rFonts w:ascii="Arial" w:hAnsi="Arial" w:cs="Arial"/>
          <w:b/>
          <w:color w:val="2B8A3E"/>
          <w:sz w:val="32"/>
          <w:rtl/>
          <w:szCs w:val="32"/>
          <w:bCs/>
        </w:rPr>
        <w:t>💞 אמפתיה – שבוע 20.12 עד 25.12.2026 · י׳ טבת תשפ״ז</w:t>
      </w:r>
    </w:p>
    <w:p>
      <w:pPr>
        <w:bidi/>
        <w:jc w:val="right"/>
      </w:pPr>
      <w:r>
        <w:rPr>
          <w:rFonts w:ascii="Arial" w:hAnsi="Arial" w:cs="Arial"/>
          <w:color w:val="555577"/>
          <w:sz w:val="24"/>
          <w:rtl/>
          <w:szCs w:val="24"/>
        </w:rPr>
        <w:t>היכולת להרגיש ולהבין מה עובר על אדם אחר, ולהגיב ברגישות · המשפט של השבוע: "לראות את העולם, לרגע, דרך העיניים של מישהו אחר"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שָׂמִים לֵב אֵיךְ הָאַחֵר מַרְגִּישׁ</w:t>
      </w:r>
    </w:p>
    <w:p>
      <w:pPr>
        <w:bidi/>
        <w:jc w:val="right"/>
      </w:pPr>
      <w:r>
        <w:rPr>
          <w:rFonts w:ascii="Arial" w:hAnsi="Arial" w:cs="Arial"/>
          <w:sz w:val="24"/>
          <w:rtl/>
          <w:szCs w:val="24"/>
        </w:rPr>
        <w:t>סיפור (א׳–ד׳): נועה בכתה כי הבלון שלה עף. אלמז לא אמרה "זה רק בלון". היא חיבקה אותה ואמרה: "גם אני הייתי עצובה."</w:t>
      </w:r>
    </w:p>
    <w:p>
      <w:pPr>
        <w:bidi/>
        <w:jc w:val="right"/>
      </w:pPr>
      <w:r>
        <w:rPr>
          <w:rFonts w:ascii="Arial" w:hAnsi="Arial" w:cs="Arial"/>
          <w:sz w:val="24"/>
          <w:rtl/>
          <w:szCs w:val="24"/>
        </w:rPr>
        <w:t>• איך יודעים שחבר עצוב?</w:t>
      </w:r>
    </w:p>
    <w:p>
      <w:pPr>
        <w:bidi/>
        <w:jc w:val="right"/>
      </w:pPr>
      <w:r>
        <w:rPr>
          <w:rFonts w:ascii="Arial" w:hAnsi="Arial" w:cs="Arial"/>
          <w:sz w:val="24"/>
          <w:rtl/>
          <w:szCs w:val="24"/>
        </w:rPr>
        <w:t>• מה אפשר להגיד לחבר עצוב?</w:t>
      </w:r>
    </w:p>
    <w:p>
      <w:pPr>
        <w:bidi/>
        <w:jc w:val="right"/>
      </w:pPr>
      <w:r>
        <w:rPr>
          <w:rFonts w:ascii="Arial" w:hAnsi="Arial" w:cs="Arial"/>
          <w:sz w:val="24"/>
          <w:rtl/>
          <w:szCs w:val="24"/>
        </w:rPr>
        <w:t>סיפור (ה׳–ו׳): דניאל קיבל ציון נמוך ונראה עצוב. יוסף אמר לו "נו, זה רק מבחן, לי היה יותר גרוע". דניאל נעשה עוד יותר עצוב. מה יוסף ניסה לעשות, ולמה זה לא עבד?</w:t>
      </w:r>
    </w:p>
    <w:p>
      <w:pPr>
        <w:bidi/>
        <w:jc w:val="right"/>
      </w:pPr>
      <w:r>
        <w:rPr>
          <w:rFonts w:ascii="Arial" w:hAnsi="Arial" w:cs="Arial"/>
          <w:sz w:val="24"/>
          <w:rtl/>
          <w:szCs w:val="24"/>
        </w:rPr>
        <w:t>• למה "לי היה יותר גרוע" לא תמיד עוזר?</w:t>
      </w:r>
    </w:p>
    <w:p>
      <w:pPr>
        <w:bidi/>
        <w:jc w:val="right"/>
      </w:pPr>
      <w:r>
        <w:rPr>
          <w:rFonts w:ascii="Arial" w:hAnsi="Arial" w:cs="Arial"/>
          <w:sz w:val="24"/>
          <w:rtl/>
          <w:szCs w:val="24"/>
        </w:rPr>
        <w:t>• מתי מישהו הבין אתכם בלי שהסברתם?</w:t>
      </w:r>
    </w:p>
    <w:p>
      <w:pPr>
        <w:bidi/>
        <w:jc w:val="right"/>
      </w:pPr>
      <w:r>
        <w:rPr>
          <w:rFonts w:ascii="Arial" w:hAnsi="Arial" w:cs="Arial"/>
          <w:b/>
          <w:color w:val="2B8A3E"/>
          <w:sz w:val="26"/>
          <w:rtl/>
          <w:szCs w:val="26"/>
          <w:bCs/>
        </w:rPr>
        <w:t>▌ ✨ מילים לחיים: "וידבר על לבם" (בראשית נ, כא)</w:t>
      </w:r>
    </w:p>
    <w:p>
      <w:pPr>
        <w:bidi/>
        <w:jc w:val="right"/>
      </w:pPr>
      <w:r>
        <w:rPr>
          <w:rFonts w:ascii="Arial" w:hAnsi="Arial" w:cs="Arial"/>
          <w:sz w:val="24"/>
          <w:rtl/>
          <w:szCs w:val="24"/>
        </w:rPr>
        <w:t>יוסף לא רק סלח לאחיו, הוא גם דיבר אליהם בעדינות והרגיע אותם. למילים רכות יש כוח גדול: הן מחזקות, מרגיעות ובונות אמון.</w:t>
      </w:r>
    </w:p>
    <w:p>
      <w:pPr>
        <w:bidi/>
        <w:jc w:val="right"/>
      </w:pPr>
      <w:r>
        <w:rPr>
          <w:rFonts w:ascii="Arial" w:hAnsi="Arial" w:cs="Arial"/>
          <w:sz w:val="24"/>
          <w:rtl/>
          <w:szCs w:val="24"/>
        </w:rPr>
        <w:t>שאלה: איזו מילה טובה הייתם רוצים לשמוע השבוע, ולמי תגידו אותה?</w:t>
      </w:r>
    </w:p>
    <w:p>
      <w:pPr>
        <w:bidi/>
        <w:jc w:val="right"/>
      </w:pPr>
      <w:r>
        <w:rPr>
          <w:rFonts w:ascii="Arial" w:hAnsi="Arial" w:cs="Arial"/>
          <w:sz w:val="24"/>
          <w:rtl/>
          <w:szCs w:val="24"/>
        </w:rPr>
        <w:t>🧩 חידה: אני מלא חורים, ובכל זאת אני מחזיק מים. מי אני?  (תשובה: ספוג)</w:t>
      </w:r>
    </w:p>
    <w:p>
      <w:pPr>
        <w:bidi/>
        <w:jc w:val="right"/>
      </w:pPr>
      <w:r>
        <w:rPr>
          <w:rFonts w:ascii="Arial" w:hAnsi="Arial" w:cs="Arial"/>
          <w:sz w:val="24"/>
          <w:rtl/>
          <w:szCs w:val="24"/>
        </w:rPr>
        <w:t>🎯 מטרות: לשאול חבר עצוב "מה קרה?" · לחבק או לשבת ליד מי שקשה לו · לשים לב לפרצופים של החברים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הבין אתכם בלי מילים?</w:t>
      </w:r>
    </w:p>
    <w:p>
      <w:pPr>
        <w:bidi/>
        <w:jc w:val="right"/>
      </w:pPr>
      <w:r>
        <w:rPr>
          <w:rFonts w:ascii="Arial" w:hAnsi="Arial" w:cs="Arial"/>
          <w:sz w:val="24"/>
          <w:rtl/>
          <w:szCs w:val="24"/>
        </w:rPr>
        <w:t>• 🙏 תודה למי ששם לב אליכם השבוע</w:t>
      </w:r>
    </w:p>
    <w:p>
      <w:pPr>
        <w:bidi/>
        <w:jc w:val="right"/>
      </w:pPr>
      <w:r>
        <w:rPr>
          <w:rFonts w:ascii="Arial" w:hAnsi="Arial" w:cs="Arial"/>
          <w:sz w:val="24"/>
          <w:rtl/>
          <w:szCs w:val="24"/>
        </w:rPr>
        <w:t>• 💛 מחמאה למישהו רגיש ושם לב לאחרים</w:t>
      </w:r>
    </w:p>
    <w:p>
      <w:pPr>
        <w:bidi/>
        <w:jc w:val="right"/>
      </w:pPr>
      <w:r>
        <w:rPr>
          <w:rFonts w:ascii="Arial" w:hAnsi="Arial" w:cs="Arial"/>
          <w:sz w:val="24"/>
          <w:rtl/>
          <w:szCs w:val="24"/>
        </w:rPr>
        <w:t>• 💡 מה למדתם השבוע כשניסיתם להבין מישהו אחר?</w:t>
      </w:r>
    </w:p>
    <w:p>
      <w:pPr>
        <w:bidi/>
        <w:jc w:val="right"/>
      </w:pPr>
      <w:r>
        <w:rPr>
          <w:rFonts w:ascii="Arial" w:hAnsi="Arial" w:cs="Arial"/>
          <w:sz w:val="24"/>
          <w:rtl/>
          <w:szCs w:val="24"/>
        </w:rPr>
        <w:t>• 🌇 שיהיה לכם סוף שבוע עם אנשים שמבינים אתכם</w:t>
      </w:r>
    </w:p>
    <w:p>
      <w:pPr>
        <w:bidi/>
        <w:jc w:val="right"/>
      </w:pPr>
      <w:r>
        <w:rPr>
          <w:rFonts w:ascii="Arial" w:hAnsi="Arial" w:cs="Arial"/>
          <w:sz w:val="24"/>
          <w:rtl/>
          <w:szCs w:val="24"/>
        </w:rPr>
        <w:t>• 🌙 שולחים בלב חיבוק שקט לכל מי שקשה לו היום.</w:t>
      </w:r>
    </w:p>
    <w:p>
      <w:pPr>
        <w:bidi/>
        <w:pStyle w:val="Heading2"/>
        <w:jc w:val="right"/>
      </w:pPr>
      <w:r>
        <w:rPr>
          <w:rFonts w:ascii="Arial" w:hAnsi="Arial" w:cs="Arial"/>
          <w:b/>
          <w:color w:val="2B8A3E"/>
          <w:sz w:val="32"/>
          <w:rtl/>
          <w:szCs w:val="32"/>
          <w:bCs/>
        </w:rPr>
        <w:t>🧱 שיתוף פעולה – שבוע 27.12 עד 1.1.2027 · י״ז טבת תשפ״ז</w:t>
      </w:r>
    </w:p>
    <w:p>
      <w:pPr>
        <w:bidi/>
        <w:jc w:val="right"/>
      </w:pPr>
      <w:r>
        <w:rPr>
          <w:rFonts w:ascii="Arial" w:hAnsi="Arial" w:cs="Arial"/>
          <w:color w:val="555577"/>
          <w:sz w:val="24"/>
          <w:rtl/>
          <w:szCs w:val="24"/>
        </w:rPr>
        <w:t>לעבוד יחד למען מטרה משותפת, כשכל אחד ואחת תורמים את החלק שלהם · המשפט של השבוע: "כל אחד מביא חלק, וביחד יוצאת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בְּיַחַד מַצְלִיחִים יוֹתֵר</w:t>
      </w:r>
    </w:p>
    <w:p>
      <w:pPr>
        <w:bidi/>
        <w:jc w:val="right"/>
      </w:pPr>
      <w:r>
        <w:rPr>
          <w:rFonts w:ascii="Arial" w:hAnsi="Arial" w:cs="Arial"/>
          <w:sz w:val="24"/>
          <w:rtl/>
          <w:szCs w:val="24"/>
        </w:rPr>
        <w:t>סיפור (א׳–ד׳): הכיתה בנתה מגדל מקוביות. כל ילד הוסיף קובייה אחת. המגדל הגיע כמעט עד התקרה, וכולם מחאו כפיים.</w:t>
      </w:r>
    </w:p>
    <w:p>
      <w:pPr>
        <w:bidi/>
        <w:jc w:val="right"/>
      </w:pPr>
      <w:r>
        <w:rPr>
          <w:rFonts w:ascii="Arial" w:hAnsi="Arial" w:cs="Arial"/>
          <w:sz w:val="24"/>
          <w:rtl/>
          <w:szCs w:val="24"/>
        </w:rPr>
        <w:t>• מה כיף לעשות ביחד?</w:t>
      </w:r>
    </w:p>
    <w:p>
      <w:pPr>
        <w:bidi/>
        <w:jc w:val="right"/>
      </w:pPr>
      <w:r>
        <w:rPr>
          <w:rFonts w:ascii="Arial" w:hAnsi="Arial" w:cs="Arial"/>
          <w:sz w:val="24"/>
          <w:rtl/>
          <w:szCs w:val="24"/>
        </w:rPr>
        <w:t>• איך עוזרים זה לזה במשחק?</w:t>
      </w:r>
    </w:p>
    <w:p>
      <w:pPr>
        <w:bidi/>
        <w:jc w:val="right"/>
      </w:pPr>
      <w:r>
        <w:rPr>
          <w:rFonts w:ascii="Arial" w:hAnsi="Arial" w:cs="Arial"/>
          <w:sz w:val="24"/>
          <w:rtl/>
          <w:szCs w:val="24"/>
        </w:rPr>
        <w:t>סיפור (ה׳–ו׳): בעבודה בקבוצה איתי רוצה להחליט על הכול, ומאיה ואדל כבר מפסיקות להציע רעיונות. בסוף העבודה יוצאת בדיוק כמו שאיתי חשב, אבל משעממת. מה הקבוצה הפסידה?</w:t>
      </w:r>
    </w:p>
    <w:p>
      <w:pPr>
        <w:bidi/>
        <w:jc w:val="right"/>
      </w:pPr>
      <w:r>
        <w:rPr>
          <w:rFonts w:ascii="Arial" w:hAnsi="Arial" w:cs="Arial"/>
          <w:sz w:val="24"/>
          <w:rtl/>
          <w:szCs w:val="24"/>
        </w:rPr>
        <w:t>• מה עושים כשמישהו בקבוצה מחליט על הכול?</w:t>
      </w:r>
    </w:p>
    <w:p>
      <w:pPr>
        <w:bidi/>
        <w:jc w:val="right"/>
      </w:pPr>
      <w:r>
        <w:rPr>
          <w:rFonts w:ascii="Arial" w:hAnsi="Arial" w:cs="Arial"/>
          <w:sz w:val="24"/>
          <w:rtl/>
          <w:szCs w:val="24"/>
        </w:rPr>
        <w:t>• מתי עבדתם טוב בקבוצה, ומה עזר?</w:t>
      </w:r>
    </w:p>
    <w:p>
      <w:pPr>
        <w:bidi/>
        <w:jc w:val="right"/>
      </w:pPr>
      <w:r>
        <w:rPr>
          <w:rFonts w:ascii="Arial" w:hAnsi="Arial" w:cs="Arial"/>
          <w:b/>
          <w:color w:val="2B8A3E"/>
          <w:sz w:val="26"/>
          <w:rtl/>
          <w:szCs w:val="26"/>
          <w:bCs/>
        </w:rPr>
        <w:t>▌ ✨ מילים לחיים: "אסרה נא ואראה" (שמות ג, ג)</w:t>
      </w:r>
    </w:p>
    <w:p>
      <w:pPr>
        <w:bidi/>
        <w:jc w:val="right"/>
      </w:pPr>
      <w:r>
        <w:rPr>
          <w:rFonts w:ascii="Arial" w:hAnsi="Arial" w:cs="Arial"/>
          <w:sz w:val="24"/>
          <w:rtl/>
          <w:szCs w:val="24"/>
        </w:rPr>
        <w:t>משה היה יכול להמשיך בדרכו, אבל הוא עצר כדי להתבונן בדבר מוזר. השבוע נסו גם אתם לעצור לרגע, לשים לב למשהו שאחרים מפספסים – חבר שקט, פרח בחצר או שאלה מסקרנת.</w:t>
      </w:r>
    </w:p>
    <w:p>
      <w:pPr>
        <w:bidi/>
        <w:jc w:val="right"/>
      </w:pPr>
      <w:r>
        <w:rPr>
          <w:rFonts w:ascii="Arial" w:hAnsi="Arial" w:cs="Arial"/>
          <w:sz w:val="24"/>
          <w:rtl/>
          <w:szCs w:val="24"/>
        </w:rPr>
        <w:t>שאלה: מה גרם לכם פעם לעצור ולהסתכל שוב?</w:t>
      </w:r>
    </w:p>
    <w:p>
      <w:pPr>
        <w:bidi/>
        <w:jc w:val="right"/>
      </w:pPr>
      <w:r>
        <w:rPr>
          <w:rFonts w:ascii="Arial" w:hAnsi="Arial" w:cs="Arial"/>
          <w:sz w:val="24"/>
          <w:rtl/>
          <w:szCs w:val="24"/>
        </w:rPr>
        <w:t>🧩 חידה: באיזה חודש בשנה יש 28 ימים?  (תשובה: בכל החודשים (בכולם יש לפחות 28 ימים))</w:t>
      </w:r>
    </w:p>
    <w:p>
      <w:pPr>
        <w:bidi/>
        <w:jc w:val="right"/>
      </w:pPr>
      <w:r>
        <w:rPr>
          <w:rFonts w:ascii="Arial" w:hAnsi="Arial" w:cs="Arial"/>
          <w:sz w:val="24"/>
          <w:rtl/>
          <w:szCs w:val="24"/>
        </w:rPr>
        <w:t>🎯 מטרות: לעזור לחבר לסדר את הכיתה · לשחק משחק שבו כולם משתתפים · לחכות לתור שלי במשחק קבוצתי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הצלחנו לעשות השבוע ביחד?</w:t>
      </w:r>
    </w:p>
    <w:p>
      <w:pPr>
        <w:bidi/>
        <w:jc w:val="right"/>
      </w:pPr>
      <w:r>
        <w:rPr>
          <w:rFonts w:ascii="Arial" w:hAnsi="Arial" w:cs="Arial"/>
          <w:sz w:val="24"/>
          <w:rtl/>
          <w:szCs w:val="24"/>
        </w:rPr>
        <w:t>• 🙏 תודה למי שעבד איתכם בצוות השבוע</w:t>
      </w:r>
    </w:p>
    <w:p>
      <w:pPr>
        <w:bidi/>
        <w:jc w:val="right"/>
      </w:pPr>
      <w:r>
        <w:rPr>
          <w:rFonts w:ascii="Arial" w:hAnsi="Arial" w:cs="Arial"/>
          <w:sz w:val="24"/>
          <w:rtl/>
          <w:szCs w:val="24"/>
        </w:rPr>
        <w:t>• 💛 מחמאה לשותף או לשותפה: מה הם הביאו לצוות?</w:t>
      </w:r>
    </w:p>
    <w:p>
      <w:pPr>
        <w:bidi/>
        <w:jc w:val="right"/>
      </w:pPr>
      <w:r>
        <w:rPr>
          <w:rFonts w:ascii="Arial" w:hAnsi="Arial" w:cs="Arial"/>
          <w:sz w:val="24"/>
          <w:rtl/>
          <w:szCs w:val="24"/>
        </w:rPr>
        <w:t>• 💡 מה למדתם השבוע על עבודה ביחד?</w:t>
      </w:r>
    </w:p>
    <w:p>
      <w:pPr>
        <w:bidi/>
        <w:jc w:val="right"/>
      </w:pPr>
      <w:r>
        <w:rPr>
          <w:rFonts w:ascii="Arial" w:hAnsi="Arial" w:cs="Arial"/>
          <w:sz w:val="24"/>
          <w:rtl/>
          <w:szCs w:val="24"/>
        </w:rPr>
        <w:t>• 🌇 שיהיה לכם סוף שבוע של יחד טוב, בבית ועם חברים</w:t>
      </w:r>
    </w:p>
    <w:p>
      <w:pPr>
        <w:bidi/>
        <w:jc w:val="right"/>
      </w:pPr>
      <w:r>
        <w:rPr>
          <w:rFonts w:ascii="Arial" w:hAnsi="Arial" w:cs="Arial"/>
          <w:sz w:val="24"/>
          <w:rtl/>
          <w:szCs w:val="24"/>
        </w:rPr>
        <w:t>• 🌙 מחזיקים ידיים במעגל, מי שרוצה, ונושמים יחד שלוש נשימות.</w:t>
      </w:r>
    </w:p>
    <w:p>
      <w:pPr>
        <w:bidi/>
        <w:pStyle w:val="Heading2"/>
        <w:jc w:val="right"/>
      </w:pPr>
      <w:r>
        <w:rPr>
          <w:rFonts w:ascii="Arial" w:hAnsi="Arial" w:cs="Arial"/>
          <w:b/>
          <w:color w:val="2B8A3E"/>
          <w:sz w:val="32"/>
          <w:rtl/>
          <w:szCs w:val="32"/>
          <w:bCs/>
        </w:rPr>
        <w:t>🪞 יושר – שבוע 3.1 עד 8.1.2027 · כ״ד טבת תשפ״ז</w:t>
      </w:r>
    </w:p>
    <w:p>
      <w:pPr>
        <w:bidi/>
        <w:jc w:val="right"/>
      </w:pPr>
      <w:r>
        <w:rPr>
          <w:rFonts w:ascii="Arial" w:hAnsi="Arial" w:cs="Arial"/>
          <w:color w:val="555577"/>
          <w:sz w:val="24"/>
          <w:rtl/>
          <w:szCs w:val="24"/>
        </w:rPr>
        <w:t>לומר אמת ולנהוג בהגינות, גם כשאף אחד לא רואה אותנו · המשפט של השבוע: "האמת קטנה לפעמים, אבל היא תמיד עומדת על הרגליים"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אוֹמְרִים אֱמֶת, גַּם כְּשֶׁקָּשֶׁה</w:t>
      </w:r>
    </w:p>
    <w:p>
      <w:pPr>
        <w:bidi/>
        <w:jc w:val="right"/>
      </w:pPr>
      <w:r>
        <w:rPr>
          <w:rFonts w:ascii="Arial" w:hAnsi="Arial" w:cs="Arial"/>
          <w:sz w:val="24"/>
          <w:rtl/>
          <w:szCs w:val="24"/>
        </w:rPr>
        <w:t>סיפור (א׳–ד׳): נועה מצאה מחק יפה בצורת תות על הרצפה בהפסקה. היא רצתה מאוד לשמור אותו, אבל שאלה בקול: של מי המחק הזה? איתי חייך ואמר: שלי, תודה!</w:t>
      </w:r>
    </w:p>
    <w:p>
      <w:pPr>
        <w:bidi/>
        <w:jc w:val="right"/>
      </w:pPr>
      <w:r>
        <w:rPr>
          <w:rFonts w:ascii="Arial" w:hAnsi="Arial" w:cs="Arial"/>
          <w:sz w:val="24"/>
          <w:rtl/>
          <w:szCs w:val="24"/>
        </w:rPr>
        <w:t>• למה נועה שאלה של מי המחק?</w:t>
      </w:r>
    </w:p>
    <w:p>
      <w:pPr>
        <w:bidi/>
        <w:jc w:val="right"/>
      </w:pPr>
      <w:r>
        <w:rPr>
          <w:rFonts w:ascii="Arial" w:hAnsi="Arial" w:cs="Arial"/>
          <w:sz w:val="24"/>
          <w:rtl/>
          <w:szCs w:val="24"/>
        </w:rPr>
        <w:t>• איך מרגישים כשמישהו מחזיר לנו משהו שאבד?</w:t>
      </w:r>
    </w:p>
    <w:p>
      <w:pPr>
        <w:bidi/>
        <w:jc w:val="right"/>
      </w:pPr>
      <w:r>
        <w:rPr>
          <w:rFonts w:ascii="Arial" w:hAnsi="Arial" w:cs="Arial"/>
          <w:sz w:val="24"/>
          <w:rtl/>
          <w:szCs w:val="24"/>
        </w:rPr>
        <w:t>סיפור (ה׳–ו׳): בזמן משחק כדור, הכדור נגע ביד של דניאל, ואף אחד לא שם לב. הקבוצה שלו הייתה קרובה לניצחון. דניאל עצר לרגע וחשב: אם אשתוק – ננצח, אבל הניצחון לא יהיה באמת שלנו. מה הייתם עושים במקומו?</w:t>
      </w:r>
    </w:p>
    <w:p>
      <w:pPr>
        <w:bidi/>
        <w:jc w:val="right"/>
      </w:pPr>
      <w:r>
        <w:rPr>
          <w:rFonts w:ascii="Arial" w:hAnsi="Arial" w:cs="Arial"/>
          <w:sz w:val="24"/>
          <w:rtl/>
          <w:szCs w:val="24"/>
        </w:rPr>
        <w:t>• מה עוזר לנו לומר אמת כשזה לא נוח?</w:t>
      </w:r>
    </w:p>
    <w:p>
      <w:pPr>
        <w:bidi/>
        <w:jc w:val="right"/>
      </w:pPr>
      <w:r>
        <w:rPr>
          <w:rFonts w:ascii="Arial" w:hAnsi="Arial" w:cs="Arial"/>
          <w:sz w:val="24"/>
          <w:rtl/>
          <w:szCs w:val="24"/>
        </w:rPr>
        <w:t>• האם ניצחון בלי יושר הוא באמת ניצחון?</w:t>
      </w:r>
    </w:p>
    <w:p>
      <w:pPr>
        <w:bidi/>
        <w:jc w:val="right"/>
      </w:pPr>
      <w:r>
        <w:rPr>
          <w:rFonts w:ascii="Arial" w:hAnsi="Arial" w:cs="Arial"/>
          <w:b/>
          <w:color w:val="2B8A3E"/>
          <w:sz w:val="26"/>
          <w:rtl/>
          <w:szCs w:val="26"/>
          <w:bCs/>
        </w:rPr>
        <w:t>▌ ✨ מילים לחיים: "מקצר רוח ומעבדה קשה" (שמות ו, ט)</w:t>
      </w:r>
    </w:p>
    <w:p>
      <w:pPr>
        <w:bidi/>
        <w:jc w:val="right"/>
      </w:pPr>
      <w:r>
        <w:rPr>
          <w:rFonts w:ascii="Arial" w:hAnsi="Arial" w:cs="Arial"/>
          <w:sz w:val="24"/>
          <w:rtl/>
          <w:szCs w:val="24"/>
        </w:rPr>
        <w:t>בני ישראל לא הצליחו לשמוע את המילים המעודדות כי היו עייפים ועמוסים. לפעמים גם חבר שלא מגיב אלינו פשוט עבר יום קשה. השבוע ננסה לשאול קודם "מה שלומך?" לפני שנכעס או נעלב.</w:t>
      </w:r>
    </w:p>
    <w:p>
      <w:pPr>
        <w:bidi/>
        <w:jc w:val="right"/>
      </w:pPr>
      <w:r>
        <w:rPr>
          <w:rFonts w:ascii="Arial" w:hAnsi="Arial" w:cs="Arial"/>
          <w:sz w:val="24"/>
          <w:rtl/>
          <w:szCs w:val="24"/>
        </w:rPr>
        <w:t>שאלה: מה עוזר לכם להקשיב כשאתם עייפים או לחוצים?</w:t>
      </w:r>
    </w:p>
    <w:p>
      <w:pPr>
        <w:bidi/>
        <w:jc w:val="right"/>
      </w:pPr>
      <w:r>
        <w:rPr>
          <w:rFonts w:ascii="Arial" w:hAnsi="Arial" w:cs="Arial"/>
          <w:sz w:val="24"/>
          <w:rtl/>
          <w:szCs w:val="24"/>
        </w:rPr>
        <w:t>🧩 חידה: ככל שלוקחים ממני יותר – אני נעשה גדול יותר. מה אני?  (תשובה: בור)</w:t>
      </w:r>
    </w:p>
    <w:p>
      <w:pPr>
        <w:bidi/>
        <w:jc w:val="right"/>
      </w:pPr>
      <w:r>
        <w:rPr>
          <w:rFonts w:ascii="Arial" w:hAnsi="Arial" w:cs="Arial"/>
          <w:sz w:val="24"/>
          <w:rtl/>
          <w:szCs w:val="24"/>
        </w:rPr>
        <w:t>🎯 מטרות: להחזיר כל דבר שמצאתי לבעלים שלו · לומר סליחה כשטעיתי · לספר את האמת גם כשזה קצת קשה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בחרתם באמת או ראיתם מישהו שבחר בה</w:t>
      </w:r>
    </w:p>
    <w:p>
      <w:pPr>
        <w:bidi/>
        <w:jc w:val="right"/>
      </w:pPr>
      <w:r>
        <w:rPr>
          <w:rFonts w:ascii="Arial" w:hAnsi="Arial" w:cs="Arial"/>
          <w:sz w:val="24"/>
          <w:rtl/>
          <w:szCs w:val="24"/>
        </w:rPr>
        <w:t>• 🙏 למי אתם רוצים להודות על כך שהיה איתכם כן וישר השבוע?</w:t>
      </w:r>
    </w:p>
    <w:p>
      <w:pPr>
        <w:bidi/>
        <w:jc w:val="right"/>
      </w:pPr>
      <w:r>
        <w:rPr>
          <w:rFonts w:ascii="Arial" w:hAnsi="Arial" w:cs="Arial"/>
          <w:sz w:val="24"/>
          <w:rtl/>
          <w:szCs w:val="24"/>
        </w:rPr>
        <w:t>• 💛 העבירו מחמאה על רגע של אמת אומץ או הגינות שראיתם אצל חבר או חברה</w:t>
      </w:r>
    </w:p>
    <w:p>
      <w:pPr>
        <w:bidi/>
        <w:jc w:val="right"/>
      </w:pPr>
      <w:r>
        <w:rPr>
          <w:rFonts w:ascii="Arial" w:hAnsi="Arial" w:cs="Arial"/>
          <w:sz w:val="24"/>
          <w:rtl/>
          <w:szCs w:val="24"/>
        </w:rPr>
        <w:t>• 💡 מה למדתי השבוע על הכוח של אמת קטנה?</w:t>
      </w:r>
    </w:p>
    <w:p>
      <w:pPr>
        <w:bidi/>
        <w:jc w:val="right"/>
      </w:pPr>
      <w:r>
        <w:rPr>
          <w:rFonts w:ascii="Arial" w:hAnsi="Arial" w:cs="Arial"/>
          <w:sz w:val="24"/>
          <w:rtl/>
          <w:szCs w:val="24"/>
        </w:rPr>
        <w:t>• 🌇 שיהיה לכולנו סוף שבוע נעים, עם שיחות כנות ולב קל</w:t>
      </w:r>
    </w:p>
    <w:p>
      <w:pPr>
        <w:bidi/>
        <w:jc w:val="right"/>
      </w:pPr>
      <w:r>
        <w:rPr>
          <w:rFonts w:ascii="Arial" w:hAnsi="Arial" w:cs="Arial"/>
          <w:sz w:val="24"/>
          <w:rtl/>
          <w:szCs w:val="24"/>
        </w:rPr>
        <w:t>• 🌙 נשמו עמוק, ותנו לעצמכם רגע של גאווה שקטה על כל אמת שאמרתם השבוע</w:t>
      </w:r>
    </w:p>
    <w:p>
      <w:pPr>
        <w:bidi/>
        <w:pStyle w:val="Heading2"/>
        <w:jc w:val="right"/>
      </w:pPr>
      <w:r>
        <w:rPr>
          <w:rFonts w:ascii="Arial" w:hAnsi="Arial" w:cs="Arial"/>
          <w:b/>
          <w:color w:val="2B8A3E"/>
          <w:sz w:val="32"/>
          <w:rtl/>
          <w:szCs w:val="32"/>
          <w:bCs/>
        </w:rPr>
        <w:t>🐢 התמדה – שבוע 10.1 עד 15.1.2027 · ב׳ שבט תשפ״ז</w:t>
      </w:r>
    </w:p>
    <w:p>
      <w:pPr>
        <w:bidi/>
        <w:jc w:val="right"/>
      </w:pPr>
      <w:r>
        <w:rPr>
          <w:rFonts w:ascii="Arial" w:hAnsi="Arial" w:cs="Arial"/>
          <w:color w:val="555577"/>
          <w:sz w:val="24"/>
          <w:rtl/>
          <w:szCs w:val="24"/>
        </w:rPr>
        <w:t>להמשיך לנסות ולהתאמן צעד אחר צעד, גם כשהדרך ארוכה ולא קלה · המשפט של השבוע: "עוד צעד קטן ועוד צעד קטן – וככה מגיעים רחוק"</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מְנַסִּים שׁוּב וְשׁוּב, וּמַצְלִיחִים</w:t>
      </w:r>
    </w:p>
    <w:p>
      <w:pPr>
        <w:bidi/>
        <w:jc w:val="right"/>
      </w:pPr>
      <w:r>
        <w:rPr>
          <w:rFonts w:ascii="Arial" w:hAnsi="Arial" w:cs="Arial"/>
          <w:sz w:val="24"/>
          <w:rtl/>
          <w:szCs w:val="24"/>
        </w:rPr>
        <w:t>סיפור (א׳–ד׳): יוסף רצה לקשור שרוכים לבד. בפעם הראשונה הקשר נפרם, וגם בפעם השנייה. ביום החמישי הוא קשר פרפר מושלם וקפץ משמחה.</w:t>
      </w:r>
    </w:p>
    <w:p>
      <w:pPr>
        <w:bidi/>
        <w:jc w:val="right"/>
      </w:pPr>
      <w:r>
        <w:rPr>
          <w:rFonts w:ascii="Arial" w:hAnsi="Arial" w:cs="Arial"/>
          <w:sz w:val="24"/>
          <w:rtl/>
          <w:szCs w:val="24"/>
        </w:rPr>
        <w:t>• מה עזר ליוסף להצליח בסוף?</w:t>
      </w:r>
    </w:p>
    <w:p>
      <w:pPr>
        <w:bidi/>
        <w:jc w:val="right"/>
      </w:pPr>
      <w:r>
        <w:rPr>
          <w:rFonts w:ascii="Arial" w:hAnsi="Arial" w:cs="Arial"/>
          <w:sz w:val="24"/>
          <w:rtl/>
          <w:szCs w:val="24"/>
        </w:rPr>
        <w:t>• מה אתם עוד לומדים לעשות לבד?</w:t>
      </w:r>
    </w:p>
    <w:p>
      <w:pPr>
        <w:bidi/>
        <w:jc w:val="right"/>
      </w:pPr>
      <w:r>
        <w:rPr>
          <w:rFonts w:ascii="Arial" w:hAnsi="Arial" w:cs="Arial"/>
          <w:sz w:val="24"/>
          <w:rtl/>
          <w:szCs w:val="24"/>
        </w:rPr>
        <w:t>סיפור (ה׳–ו׳): ליה החליטה ללמוד לנגן על חליל. בשבוע הראשון יצאו רק צפצופים מצחיקים, ואחיה הקטן סתם את האוזניים. היא כמעט ויתרה, ואז סבתא שלה הציעה: עשר דקות כל יום, לא יותר. אחרי חודש ליה ניגנה שיר שלם.</w:t>
      </w:r>
    </w:p>
    <w:p>
      <w:pPr>
        <w:bidi/>
        <w:jc w:val="right"/>
      </w:pPr>
      <w:r>
        <w:rPr>
          <w:rFonts w:ascii="Arial" w:hAnsi="Arial" w:cs="Arial"/>
          <w:sz w:val="24"/>
          <w:rtl/>
          <w:szCs w:val="24"/>
        </w:rPr>
        <w:t>• למה עשר דקות כל יום עובדות יותר טוב משעתיים פעם בשבוע?</w:t>
      </w:r>
    </w:p>
    <w:p>
      <w:pPr>
        <w:bidi/>
        <w:jc w:val="right"/>
      </w:pPr>
      <w:r>
        <w:rPr>
          <w:rFonts w:ascii="Arial" w:hAnsi="Arial" w:cs="Arial"/>
          <w:sz w:val="24"/>
          <w:rtl/>
          <w:szCs w:val="24"/>
        </w:rPr>
        <w:t>• מתי כמעט ויתרתם, ובכל זאת המשכתם?</w:t>
      </w:r>
    </w:p>
    <w:p>
      <w:pPr>
        <w:bidi/>
        <w:jc w:val="right"/>
      </w:pPr>
      <w:r>
        <w:rPr>
          <w:rFonts w:ascii="Arial" w:hAnsi="Arial" w:cs="Arial"/>
          <w:b/>
          <w:color w:val="2B8A3E"/>
          <w:sz w:val="26"/>
          <w:rtl/>
          <w:szCs w:val="26"/>
          <w:bCs/>
        </w:rPr>
        <w:t>▌ ✨ מילים לחיים: "בנערינו ובזקנינו נלך" (שמות י, ט)</w:t>
      </w:r>
    </w:p>
    <w:p>
      <w:pPr>
        <w:bidi/>
        <w:jc w:val="right"/>
      </w:pPr>
      <w:r>
        <w:rPr>
          <w:rFonts w:ascii="Arial" w:hAnsi="Arial" w:cs="Arial"/>
          <w:sz w:val="24"/>
          <w:rtl/>
          <w:szCs w:val="24"/>
        </w:rPr>
        <w:t>משה מתעקש שכולם ייצאו יחד – הצעירים והמבוגרים. קבוצה חזקה היא קבוצה שלא משאירה אף אחד מאחור. השבוע נחשוב איך כל אחד ואחת בכיתה, בכל גיל ובכל קצב, מרגישים חלק.</w:t>
      </w:r>
    </w:p>
    <w:p>
      <w:pPr>
        <w:bidi/>
        <w:jc w:val="right"/>
      </w:pPr>
      <w:r>
        <w:rPr>
          <w:rFonts w:ascii="Arial" w:hAnsi="Arial" w:cs="Arial"/>
          <w:sz w:val="24"/>
          <w:rtl/>
          <w:szCs w:val="24"/>
        </w:rPr>
        <w:t>שאלה: מה אפשר ללמוד מאנשים מבוגרים או צעירים מכם?</w:t>
      </w:r>
    </w:p>
    <w:p>
      <w:pPr>
        <w:bidi/>
        <w:jc w:val="right"/>
      </w:pPr>
      <w:r>
        <w:rPr>
          <w:rFonts w:ascii="Arial" w:hAnsi="Arial" w:cs="Arial"/>
          <w:sz w:val="24"/>
          <w:rtl/>
          <w:szCs w:val="24"/>
        </w:rPr>
        <w:t>🧩 חידה: יש לי שתי ידיים ואין לי אצבעות. אני הולך כל היום ואף פעם לא זז מהקיר. מה אני?  (תשובה: שעון קיר)</w:t>
      </w:r>
    </w:p>
    <w:p>
      <w:pPr>
        <w:bidi/>
        <w:jc w:val="right"/>
      </w:pPr>
      <w:r>
        <w:rPr>
          <w:rFonts w:ascii="Arial" w:hAnsi="Arial" w:cs="Arial"/>
          <w:sz w:val="24"/>
          <w:rtl/>
          <w:szCs w:val="24"/>
        </w:rPr>
        <w:t>🎯 מטרות: להתאמן בכל יום חמש דקות בקריאה · לנסות שוב משהו שלא הצליח לי · לסיים משימה עד הסוף לפני שאני מתחיל או מתחילה חדשה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אחד שהמשכתם לנסות השבוע, גם אם עוד לא הצליח עד הסוף</w:t>
      </w:r>
    </w:p>
    <w:p>
      <w:pPr>
        <w:bidi/>
        <w:jc w:val="right"/>
      </w:pPr>
      <w:r>
        <w:rPr>
          <w:rFonts w:ascii="Arial" w:hAnsi="Arial" w:cs="Arial"/>
          <w:sz w:val="24"/>
          <w:rtl/>
          <w:szCs w:val="24"/>
        </w:rPr>
        <w:t>• 🙏 למי אתם רוצים להודות על כך שעודד אתכם לא לוותר?</w:t>
      </w:r>
    </w:p>
    <w:p>
      <w:pPr>
        <w:bidi/>
        <w:jc w:val="right"/>
      </w:pPr>
      <w:r>
        <w:rPr>
          <w:rFonts w:ascii="Arial" w:hAnsi="Arial" w:cs="Arial"/>
          <w:sz w:val="24"/>
          <w:rtl/>
          <w:szCs w:val="24"/>
        </w:rPr>
        <w:t>• 💛 העבירו מחמאה על התמדה שראיתם אצל מישהו בכיתה – גם צעד קטן נחשב</w:t>
      </w:r>
    </w:p>
    <w:p>
      <w:pPr>
        <w:bidi/>
        <w:jc w:val="right"/>
      </w:pPr>
      <w:r>
        <w:rPr>
          <w:rFonts w:ascii="Arial" w:hAnsi="Arial" w:cs="Arial"/>
          <w:sz w:val="24"/>
          <w:rtl/>
          <w:szCs w:val="24"/>
        </w:rPr>
        <w:t>• 💡 מה למדתי השבוע על לנסות שוב ועל לנסות אחרת?</w:t>
      </w:r>
    </w:p>
    <w:p>
      <w:pPr>
        <w:bidi/>
        <w:jc w:val="right"/>
      </w:pPr>
      <w:r>
        <w:rPr>
          <w:rFonts w:ascii="Arial" w:hAnsi="Arial" w:cs="Arial"/>
          <w:sz w:val="24"/>
          <w:rtl/>
          <w:szCs w:val="24"/>
        </w:rPr>
        <w:t>• 🌇 שיהיה לכולנו סוף שבוע רגוע, עם כוח חדש להמשיך בשבוע הבא</w:t>
      </w:r>
    </w:p>
    <w:p>
      <w:pPr>
        <w:bidi/>
        <w:jc w:val="right"/>
      </w:pPr>
      <w:r>
        <w:rPr>
          <w:rFonts w:ascii="Arial" w:hAnsi="Arial" w:cs="Arial"/>
          <w:sz w:val="24"/>
          <w:rtl/>
          <w:szCs w:val="24"/>
        </w:rPr>
        <w:t>• 🌙 הניחו יד על הלב והגידו לעצמכם בשקט: אני ממשיך, אני ממשיכה, צעד אחר צעד</w:t>
      </w:r>
    </w:p>
    <w:p>
      <w:pPr>
        <w:bidi/>
        <w:pStyle w:val="Heading2"/>
        <w:jc w:val="right"/>
      </w:pPr>
      <w:r>
        <w:rPr>
          <w:rFonts w:ascii="Arial" w:hAnsi="Arial" w:cs="Arial"/>
          <w:b/>
          <w:color w:val="2B8A3E"/>
          <w:sz w:val="32"/>
          <w:rtl/>
          <w:szCs w:val="32"/>
          <w:bCs/>
        </w:rPr>
        <w:t>🔍 סקרנות – שבוע 17.1 עד 22.1.2027 · ט׳ שבט תשפ״ז</w:t>
      </w:r>
    </w:p>
    <w:p>
      <w:pPr>
        <w:bidi/>
        <w:jc w:val="right"/>
      </w:pPr>
      <w:r>
        <w:rPr>
          <w:rFonts w:ascii="Arial" w:hAnsi="Arial" w:cs="Arial"/>
          <w:color w:val="555577"/>
          <w:sz w:val="24"/>
          <w:rtl/>
          <w:szCs w:val="24"/>
        </w:rPr>
        <w:t>הרצון לשאול, לחקור ולגלות דברים חדשים על העולם ועל אנשים · המשפט של השבוע: "כל שאלה טובה היא דלת קטנה לעולם גדול"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שׁוֹאֲלִים, בּוֹדְקִים וּמְגַלִּים</w:t>
      </w:r>
    </w:p>
    <w:p>
      <w:pPr>
        <w:bidi/>
        <w:jc w:val="right"/>
      </w:pPr>
      <w:r>
        <w:rPr>
          <w:rFonts w:ascii="Arial" w:hAnsi="Arial" w:cs="Arial"/>
          <w:sz w:val="24"/>
          <w:rtl/>
          <w:szCs w:val="24"/>
        </w:rPr>
        <w:t>סיפור (א׳–ד׳): אלמז ראתה נמלים הולכות בשורה ארוכה בחצר. היא שאלה: לאן הן הולכות? כל הכיתה יצאה לעקוב אחריהן, וגילתה פירור עוגה גדול ליד הספסל.</w:t>
      </w:r>
    </w:p>
    <w:p>
      <w:pPr>
        <w:bidi/>
        <w:jc w:val="right"/>
      </w:pPr>
      <w:r>
        <w:rPr>
          <w:rFonts w:ascii="Arial" w:hAnsi="Arial" w:cs="Arial"/>
          <w:sz w:val="24"/>
          <w:rtl/>
          <w:szCs w:val="24"/>
        </w:rPr>
        <w:t>• על מה הייתם רוצים לדעת עוד?</w:t>
      </w:r>
    </w:p>
    <w:p>
      <w:pPr>
        <w:bidi/>
        <w:jc w:val="right"/>
      </w:pPr>
      <w:r>
        <w:rPr>
          <w:rFonts w:ascii="Arial" w:hAnsi="Arial" w:cs="Arial"/>
          <w:sz w:val="24"/>
          <w:rtl/>
          <w:szCs w:val="24"/>
        </w:rPr>
        <w:t>• מה גיליתם פעם בחצר או בבית?</w:t>
      </w:r>
    </w:p>
    <w:p>
      <w:pPr>
        <w:bidi/>
        <w:jc w:val="right"/>
      </w:pPr>
      <w:r>
        <w:rPr>
          <w:rFonts w:ascii="Arial" w:hAnsi="Arial" w:cs="Arial"/>
          <w:sz w:val="24"/>
          <w:rtl/>
          <w:szCs w:val="24"/>
        </w:rPr>
        <w:t>סיפור (ה׳–ו׳): בשיעור מדעים המורה שאלה למה השמיים כחולים. איתי רצה לשאול עוד שאלה, אבל פחד שיצחקו עליו. בסוף הרים יד ושאל: אז למה בשקיעה הם כתומים? המורה חייכה ואמרה: זו בדיוק השאלה של השבוע הבא.</w:t>
      </w:r>
    </w:p>
    <w:p>
      <w:pPr>
        <w:bidi/>
        <w:jc w:val="right"/>
      </w:pPr>
      <w:r>
        <w:rPr>
          <w:rFonts w:ascii="Arial" w:hAnsi="Arial" w:cs="Arial"/>
          <w:sz w:val="24"/>
          <w:rtl/>
          <w:szCs w:val="24"/>
        </w:rPr>
        <w:t>• מה עוזר לנו לשאול שאלה מול כל הכיתה?</w:t>
      </w:r>
    </w:p>
    <w:p>
      <w:pPr>
        <w:bidi/>
        <w:jc w:val="right"/>
      </w:pPr>
      <w:r>
        <w:rPr>
          <w:rFonts w:ascii="Arial" w:hAnsi="Arial" w:cs="Arial"/>
          <w:sz w:val="24"/>
          <w:rtl/>
          <w:szCs w:val="24"/>
        </w:rPr>
        <w:t>• איזו שאלה מסקרנת אתכם השבוע?</w:t>
      </w:r>
    </w:p>
    <w:p>
      <w:pPr>
        <w:bidi/>
        <w:jc w:val="right"/>
      </w:pPr>
      <w:r>
        <w:rPr>
          <w:rFonts w:ascii="Arial" w:hAnsi="Arial" w:cs="Arial"/>
          <w:b/>
          <w:color w:val="2B8A3E"/>
          <w:sz w:val="26"/>
          <w:rtl/>
          <w:szCs w:val="26"/>
          <w:bCs/>
        </w:rPr>
        <w:t>▌ ✨ מילים לחיים: "שתים עשרה עינת מים" (שמות טו, כז)</w:t>
      </w:r>
    </w:p>
    <w:p>
      <w:pPr>
        <w:bidi/>
        <w:jc w:val="right"/>
      </w:pPr>
      <w:r>
        <w:rPr>
          <w:rFonts w:ascii="Arial" w:hAnsi="Arial" w:cs="Arial"/>
          <w:sz w:val="24"/>
          <w:rtl/>
          <w:szCs w:val="24"/>
        </w:rPr>
        <w:t>אחרי מסע ארוך וצמא במדבר, בני ישראל מגיעים לאילים ומוצאים מים ועצי תמר. גם בשבוע עמוס כדאי לחפש את "נווה המדבר" שלנו – הפסקה, שיר אהוב, משחק עם חברים או שיחה טובה.</w:t>
      </w:r>
    </w:p>
    <w:p>
      <w:pPr>
        <w:bidi/>
        <w:jc w:val="right"/>
      </w:pPr>
      <w:r>
        <w:rPr>
          <w:rFonts w:ascii="Arial" w:hAnsi="Arial" w:cs="Arial"/>
          <w:sz w:val="24"/>
          <w:rtl/>
          <w:szCs w:val="24"/>
        </w:rPr>
        <w:t>שאלה: מה נותן לכם מנוחה ומילוי כוחות באמצע שבוע עמוס?</w:t>
      </w:r>
    </w:p>
    <w:p>
      <w:pPr>
        <w:bidi/>
        <w:jc w:val="right"/>
      </w:pPr>
      <w:r>
        <w:rPr>
          <w:rFonts w:ascii="Arial" w:hAnsi="Arial" w:cs="Arial"/>
          <w:sz w:val="24"/>
          <w:rtl/>
          <w:szCs w:val="24"/>
        </w:rPr>
        <w:t>🧩 חידה: יש לי עיניים רבות, אבל אני לא רואה כלום. אני גדל באדמה ומכינים ממני צ׳יפס. מה אני?  (תשובה: תפוח אדמה)</w:t>
      </w:r>
    </w:p>
    <w:p>
      <w:pPr>
        <w:bidi/>
        <w:jc w:val="right"/>
      </w:pPr>
      <w:r>
        <w:rPr>
          <w:rFonts w:ascii="Arial" w:hAnsi="Arial" w:cs="Arial"/>
          <w:sz w:val="24"/>
          <w:rtl/>
          <w:szCs w:val="24"/>
        </w:rPr>
        <w:t>🎯 מטרות: לשאול כל יום שאלה אחת חדשה · לגלות משהו חדש על חבר או חברה · להסתכל על דבר אחד בטבע ולספר עליו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המפתיע ביותר שגיליתם השבוע</w:t>
      </w:r>
    </w:p>
    <w:p>
      <w:pPr>
        <w:bidi/>
        <w:jc w:val="right"/>
      </w:pPr>
      <w:r>
        <w:rPr>
          <w:rFonts w:ascii="Arial" w:hAnsi="Arial" w:cs="Arial"/>
          <w:sz w:val="24"/>
          <w:rtl/>
          <w:szCs w:val="24"/>
        </w:rPr>
        <w:t>• 🙏 למי אתם רוצים להודות על כך שלימד אתכם משהו חדש השבוע?</w:t>
      </w:r>
    </w:p>
    <w:p>
      <w:pPr>
        <w:bidi/>
        <w:jc w:val="right"/>
      </w:pPr>
      <w:r>
        <w:rPr>
          <w:rFonts w:ascii="Arial" w:hAnsi="Arial" w:cs="Arial"/>
          <w:sz w:val="24"/>
          <w:rtl/>
          <w:szCs w:val="24"/>
        </w:rPr>
        <w:t>• 💛 העבירו מחמאה על שאלה טובה או רעיון מעניין שמישהו העלה השבוע</w:t>
      </w:r>
    </w:p>
    <w:p>
      <w:pPr>
        <w:bidi/>
        <w:jc w:val="right"/>
      </w:pPr>
      <w:r>
        <w:rPr>
          <w:rFonts w:ascii="Arial" w:hAnsi="Arial" w:cs="Arial"/>
          <w:sz w:val="24"/>
          <w:rtl/>
          <w:szCs w:val="24"/>
        </w:rPr>
        <w:t>• 💡 איזו שאלה חדשה נולדה אצלי השבוע?</w:t>
      </w:r>
    </w:p>
    <w:p>
      <w:pPr>
        <w:bidi/>
        <w:jc w:val="right"/>
      </w:pPr>
      <w:r>
        <w:rPr>
          <w:rFonts w:ascii="Arial" w:hAnsi="Arial" w:cs="Arial"/>
          <w:sz w:val="24"/>
          <w:rtl/>
          <w:szCs w:val="24"/>
        </w:rPr>
        <w:t>• 🌇 שיהיה לכולנו סוף שבוע מלא גילויים קטנים והפתעות טובות</w:t>
      </w:r>
    </w:p>
    <w:p>
      <w:pPr>
        <w:bidi/>
        <w:jc w:val="right"/>
      </w:pPr>
      <w:r>
        <w:rPr>
          <w:rFonts w:ascii="Arial" w:hAnsi="Arial" w:cs="Arial"/>
          <w:sz w:val="24"/>
          <w:rtl/>
          <w:szCs w:val="24"/>
        </w:rPr>
        <w:t>• 🌙 עצמו עיניים לרגע ודמיינו שאלה שהייתם רוצים לקחת איתכם לסוף השבוע</w:t>
      </w:r>
    </w:p>
    <w:p>
      <w:pPr>
        <w:bidi/>
        <w:pStyle w:val="Heading2"/>
        <w:jc w:val="right"/>
      </w:pPr>
      <w:r>
        <w:rPr>
          <w:rFonts w:ascii="Arial" w:hAnsi="Arial" w:cs="Arial"/>
          <w:b/>
          <w:color w:val="2B8A3E"/>
          <w:sz w:val="32"/>
          <w:rtl/>
          <w:szCs w:val="32"/>
          <w:bCs/>
        </w:rPr>
        <w:t>🎨 יצירתיות – שבוע 24.1 עד 29.1.2027 · ט״ז שבט תשפ״ז</w:t>
      </w:r>
    </w:p>
    <w:p>
      <w:pPr>
        <w:bidi/>
        <w:jc w:val="right"/>
      </w:pPr>
      <w:r>
        <w:rPr>
          <w:rFonts w:ascii="Arial" w:hAnsi="Arial" w:cs="Arial"/>
          <w:color w:val="555577"/>
          <w:sz w:val="24"/>
          <w:rtl/>
          <w:szCs w:val="24"/>
        </w:rPr>
        <w:t>היכולת לדמיין, להמציא ולמצוא דרכים חדשות ומקוריות לעשות דברים · המשפט של השבוע: "אין רעיון קטן מדי – יש רק רעיון שעוד לא ניסינו"</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מַמְצִיאִים רַעְיוֹנוֹת חֲדָשִׁים וּמְיֻחָדִים</w:t>
      </w:r>
    </w:p>
    <w:p>
      <w:pPr>
        <w:bidi/>
        <w:jc w:val="right"/>
      </w:pPr>
      <w:r>
        <w:rPr>
          <w:rFonts w:ascii="Arial" w:hAnsi="Arial" w:cs="Arial"/>
          <w:sz w:val="24"/>
          <w:rtl/>
          <w:szCs w:val="24"/>
        </w:rPr>
        <w:t>סיפור (א׳–ד׳): בגן השעשועים נשבר הסולם של המגלשה. ליה ויוסף לא התעצבו – הם הפכו את הארגז הגדול לספינת פיראטים, ואת המקלות למשוטים. כל הילדים רצו להצטרף.</w:t>
      </w:r>
    </w:p>
    <w:p>
      <w:pPr>
        <w:bidi/>
        <w:jc w:val="right"/>
      </w:pPr>
      <w:r>
        <w:rPr>
          <w:rFonts w:ascii="Arial" w:hAnsi="Arial" w:cs="Arial"/>
          <w:sz w:val="24"/>
          <w:rtl/>
          <w:szCs w:val="24"/>
        </w:rPr>
        <w:t>• מה עוד אפשר להמציא מארגז גדול?</w:t>
      </w:r>
    </w:p>
    <w:p>
      <w:pPr>
        <w:bidi/>
        <w:jc w:val="right"/>
      </w:pPr>
      <w:r>
        <w:rPr>
          <w:rFonts w:ascii="Arial" w:hAnsi="Arial" w:cs="Arial"/>
          <w:sz w:val="24"/>
          <w:rtl/>
          <w:szCs w:val="24"/>
        </w:rPr>
        <w:t>• מה אתם הכי אוהבים ליצור?</w:t>
      </w:r>
    </w:p>
    <w:p>
      <w:pPr>
        <w:bidi/>
        <w:jc w:val="right"/>
      </w:pPr>
      <w:r>
        <w:rPr>
          <w:rFonts w:ascii="Arial" w:hAnsi="Arial" w:cs="Arial"/>
          <w:sz w:val="24"/>
          <w:rtl/>
          <w:szCs w:val="24"/>
        </w:rPr>
        <w:t>סיפור (ה׳–ו׳): הכיתה הייתה צריכה להכין קישוט לחג, אבל נגמר הנייר הצבעוני. טל הציע להשתמש בקופסאות ביצים ובפקקים מהבית. אחרי יומיים עמד על הקיר פרח ענק וצבעוני, וכולם שאלו מי המציא אותו.</w:t>
      </w:r>
    </w:p>
    <w:p>
      <w:pPr>
        <w:bidi/>
        <w:jc w:val="right"/>
      </w:pPr>
      <w:r>
        <w:rPr>
          <w:rFonts w:ascii="Arial" w:hAnsi="Arial" w:cs="Arial"/>
          <w:sz w:val="24"/>
          <w:rtl/>
          <w:szCs w:val="24"/>
        </w:rPr>
        <w:t>• מה אפשר לעשות כשחסר לנו חומר או כלי?</w:t>
      </w:r>
    </w:p>
    <w:p>
      <w:pPr>
        <w:bidi/>
        <w:jc w:val="right"/>
      </w:pPr>
      <w:r>
        <w:rPr>
          <w:rFonts w:ascii="Arial" w:hAnsi="Arial" w:cs="Arial"/>
          <w:sz w:val="24"/>
          <w:rtl/>
          <w:szCs w:val="24"/>
        </w:rPr>
        <w:t>• איזה רעיון שלכם הפתיע פעם אחרים?</w:t>
      </w:r>
    </w:p>
    <w:p>
      <w:pPr>
        <w:bidi/>
        <w:jc w:val="right"/>
      </w:pPr>
      <w:r>
        <w:rPr>
          <w:rFonts w:ascii="Arial" w:hAnsi="Arial" w:cs="Arial"/>
          <w:b/>
          <w:color w:val="2B8A3E"/>
          <w:sz w:val="26"/>
          <w:rtl/>
          <w:szCs w:val="26"/>
          <w:bCs/>
        </w:rPr>
        <w:t>▌ ✨ מילים לחיים: "לא תוכל עשהו לבדך" (שמות יח, יח)</w:t>
      </w:r>
    </w:p>
    <w:p>
      <w:pPr>
        <w:bidi/>
        <w:jc w:val="right"/>
      </w:pPr>
      <w:r>
        <w:rPr>
          <w:rFonts w:ascii="Arial" w:hAnsi="Arial" w:cs="Arial"/>
          <w:sz w:val="24"/>
          <w:rtl/>
          <w:szCs w:val="24"/>
        </w:rPr>
        <w:t>יתרו רואה את משה עובד לבד מבוקר עד ערב ומציע לו לחלק את העבודה. גם המנהיג הכי חזק צריך עזרה. השבוע נזכור שלבקש עזרה זה לא חולשה, אלא חוכמה, ושאפשר להצליח יחד.</w:t>
      </w:r>
    </w:p>
    <w:p>
      <w:pPr>
        <w:bidi/>
        <w:jc w:val="right"/>
      </w:pPr>
      <w:r>
        <w:rPr>
          <w:rFonts w:ascii="Arial" w:hAnsi="Arial" w:cs="Arial"/>
          <w:sz w:val="24"/>
          <w:rtl/>
          <w:szCs w:val="24"/>
        </w:rPr>
        <w:t>שאלה: במה הייתם רוצים לבקש עזרה השבוע, ובמה אתם יכולים לעזור?</w:t>
      </w:r>
    </w:p>
    <w:p>
      <w:pPr>
        <w:bidi/>
        <w:jc w:val="right"/>
      </w:pPr>
      <w:r>
        <w:rPr>
          <w:rFonts w:ascii="Arial" w:hAnsi="Arial" w:cs="Arial"/>
          <w:sz w:val="24"/>
          <w:rtl/>
          <w:szCs w:val="24"/>
        </w:rPr>
        <w:t>🧩 חידה: אני הולכת ממקום למקום על הדף ומשאירה אחריי צבע, ובכל פעם שמחדדים אותי אני נעשית קצרה יותר. מה אני?  (תשובה: עיפרון צבעוני)</w:t>
      </w:r>
    </w:p>
    <w:p>
      <w:pPr>
        <w:bidi/>
        <w:jc w:val="right"/>
      </w:pPr>
      <w:r>
        <w:rPr>
          <w:rFonts w:ascii="Arial" w:hAnsi="Arial" w:cs="Arial"/>
          <w:sz w:val="24"/>
          <w:rtl/>
          <w:szCs w:val="24"/>
        </w:rPr>
        <w:t>🎯 מטרות: לצייר או לבנות משהו שלא היה לפני · להמציא משחק חדש עם חברים · לספר סיפור עם סוף מפתיע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הראו או תארו משהו שיצרתם או המצאתם השבוע</w:t>
      </w:r>
    </w:p>
    <w:p>
      <w:pPr>
        <w:bidi/>
        <w:jc w:val="right"/>
      </w:pPr>
      <w:r>
        <w:rPr>
          <w:rFonts w:ascii="Arial" w:hAnsi="Arial" w:cs="Arial"/>
          <w:sz w:val="24"/>
          <w:rtl/>
          <w:szCs w:val="24"/>
        </w:rPr>
        <w:t>• 🙏 למי אתם רוצים להודות על רעיון שעזר לכם או שימח אתכם?</w:t>
      </w:r>
    </w:p>
    <w:p>
      <w:pPr>
        <w:bidi/>
        <w:jc w:val="right"/>
      </w:pPr>
      <w:r>
        <w:rPr>
          <w:rFonts w:ascii="Arial" w:hAnsi="Arial" w:cs="Arial"/>
          <w:sz w:val="24"/>
          <w:rtl/>
          <w:szCs w:val="24"/>
        </w:rPr>
        <w:t>• 💛 העבירו מחמאה על רעיון מקורי או פתרון חכם שראיתם אצל מישהו</w:t>
      </w:r>
    </w:p>
    <w:p>
      <w:pPr>
        <w:bidi/>
        <w:jc w:val="right"/>
      </w:pPr>
      <w:r>
        <w:rPr>
          <w:rFonts w:ascii="Arial" w:hAnsi="Arial" w:cs="Arial"/>
          <w:sz w:val="24"/>
          <w:rtl/>
          <w:szCs w:val="24"/>
        </w:rPr>
        <w:t>• 💡 מה למדתי השבוע על הדמיון שלי?</w:t>
      </w:r>
    </w:p>
    <w:p>
      <w:pPr>
        <w:bidi/>
        <w:jc w:val="right"/>
      </w:pPr>
      <w:r>
        <w:rPr>
          <w:rFonts w:ascii="Arial" w:hAnsi="Arial" w:cs="Arial"/>
          <w:sz w:val="24"/>
          <w:rtl/>
          <w:szCs w:val="24"/>
        </w:rPr>
        <w:t>• 🌇 שיהיה לכולנו סוף שבוע צבעוני, עם זמן לדמיין, לבנות ולשחק</w:t>
      </w:r>
    </w:p>
    <w:p>
      <w:pPr>
        <w:bidi/>
        <w:jc w:val="right"/>
      </w:pPr>
      <w:r>
        <w:rPr>
          <w:rFonts w:ascii="Arial" w:hAnsi="Arial" w:cs="Arial"/>
          <w:sz w:val="24"/>
          <w:rtl/>
          <w:szCs w:val="24"/>
        </w:rPr>
        <w:t>• 🌙 דמיינו צבע אחד שמרגיע אתכם, ותנו לו למלא אתכם לאט מכף רגל ועד ראש</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יסודי (א׳–ו׳) · ממלכתי · חלק א: מ־30.8 עד 29.1.2027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